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274A2" w14:textId="4FB26570" w:rsidR="00021EFA" w:rsidRPr="00774D49" w:rsidRDefault="00010C46">
      <w:pPr>
        <w:jc w:val="center"/>
        <w:rPr>
          <w:rFonts w:cs="Arial"/>
          <w:lang w:val="es-PE"/>
        </w:rPr>
      </w:pPr>
      <w:r w:rsidRPr="00774D49">
        <w:rPr>
          <w:rFonts w:cs="Arial"/>
          <w:b/>
          <w:color w:val="006666"/>
          <w:sz w:val="30"/>
          <w:lang w:val="es-PE"/>
        </w:rPr>
        <w:t>PLANIFICACIÓN DE CONTEXTO DE APRENDIZAJE</w:t>
      </w:r>
      <w:r w:rsidRPr="00774D49">
        <w:rPr>
          <w:rFonts w:cs="Arial"/>
          <w:b/>
          <w:color w:val="006666"/>
          <w:sz w:val="30"/>
          <w:lang w:val="es-PE"/>
        </w:rPr>
        <w:br/>
      </w:r>
      <w:r w:rsidRPr="00774D49">
        <w:rPr>
          <w:rFonts w:cs="Arial"/>
          <w:b/>
          <w:sz w:val="26"/>
          <w:lang w:val="es-PE"/>
        </w:rPr>
        <w:t>MES DE JUNIO – PROPUESTA 1</w:t>
      </w:r>
      <w:r w:rsidRPr="00774D49">
        <w:rPr>
          <w:rFonts w:cs="Arial"/>
          <w:b/>
          <w:sz w:val="26"/>
          <w:lang w:val="es-PE"/>
        </w:rPr>
        <w:br/>
        <w:t>AULA DE 3 AÑOS</w:t>
      </w:r>
      <w:r w:rsidRPr="00774D49">
        <w:rPr>
          <w:rFonts w:cs="Arial"/>
          <w:b/>
          <w:sz w:val="26"/>
          <w:lang w:val="es-PE"/>
        </w:rPr>
        <w:br/>
      </w:r>
      <w:r w:rsidRPr="00774D49">
        <w:rPr>
          <w:rFonts w:cs="Arial"/>
          <w:b/>
          <w:sz w:val="20"/>
          <w:lang w:val="es-PE"/>
        </w:rPr>
        <w:t>Enfoque de Tránsito Seguro – Educación Inicial – Ciclo II</w:t>
      </w:r>
    </w:p>
    <w:p w14:paraId="64D14434" w14:textId="77777777" w:rsidR="00021EFA" w:rsidRPr="00774D49" w:rsidRDefault="00010C46">
      <w:pPr>
        <w:jc w:val="center"/>
        <w:rPr>
          <w:rFonts w:cs="Arial"/>
          <w:lang w:val="es-PE"/>
        </w:rPr>
      </w:pPr>
      <w:r w:rsidRPr="00774D49">
        <w:rPr>
          <w:rFonts w:cs="Arial"/>
          <w:b/>
          <w:color w:val="C71585"/>
          <w:sz w:val="22"/>
          <w:lang w:val="es-PE"/>
        </w:rPr>
        <w:t>TÍTULO DEL CONTEXTO: “Pequeños exploradores: descubrimos la naturaleza con todos los sentidos”</w:t>
      </w:r>
    </w:p>
    <w:p w14:paraId="4B325CDA" w14:textId="77777777" w:rsidR="00021EFA" w:rsidRPr="00774D49" w:rsidRDefault="00010C46">
      <w:pPr>
        <w:pStyle w:val="Ttulo2"/>
        <w:rPr>
          <w:rFonts w:ascii="Arial" w:hAnsi="Arial" w:cs="Arial"/>
          <w:lang w:val="es-PE"/>
        </w:rPr>
      </w:pPr>
      <w:r w:rsidRPr="00774D49">
        <w:rPr>
          <w:rFonts w:ascii="Arial" w:hAnsi="Arial" w:cs="Arial"/>
          <w:lang w:val="es-PE"/>
        </w:rPr>
        <w:t>I. DATOS INFORMATIVOS</w:t>
      </w:r>
    </w:p>
    <w:tbl>
      <w:tblPr>
        <w:tblStyle w:val="Tablaconcuadrcula"/>
        <w:tblW w:w="0" w:type="auto"/>
        <w:jc w:val="center"/>
        <w:tblLook w:val="04A0" w:firstRow="1" w:lastRow="0" w:firstColumn="1" w:lastColumn="0" w:noHBand="0" w:noVBand="1"/>
      </w:tblPr>
      <w:tblGrid>
        <w:gridCol w:w="2835"/>
        <w:gridCol w:w="7370"/>
      </w:tblGrid>
      <w:tr w:rsidR="00021EFA" w:rsidRPr="00774D49" w14:paraId="3F014A68" w14:textId="77777777">
        <w:trPr>
          <w:jc w:val="center"/>
        </w:trPr>
        <w:tc>
          <w:tcPr>
            <w:tcW w:w="2835" w:type="dxa"/>
            <w:shd w:val="clear" w:color="auto" w:fill="F7C6E7"/>
            <w:vAlign w:val="center"/>
          </w:tcPr>
          <w:p w14:paraId="6620E87E" w14:textId="77777777" w:rsidR="00021EFA" w:rsidRPr="00774D49" w:rsidRDefault="00010C46">
            <w:pPr>
              <w:jc w:val="center"/>
              <w:rPr>
                <w:rFonts w:cs="Arial"/>
                <w:lang w:val="es-PE"/>
              </w:rPr>
            </w:pPr>
            <w:r w:rsidRPr="00774D49">
              <w:rPr>
                <w:rFonts w:cs="Arial"/>
                <w:b/>
                <w:sz w:val="17"/>
                <w:lang w:val="es-PE"/>
              </w:rPr>
              <w:t>Aspecto</w:t>
            </w:r>
          </w:p>
        </w:tc>
        <w:tc>
          <w:tcPr>
            <w:tcW w:w="7370" w:type="dxa"/>
            <w:shd w:val="clear" w:color="auto" w:fill="F7C6E7"/>
            <w:vAlign w:val="center"/>
          </w:tcPr>
          <w:p w14:paraId="178406B0" w14:textId="77777777" w:rsidR="00021EFA" w:rsidRPr="00774D49" w:rsidRDefault="00010C46">
            <w:pPr>
              <w:jc w:val="center"/>
              <w:rPr>
                <w:rFonts w:cs="Arial"/>
                <w:lang w:val="es-PE"/>
              </w:rPr>
            </w:pPr>
            <w:r w:rsidRPr="00774D49">
              <w:rPr>
                <w:rFonts w:cs="Arial"/>
                <w:b/>
                <w:sz w:val="17"/>
                <w:lang w:val="es-PE"/>
              </w:rPr>
              <w:t>Información</w:t>
            </w:r>
          </w:p>
        </w:tc>
      </w:tr>
      <w:tr w:rsidR="00021EFA" w:rsidRPr="00774D49" w14:paraId="7A71EB00" w14:textId="77777777">
        <w:trPr>
          <w:jc w:val="center"/>
        </w:trPr>
        <w:tc>
          <w:tcPr>
            <w:tcW w:w="2835" w:type="dxa"/>
            <w:vAlign w:val="center"/>
          </w:tcPr>
          <w:p w14:paraId="2F9041A9" w14:textId="77777777" w:rsidR="00021EFA" w:rsidRPr="00774D49" w:rsidRDefault="00010C46">
            <w:pPr>
              <w:rPr>
                <w:rFonts w:cs="Arial"/>
                <w:lang w:val="es-PE"/>
              </w:rPr>
            </w:pPr>
            <w:r w:rsidRPr="00774D49">
              <w:rPr>
                <w:rFonts w:cs="Arial"/>
                <w:sz w:val="17"/>
                <w:lang w:val="es-PE"/>
              </w:rPr>
              <w:t>Institución Educativa:</w:t>
            </w:r>
          </w:p>
        </w:tc>
        <w:tc>
          <w:tcPr>
            <w:tcW w:w="7370" w:type="dxa"/>
            <w:vAlign w:val="center"/>
          </w:tcPr>
          <w:p w14:paraId="4C33CDFB" w14:textId="77777777" w:rsidR="00021EFA" w:rsidRPr="00774D49" w:rsidRDefault="00021EFA">
            <w:pPr>
              <w:rPr>
                <w:rFonts w:cs="Arial"/>
                <w:lang w:val="es-PE"/>
              </w:rPr>
            </w:pPr>
          </w:p>
        </w:tc>
      </w:tr>
      <w:tr w:rsidR="00021EFA" w:rsidRPr="00774D49" w14:paraId="7DE77E13" w14:textId="77777777">
        <w:trPr>
          <w:jc w:val="center"/>
        </w:trPr>
        <w:tc>
          <w:tcPr>
            <w:tcW w:w="2835" w:type="dxa"/>
            <w:vAlign w:val="center"/>
          </w:tcPr>
          <w:p w14:paraId="7F515083" w14:textId="77777777" w:rsidR="00021EFA" w:rsidRPr="00774D49" w:rsidRDefault="00010C46">
            <w:pPr>
              <w:rPr>
                <w:rFonts w:cs="Arial"/>
                <w:lang w:val="es-PE"/>
              </w:rPr>
            </w:pPr>
            <w:r w:rsidRPr="00774D49">
              <w:rPr>
                <w:rFonts w:cs="Arial"/>
                <w:sz w:val="17"/>
                <w:lang w:val="es-PE"/>
              </w:rPr>
              <w:t>Nombre del aula:</w:t>
            </w:r>
          </w:p>
        </w:tc>
        <w:tc>
          <w:tcPr>
            <w:tcW w:w="7370" w:type="dxa"/>
            <w:vAlign w:val="center"/>
          </w:tcPr>
          <w:p w14:paraId="6D8AB8FC" w14:textId="77777777" w:rsidR="00021EFA" w:rsidRPr="00774D49" w:rsidRDefault="00021EFA">
            <w:pPr>
              <w:rPr>
                <w:rFonts w:cs="Arial"/>
                <w:lang w:val="es-PE"/>
              </w:rPr>
            </w:pPr>
          </w:p>
        </w:tc>
      </w:tr>
      <w:tr w:rsidR="00021EFA" w:rsidRPr="00774D49" w14:paraId="70DE7FD0" w14:textId="77777777">
        <w:trPr>
          <w:jc w:val="center"/>
        </w:trPr>
        <w:tc>
          <w:tcPr>
            <w:tcW w:w="2835" w:type="dxa"/>
            <w:vAlign w:val="center"/>
          </w:tcPr>
          <w:p w14:paraId="34DC99B6" w14:textId="77777777" w:rsidR="00021EFA" w:rsidRPr="00774D49" w:rsidRDefault="00010C46">
            <w:pPr>
              <w:rPr>
                <w:rFonts w:cs="Arial"/>
                <w:lang w:val="es-PE"/>
              </w:rPr>
            </w:pPr>
            <w:r w:rsidRPr="00774D49">
              <w:rPr>
                <w:rFonts w:cs="Arial"/>
                <w:sz w:val="17"/>
                <w:lang w:val="es-PE"/>
              </w:rPr>
              <w:t>Nombre de la docente:</w:t>
            </w:r>
          </w:p>
        </w:tc>
        <w:tc>
          <w:tcPr>
            <w:tcW w:w="7370" w:type="dxa"/>
            <w:vAlign w:val="center"/>
          </w:tcPr>
          <w:p w14:paraId="0E01A9DF" w14:textId="77777777" w:rsidR="00021EFA" w:rsidRPr="00774D49" w:rsidRDefault="00021EFA">
            <w:pPr>
              <w:rPr>
                <w:rFonts w:cs="Arial"/>
                <w:lang w:val="es-PE"/>
              </w:rPr>
            </w:pPr>
          </w:p>
        </w:tc>
      </w:tr>
      <w:tr w:rsidR="00021EFA" w:rsidRPr="00774D49" w14:paraId="7BADFAF9" w14:textId="77777777">
        <w:trPr>
          <w:jc w:val="center"/>
        </w:trPr>
        <w:tc>
          <w:tcPr>
            <w:tcW w:w="2835" w:type="dxa"/>
            <w:vAlign w:val="center"/>
          </w:tcPr>
          <w:p w14:paraId="22DA4A6C" w14:textId="77777777" w:rsidR="00021EFA" w:rsidRPr="00774D49" w:rsidRDefault="00010C46">
            <w:pPr>
              <w:rPr>
                <w:rFonts w:cs="Arial"/>
                <w:lang w:val="es-PE"/>
              </w:rPr>
            </w:pPr>
            <w:r w:rsidRPr="00774D49">
              <w:rPr>
                <w:rFonts w:cs="Arial"/>
                <w:sz w:val="17"/>
                <w:lang w:val="es-PE"/>
              </w:rPr>
              <w:t>Fecha de ejecución:</w:t>
            </w:r>
          </w:p>
        </w:tc>
        <w:tc>
          <w:tcPr>
            <w:tcW w:w="7370" w:type="dxa"/>
            <w:vAlign w:val="center"/>
          </w:tcPr>
          <w:p w14:paraId="2B65CE74" w14:textId="77777777" w:rsidR="00021EFA" w:rsidRPr="00774D49" w:rsidRDefault="00010C46">
            <w:pPr>
              <w:rPr>
                <w:rFonts w:cs="Arial"/>
                <w:lang w:val="es-PE"/>
              </w:rPr>
            </w:pPr>
            <w:r w:rsidRPr="00774D49">
              <w:rPr>
                <w:rFonts w:cs="Arial"/>
                <w:sz w:val="17"/>
                <w:lang w:val="es-PE"/>
              </w:rPr>
              <w:t>Inicio: ____________        Término: ____________</w:t>
            </w:r>
          </w:p>
        </w:tc>
      </w:tr>
      <w:tr w:rsidR="00021EFA" w:rsidRPr="00774D49" w14:paraId="5FFF5F1F" w14:textId="77777777">
        <w:trPr>
          <w:jc w:val="center"/>
        </w:trPr>
        <w:tc>
          <w:tcPr>
            <w:tcW w:w="2835" w:type="dxa"/>
            <w:vAlign w:val="center"/>
          </w:tcPr>
          <w:p w14:paraId="5C82238F" w14:textId="77777777" w:rsidR="00021EFA" w:rsidRPr="00774D49" w:rsidRDefault="00010C46">
            <w:pPr>
              <w:rPr>
                <w:rFonts w:cs="Arial"/>
                <w:lang w:val="es-PE"/>
              </w:rPr>
            </w:pPr>
            <w:r w:rsidRPr="00774D49">
              <w:rPr>
                <w:rFonts w:cs="Arial"/>
                <w:sz w:val="17"/>
                <w:lang w:val="es-PE"/>
              </w:rPr>
              <w:t>Mes:</w:t>
            </w:r>
          </w:p>
        </w:tc>
        <w:tc>
          <w:tcPr>
            <w:tcW w:w="7370" w:type="dxa"/>
            <w:vAlign w:val="center"/>
          </w:tcPr>
          <w:p w14:paraId="079AFD98" w14:textId="77777777" w:rsidR="00021EFA" w:rsidRPr="00774D49" w:rsidRDefault="00010C46">
            <w:pPr>
              <w:rPr>
                <w:rFonts w:cs="Arial"/>
                <w:lang w:val="es-PE"/>
              </w:rPr>
            </w:pPr>
            <w:r w:rsidRPr="00774D49">
              <w:rPr>
                <w:rFonts w:cs="Arial"/>
                <w:sz w:val="17"/>
                <w:lang w:val="es-PE"/>
              </w:rPr>
              <w:t>Junio</w:t>
            </w:r>
          </w:p>
        </w:tc>
      </w:tr>
      <w:tr w:rsidR="00021EFA" w:rsidRPr="00774D49" w14:paraId="769421B4" w14:textId="77777777">
        <w:trPr>
          <w:jc w:val="center"/>
        </w:trPr>
        <w:tc>
          <w:tcPr>
            <w:tcW w:w="2835" w:type="dxa"/>
            <w:vAlign w:val="center"/>
          </w:tcPr>
          <w:p w14:paraId="62F11D39" w14:textId="77777777" w:rsidR="00021EFA" w:rsidRPr="00774D49" w:rsidRDefault="00010C46">
            <w:pPr>
              <w:rPr>
                <w:rFonts w:cs="Arial"/>
                <w:lang w:val="es-PE"/>
              </w:rPr>
            </w:pPr>
            <w:r w:rsidRPr="00774D49">
              <w:rPr>
                <w:rFonts w:cs="Arial"/>
                <w:sz w:val="17"/>
                <w:lang w:val="es-PE"/>
              </w:rPr>
              <w:t>Edad:</w:t>
            </w:r>
          </w:p>
        </w:tc>
        <w:tc>
          <w:tcPr>
            <w:tcW w:w="7370" w:type="dxa"/>
            <w:vAlign w:val="center"/>
          </w:tcPr>
          <w:p w14:paraId="56FB024D" w14:textId="77777777" w:rsidR="00021EFA" w:rsidRPr="00774D49" w:rsidRDefault="00010C46">
            <w:pPr>
              <w:rPr>
                <w:rFonts w:cs="Arial"/>
                <w:lang w:val="es-PE"/>
              </w:rPr>
            </w:pPr>
            <w:r w:rsidRPr="00774D49">
              <w:rPr>
                <w:rFonts w:cs="Arial"/>
                <w:sz w:val="17"/>
                <w:lang w:val="es-PE"/>
              </w:rPr>
              <w:t>3 años</w:t>
            </w:r>
          </w:p>
        </w:tc>
      </w:tr>
      <w:tr w:rsidR="00021EFA" w:rsidRPr="00774D49" w14:paraId="5C525AF2" w14:textId="77777777">
        <w:trPr>
          <w:jc w:val="center"/>
        </w:trPr>
        <w:tc>
          <w:tcPr>
            <w:tcW w:w="2835" w:type="dxa"/>
            <w:vAlign w:val="center"/>
          </w:tcPr>
          <w:p w14:paraId="2BDDFF83" w14:textId="77777777" w:rsidR="00021EFA" w:rsidRPr="00774D49" w:rsidRDefault="00010C46">
            <w:pPr>
              <w:rPr>
                <w:rFonts w:cs="Arial"/>
                <w:lang w:val="es-PE"/>
              </w:rPr>
            </w:pPr>
            <w:r w:rsidRPr="00774D49">
              <w:rPr>
                <w:rFonts w:cs="Arial"/>
                <w:sz w:val="17"/>
                <w:lang w:val="es-PE"/>
              </w:rPr>
              <w:t>Cantidad de niños y niñas:</w:t>
            </w:r>
          </w:p>
        </w:tc>
        <w:tc>
          <w:tcPr>
            <w:tcW w:w="7370" w:type="dxa"/>
            <w:vAlign w:val="center"/>
          </w:tcPr>
          <w:p w14:paraId="7EA007A6" w14:textId="77777777" w:rsidR="00021EFA" w:rsidRPr="00774D49" w:rsidRDefault="00010C46">
            <w:pPr>
              <w:rPr>
                <w:rFonts w:cs="Arial"/>
                <w:lang w:val="es-PE"/>
              </w:rPr>
            </w:pPr>
            <w:r w:rsidRPr="00774D49">
              <w:rPr>
                <w:rFonts w:cs="Arial"/>
                <w:sz w:val="17"/>
                <w:lang w:val="es-PE"/>
              </w:rPr>
              <w:t>__________</w:t>
            </w:r>
          </w:p>
        </w:tc>
      </w:tr>
      <w:tr w:rsidR="00021EFA" w:rsidRPr="00774D49" w14:paraId="3F987C1C" w14:textId="77777777">
        <w:trPr>
          <w:jc w:val="center"/>
        </w:trPr>
        <w:tc>
          <w:tcPr>
            <w:tcW w:w="2835" w:type="dxa"/>
            <w:vAlign w:val="center"/>
          </w:tcPr>
          <w:p w14:paraId="5E77E8A1" w14:textId="77777777" w:rsidR="00021EFA" w:rsidRPr="00774D49" w:rsidRDefault="00010C46">
            <w:pPr>
              <w:rPr>
                <w:rFonts w:cs="Arial"/>
                <w:lang w:val="es-PE"/>
              </w:rPr>
            </w:pPr>
            <w:r w:rsidRPr="00774D49">
              <w:rPr>
                <w:rFonts w:cs="Arial"/>
                <w:sz w:val="17"/>
                <w:lang w:val="es-PE"/>
              </w:rPr>
              <w:t>Nombre del contexto:</w:t>
            </w:r>
          </w:p>
        </w:tc>
        <w:tc>
          <w:tcPr>
            <w:tcW w:w="7370" w:type="dxa"/>
            <w:vAlign w:val="center"/>
          </w:tcPr>
          <w:p w14:paraId="392445DA" w14:textId="77777777" w:rsidR="00021EFA" w:rsidRPr="00774D49" w:rsidRDefault="00010C46">
            <w:pPr>
              <w:rPr>
                <w:rFonts w:cs="Arial"/>
                <w:lang w:val="es-PE"/>
              </w:rPr>
            </w:pPr>
            <w:r w:rsidRPr="00774D49">
              <w:rPr>
                <w:rFonts w:cs="Arial"/>
                <w:sz w:val="17"/>
                <w:lang w:val="es-PE"/>
              </w:rPr>
              <w:t>Pequeños exploradores: descubrimos la naturaleza con todos los sentidos</w:t>
            </w:r>
          </w:p>
        </w:tc>
      </w:tr>
    </w:tbl>
    <w:p w14:paraId="57DE15B0" w14:textId="77777777" w:rsidR="00021EFA" w:rsidRPr="00774D49" w:rsidRDefault="00021EFA">
      <w:pPr>
        <w:rPr>
          <w:rFonts w:cs="Arial"/>
          <w:lang w:val="es-PE"/>
        </w:rPr>
      </w:pPr>
    </w:p>
    <w:p w14:paraId="7DF2E0C4" w14:textId="77777777" w:rsidR="00021EFA" w:rsidRPr="00774D49" w:rsidRDefault="00010C46">
      <w:pPr>
        <w:rPr>
          <w:rFonts w:cs="Arial"/>
          <w:lang w:val="es-PE"/>
        </w:rPr>
      </w:pPr>
      <w:r w:rsidRPr="00774D49">
        <w:rPr>
          <w:rFonts w:cs="Arial"/>
          <w:b/>
          <w:lang w:val="es-PE"/>
        </w:rPr>
        <w:t>Nombre y edad de los niños y niñas de quienes se recogió el interés o necesidad de aprendizaje:</w:t>
      </w:r>
    </w:p>
    <w:tbl>
      <w:tblPr>
        <w:tblStyle w:val="Tablaconcuadrcula"/>
        <w:tblW w:w="0" w:type="auto"/>
        <w:jc w:val="center"/>
        <w:tblLook w:val="04A0" w:firstRow="1" w:lastRow="0" w:firstColumn="1" w:lastColumn="0" w:noHBand="0" w:noVBand="1"/>
      </w:tblPr>
      <w:tblGrid>
        <w:gridCol w:w="2835"/>
        <w:gridCol w:w="1701"/>
        <w:gridCol w:w="2835"/>
        <w:gridCol w:w="1701"/>
      </w:tblGrid>
      <w:tr w:rsidR="00021EFA" w:rsidRPr="00774D49" w14:paraId="30AA2C28" w14:textId="77777777">
        <w:trPr>
          <w:jc w:val="center"/>
        </w:trPr>
        <w:tc>
          <w:tcPr>
            <w:tcW w:w="2835" w:type="dxa"/>
            <w:shd w:val="clear" w:color="auto" w:fill="FFF200"/>
            <w:vAlign w:val="center"/>
          </w:tcPr>
          <w:p w14:paraId="69A5CB9E" w14:textId="77777777" w:rsidR="00021EFA" w:rsidRPr="00774D49" w:rsidRDefault="00010C46">
            <w:pPr>
              <w:jc w:val="center"/>
              <w:rPr>
                <w:rFonts w:cs="Arial"/>
                <w:lang w:val="es-PE"/>
              </w:rPr>
            </w:pPr>
            <w:r w:rsidRPr="00774D49">
              <w:rPr>
                <w:rFonts w:cs="Arial"/>
                <w:b/>
                <w:sz w:val="15"/>
                <w:lang w:val="es-PE"/>
              </w:rPr>
              <w:t>GRUPO 1 (DE 3 A 3.6 AÑOS)</w:t>
            </w:r>
            <w:r w:rsidRPr="00774D49">
              <w:rPr>
                <w:rFonts w:cs="Arial"/>
                <w:b/>
                <w:sz w:val="15"/>
                <w:lang w:val="es-PE"/>
              </w:rPr>
              <w:br/>
              <w:t>NOMBRE</w:t>
            </w:r>
          </w:p>
        </w:tc>
        <w:tc>
          <w:tcPr>
            <w:tcW w:w="1701" w:type="dxa"/>
            <w:shd w:val="clear" w:color="auto" w:fill="FFF200"/>
            <w:vAlign w:val="center"/>
          </w:tcPr>
          <w:p w14:paraId="18815587" w14:textId="77777777" w:rsidR="00021EFA" w:rsidRPr="00774D49" w:rsidRDefault="00010C46">
            <w:pPr>
              <w:jc w:val="center"/>
              <w:rPr>
                <w:rFonts w:cs="Arial"/>
                <w:lang w:val="es-PE"/>
              </w:rPr>
            </w:pPr>
            <w:r w:rsidRPr="00774D49">
              <w:rPr>
                <w:rFonts w:cs="Arial"/>
                <w:b/>
                <w:sz w:val="15"/>
                <w:lang w:val="es-PE"/>
              </w:rPr>
              <w:t>EDAD</w:t>
            </w:r>
            <w:r w:rsidRPr="00774D49">
              <w:rPr>
                <w:rFonts w:cs="Arial"/>
                <w:b/>
                <w:sz w:val="15"/>
                <w:lang w:val="es-PE"/>
              </w:rPr>
              <w:br/>
              <w:t>(años y meses)</w:t>
            </w:r>
          </w:p>
        </w:tc>
        <w:tc>
          <w:tcPr>
            <w:tcW w:w="2835" w:type="dxa"/>
            <w:shd w:val="clear" w:color="auto" w:fill="FFF200"/>
            <w:vAlign w:val="center"/>
          </w:tcPr>
          <w:p w14:paraId="34BAC973" w14:textId="77777777" w:rsidR="00021EFA" w:rsidRPr="00774D49" w:rsidRDefault="00010C46">
            <w:pPr>
              <w:jc w:val="center"/>
              <w:rPr>
                <w:rFonts w:cs="Arial"/>
                <w:lang w:val="es-PE"/>
              </w:rPr>
            </w:pPr>
            <w:r w:rsidRPr="00774D49">
              <w:rPr>
                <w:rFonts w:cs="Arial"/>
                <w:b/>
                <w:sz w:val="15"/>
                <w:lang w:val="es-PE"/>
              </w:rPr>
              <w:t>GRUPO 2 (DE 3.7 A 4 AÑOS)</w:t>
            </w:r>
            <w:r w:rsidRPr="00774D49">
              <w:rPr>
                <w:rFonts w:cs="Arial"/>
                <w:b/>
                <w:sz w:val="15"/>
                <w:lang w:val="es-PE"/>
              </w:rPr>
              <w:br/>
              <w:t>NOMBRE</w:t>
            </w:r>
          </w:p>
        </w:tc>
        <w:tc>
          <w:tcPr>
            <w:tcW w:w="1701" w:type="dxa"/>
            <w:shd w:val="clear" w:color="auto" w:fill="FFF200"/>
            <w:vAlign w:val="center"/>
          </w:tcPr>
          <w:p w14:paraId="7CCF1D76" w14:textId="77777777" w:rsidR="00021EFA" w:rsidRPr="00774D49" w:rsidRDefault="00010C46">
            <w:pPr>
              <w:jc w:val="center"/>
              <w:rPr>
                <w:rFonts w:cs="Arial"/>
                <w:lang w:val="es-PE"/>
              </w:rPr>
            </w:pPr>
            <w:r w:rsidRPr="00774D49">
              <w:rPr>
                <w:rFonts w:cs="Arial"/>
                <w:b/>
                <w:sz w:val="15"/>
                <w:lang w:val="es-PE"/>
              </w:rPr>
              <w:t>EDAD</w:t>
            </w:r>
            <w:r w:rsidRPr="00774D49">
              <w:rPr>
                <w:rFonts w:cs="Arial"/>
                <w:b/>
                <w:sz w:val="15"/>
                <w:lang w:val="es-PE"/>
              </w:rPr>
              <w:br/>
              <w:t>(años y meses)</w:t>
            </w:r>
          </w:p>
        </w:tc>
      </w:tr>
      <w:tr w:rsidR="00021EFA" w:rsidRPr="00774D49" w14:paraId="22D7878C" w14:textId="77777777">
        <w:trPr>
          <w:jc w:val="center"/>
        </w:trPr>
        <w:tc>
          <w:tcPr>
            <w:tcW w:w="2835" w:type="dxa"/>
            <w:vAlign w:val="center"/>
          </w:tcPr>
          <w:p w14:paraId="0B6CD0C7" w14:textId="77777777" w:rsidR="00021EFA" w:rsidRPr="00774D49" w:rsidRDefault="00021EFA">
            <w:pPr>
              <w:rPr>
                <w:rFonts w:cs="Arial"/>
                <w:lang w:val="es-PE"/>
              </w:rPr>
            </w:pPr>
          </w:p>
        </w:tc>
        <w:tc>
          <w:tcPr>
            <w:tcW w:w="1701" w:type="dxa"/>
            <w:vAlign w:val="center"/>
          </w:tcPr>
          <w:p w14:paraId="68921864" w14:textId="77777777" w:rsidR="00021EFA" w:rsidRPr="00774D49" w:rsidRDefault="00021EFA">
            <w:pPr>
              <w:rPr>
                <w:rFonts w:cs="Arial"/>
                <w:lang w:val="es-PE"/>
              </w:rPr>
            </w:pPr>
          </w:p>
        </w:tc>
        <w:tc>
          <w:tcPr>
            <w:tcW w:w="2835" w:type="dxa"/>
            <w:vAlign w:val="center"/>
          </w:tcPr>
          <w:p w14:paraId="47BE93B6" w14:textId="77777777" w:rsidR="00021EFA" w:rsidRPr="00774D49" w:rsidRDefault="00021EFA">
            <w:pPr>
              <w:rPr>
                <w:rFonts w:cs="Arial"/>
                <w:lang w:val="es-PE"/>
              </w:rPr>
            </w:pPr>
          </w:p>
        </w:tc>
        <w:tc>
          <w:tcPr>
            <w:tcW w:w="1701" w:type="dxa"/>
            <w:vAlign w:val="center"/>
          </w:tcPr>
          <w:p w14:paraId="75358FB8" w14:textId="77777777" w:rsidR="00021EFA" w:rsidRPr="00774D49" w:rsidRDefault="00021EFA">
            <w:pPr>
              <w:rPr>
                <w:rFonts w:cs="Arial"/>
                <w:lang w:val="es-PE"/>
              </w:rPr>
            </w:pPr>
          </w:p>
        </w:tc>
      </w:tr>
      <w:tr w:rsidR="00021EFA" w:rsidRPr="00774D49" w14:paraId="3C19EF9D" w14:textId="77777777">
        <w:trPr>
          <w:jc w:val="center"/>
        </w:trPr>
        <w:tc>
          <w:tcPr>
            <w:tcW w:w="2835" w:type="dxa"/>
            <w:vAlign w:val="center"/>
          </w:tcPr>
          <w:p w14:paraId="4177C985" w14:textId="77777777" w:rsidR="00021EFA" w:rsidRPr="00774D49" w:rsidRDefault="00021EFA">
            <w:pPr>
              <w:rPr>
                <w:rFonts w:cs="Arial"/>
                <w:lang w:val="es-PE"/>
              </w:rPr>
            </w:pPr>
          </w:p>
        </w:tc>
        <w:tc>
          <w:tcPr>
            <w:tcW w:w="1701" w:type="dxa"/>
            <w:vAlign w:val="center"/>
          </w:tcPr>
          <w:p w14:paraId="2B7ACDFB" w14:textId="77777777" w:rsidR="00021EFA" w:rsidRPr="00774D49" w:rsidRDefault="00021EFA">
            <w:pPr>
              <w:rPr>
                <w:rFonts w:cs="Arial"/>
                <w:lang w:val="es-PE"/>
              </w:rPr>
            </w:pPr>
          </w:p>
        </w:tc>
        <w:tc>
          <w:tcPr>
            <w:tcW w:w="2835" w:type="dxa"/>
            <w:vAlign w:val="center"/>
          </w:tcPr>
          <w:p w14:paraId="213CE7C8" w14:textId="77777777" w:rsidR="00021EFA" w:rsidRPr="00774D49" w:rsidRDefault="00021EFA">
            <w:pPr>
              <w:rPr>
                <w:rFonts w:cs="Arial"/>
                <w:lang w:val="es-PE"/>
              </w:rPr>
            </w:pPr>
          </w:p>
        </w:tc>
        <w:tc>
          <w:tcPr>
            <w:tcW w:w="1701" w:type="dxa"/>
            <w:vAlign w:val="center"/>
          </w:tcPr>
          <w:p w14:paraId="3894B614" w14:textId="77777777" w:rsidR="00021EFA" w:rsidRPr="00774D49" w:rsidRDefault="00021EFA">
            <w:pPr>
              <w:rPr>
                <w:rFonts w:cs="Arial"/>
                <w:lang w:val="es-PE"/>
              </w:rPr>
            </w:pPr>
          </w:p>
        </w:tc>
      </w:tr>
      <w:tr w:rsidR="00021EFA" w:rsidRPr="00774D49" w14:paraId="1A45815D" w14:textId="77777777">
        <w:trPr>
          <w:jc w:val="center"/>
        </w:trPr>
        <w:tc>
          <w:tcPr>
            <w:tcW w:w="2835" w:type="dxa"/>
            <w:vAlign w:val="center"/>
          </w:tcPr>
          <w:p w14:paraId="4A0A256A" w14:textId="77777777" w:rsidR="00021EFA" w:rsidRPr="00774D49" w:rsidRDefault="00021EFA">
            <w:pPr>
              <w:rPr>
                <w:rFonts w:cs="Arial"/>
                <w:lang w:val="es-PE"/>
              </w:rPr>
            </w:pPr>
          </w:p>
        </w:tc>
        <w:tc>
          <w:tcPr>
            <w:tcW w:w="1701" w:type="dxa"/>
            <w:vAlign w:val="center"/>
          </w:tcPr>
          <w:p w14:paraId="024A2303" w14:textId="77777777" w:rsidR="00021EFA" w:rsidRPr="00774D49" w:rsidRDefault="00021EFA">
            <w:pPr>
              <w:rPr>
                <w:rFonts w:cs="Arial"/>
                <w:lang w:val="es-PE"/>
              </w:rPr>
            </w:pPr>
          </w:p>
        </w:tc>
        <w:tc>
          <w:tcPr>
            <w:tcW w:w="2835" w:type="dxa"/>
            <w:vAlign w:val="center"/>
          </w:tcPr>
          <w:p w14:paraId="712DD2D9" w14:textId="77777777" w:rsidR="00021EFA" w:rsidRPr="00774D49" w:rsidRDefault="00021EFA">
            <w:pPr>
              <w:rPr>
                <w:rFonts w:cs="Arial"/>
                <w:lang w:val="es-PE"/>
              </w:rPr>
            </w:pPr>
          </w:p>
        </w:tc>
        <w:tc>
          <w:tcPr>
            <w:tcW w:w="1701" w:type="dxa"/>
            <w:vAlign w:val="center"/>
          </w:tcPr>
          <w:p w14:paraId="05FEC7D9" w14:textId="77777777" w:rsidR="00021EFA" w:rsidRPr="00774D49" w:rsidRDefault="00021EFA">
            <w:pPr>
              <w:rPr>
                <w:rFonts w:cs="Arial"/>
                <w:lang w:val="es-PE"/>
              </w:rPr>
            </w:pPr>
          </w:p>
        </w:tc>
      </w:tr>
      <w:tr w:rsidR="00021EFA" w:rsidRPr="00774D49" w14:paraId="1EBA2778" w14:textId="77777777">
        <w:trPr>
          <w:jc w:val="center"/>
        </w:trPr>
        <w:tc>
          <w:tcPr>
            <w:tcW w:w="2835" w:type="dxa"/>
            <w:vAlign w:val="center"/>
          </w:tcPr>
          <w:p w14:paraId="778082BB" w14:textId="77777777" w:rsidR="00021EFA" w:rsidRPr="00774D49" w:rsidRDefault="00021EFA">
            <w:pPr>
              <w:rPr>
                <w:rFonts w:cs="Arial"/>
                <w:lang w:val="es-PE"/>
              </w:rPr>
            </w:pPr>
          </w:p>
        </w:tc>
        <w:tc>
          <w:tcPr>
            <w:tcW w:w="1701" w:type="dxa"/>
            <w:vAlign w:val="center"/>
          </w:tcPr>
          <w:p w14:paraId="182437BF" w14:textId="77777777" w:rsidR="00021EFA" w:rsidRPr="00774D49" w:rsidRDefault="00021EFA">
            <w:pPr>
              <w:rPr>
                <w:rFonts w:cs="Arial"/>
                <w:lang w:val="es-PE"/>
              </w:rPr>
            </w:pPr>
          </w:p>
        </w:tc>
        <w:tc>
          <w:tcPr>
            <w:tcW w:w="2835" w:type="dxa"/>
            <w:vAlign w:val="center"/>
          </w:tcPr>
          <w:p w14:paraId="407B5EF2" w14:textId="77777777" w:rsidR="00021EFA" w:rsidRPr="00774D49" w:rsidRDefault="00021EFA">
            <w:pPr>
              <w:rPr>
                <w:rFonts w:cs="Arial"/>
                <w:lang w:val="es-PE"/>
              </w:rPr>
            </w:pPr>
          </w:p>
        </w:tc>
        <w:tc>
          <w:tcPr>
            <w:tcW w:w="1701" w:type="dxa"/>
            <w:vAlign w:val="center"/>
          </w:tcPr>
          <w:p w14:paraId="57F64B78" w14:textId="77777777" w:rsidR="00021EFA" w:rsidRPr="00774D49" w:rsidRDefault="00021EFA">
            <w:pPr>
              <w:rPr>
                <w:rFonts w:cs="Arial"/>
                <w:lang w:val="es-PE"/>
              </w:rPr>
            </w:pPr>
          </w:p>
        </w:tc>
      </w:tr>
      <w:tr w:rsidR="00021EFA" w:rsidRPr="00774D49" w14:paraId="5E8AC600" w14:textId="77777777">
        <w:trPr>
          <w:jc w:val="center"/>
        </w:trPr>
        <w:tc>
          <w:tcPr>
            <w:tcW w:w="2835" w:type="dxa"/>
            <w:vAlign w:val="center"/>
          </w:tcPr>
          <w:p w14:paraId="6688D725" w14:textId="77777777" w:rsidR="00021EFA" w:rsidRPr="00774D49" w:rsidRDefault="00021EFA">
            <w:pPr>
              <w:rPr>
                <w:rFonts w:cs="Arial"/>
                <w:lang w:val="es-PE"/>
              </w:rPr>
            </w:pPr>
          </w:p>
        </w:tc>
        <w:tc>
          <w:tcPr>
            <w:tcW w:w="1701" w:type="dxa"/>
            <w:vAlign w:val="center"/>
          </w:tcPr>
          <w:p w14:paraId="2AB29B42" w14:textId="77777777" w:rsidR="00021EFA" w:rsidRPr="00774D49" w:rsidRDefault="00021EFA">
            <w:pPr>
              <w:rPr>
                <w:rFonts w:cs="Arial"/>
                <w:lang w:val="es-PE"/>
              </w:rPr>
            </w:pPr>
          </w:p>
        </w:tc>
        <w:tc>
          <w:tcPr>
            <w:tcW w:w="2835" w:type="dxa"/>
            <w:vAlign w:val="center"/>
          </w:tcPr>
          <w:p w14:paraId="20FAED46" w14:textId="77777777" w:rsidR="00021EFA" w:rsidRPr="00774D49" w:rsidRDefault="00021EFA">
            <w:pPr>
              <w:rPr>
                <w:rFonts w:cs="Arial"/>
                <w:lang w:val="es-PE"/>
              </w:rPr>
            </w:pPr>
          </w:p>
        </w:tc>
        <w:tc>
          <w:tcPr>
            <w:tcW w:w="1701" w:type="dxa"/>
            <w:vAlign w:val="center"/>
          </w:tcPr>
          <w:p w14:paraId="556D560B" w14:textId="77777777" w:rsidR="00021EFA" w:rsidRPr="00774D49" w:rsidRDefault="00021EFA">
            <w:pPr>
              <w:rPr>
                <w:rFonts w:cs="Arial"/>
                <w:lang w:val="es-PE"/>
              </w:rPr>
            </w:pPr>
          </w:p>
        </w:tc>
      </w:tr>
      <w:tr w:rsidR="00021EFA" w:rsidRPr="00774D49" w14:paraId="783558EC" w14:textId="77777777">
        <w:trPr>
          <w:jc w:val="center"/>
        </w:trPr>
        <w:tc>
          <w:tcPr>
            <w:tcW w:w="2835" w:type="dxa"/>
            <w:vAlign w:val="center"/>
          </w:tcPr>
          <w:p w14:paraId="0CDADE52" w14:textId="77777777" w:rsidR="00021EFA" w:rsidRPr="00774D49" w:rsidRDefault="00021EFA">
            <w:pPr>
              <w:rPr>
                <w:rFonts w:cs="Arial"/>
                <w:lang w:val="es-PE"/>
              </w:rPr>
            </w:pPr>
          </w:p>
        </w:tc>
        <w:tc>
          <w:tcPr>
            <w:tcW w:w="1701" w:type="dxa"/>
            <w:vAlign w:val="center"/>
          </w:tcPr>
          <w:p w14:paraId="438FADFB" w14:textId="77777777" w:rsidR="00021EFA" w:rsidRPr="00774D49" w:rsidRDefault="00021EFA">
            <w:pPr>
              <w:rPr>
                <w:rFonts w:cs="Arial"/>
                <w:lang w:val="es-PE"/>
              </w:rPr>
            </w:pPr>
          </w:p>
        </w:tc>
        <w:tc>
          <w:tcPr>
            <w:tcW w:w="2835" w:type="dxa"/>
            <w:vAlign w:val="center"/>
          </w:tcPr>
          <w:p w14:paraId="7A1246E1" w14:textId="77777777" w:rsidR="00021EFA" w:rsidRPr="00774D49" w:rsidRDefault="00021EFA">
            <w:pPr>
              <w:rPr>
                <w:rFonts w:cs="Arial"/>
                <w:lang w:val="es-PE"/>
              </w:rPr>
            </w:pPr>
          </w:p>
        </w:tc>
        <w:tc>
          <w:tcPr>
            <w:tcW w:w="1701" w:type="dxa"/>
            <w:vAlign w:val="center"/>
          </w:tcPr>
          <w:p w14:paraId="2A3617A2" w14:textId="77777777" w:rsidR="00021EFA" w:rsidRPr="00774D49" w:rsidRDefault="00021EFA">
            <w:pPr>
              <w:rPr>
                <w:rFonts w:cs="Arial"/>
                <w:lang w:val="es-PE"/>
              </w:rPr>
            </w:pPr>
          </w:p>
        </w:tc>
      </w:tr>
      <w:tr w:rsidR="00021EFA" w:rsidRPr="00774D49" w14:paraId="3E42CFAF" w14:textId="77777777">
        <w:trPr>
          <w:jc w:val="center"/>
        </w:trPr>
        <w:tc>
          <w:tcPr>
            <w:tcW w:w="2835" w:type="dxa"/>
            <w:vAlign w:val="center"/>
          </w:tcPr>
          <w:p w14:paraId="31A142FB" w14:textId="77777777" w:rsidR="00021EFA" w:rsidRPr="00774D49" w:rsidRDefault="00021EFA">
            <w:pPr>
              <w:rPr>
                <w:rFonts w:cs="Arial"/>
                <w:lang w:val="es-PE"/>
              </w:rPr>
            </w:pPr>
          </w:p>
        </w:tc>
        <w:tc>
          <w:tcPr>
            <w:tcW w:w="1701" w:type="dxa"/>
            <w:vAlign w:val="center"/>
          </w:tcPr>
          <w:p w14:paraId="12936ABB" w14:textId="77777777" w:rsidR="00021EFA" w:rsidRPr="00774D49" w:rsidRDefault="00021EFA">
            <w:pPr>
              <w:rPr>
                <w:rFonts w:cs="Arial"/>
                <w:lang w:val="es-PE"/>
              </w:rPr>
            </w:pPr>
          </w:p>
        </w:tc>
        <w:tc>
          <w:tcPr>
            <w:tcW w:w="2835" w:type="dxa"/>
            <w:vAlign w:val="center"/>
          </w:tcPr>
          <w:p w14:paraId="3C724FB7" w14:textId="77777777" w:rsidR="00021EFA" w:rsidRPr="00774D49" w:rsidRDefault="00021EFA">
            <w:pPr>
              <w:rPr>
                <w:rFonts w:cs="Arial"/>
                <w:lang w:val="es-PE"/>
              </w:rPr>
            </w:pPr>
          </w:p>
        </w:tc>
        <w:tc>
          <w:tcPr>
            <w:tcW w:w="1701" w:type="dxa"/>
            <w:vAlign w:val="center"/>
          </w:tcPr>
          <w:p w14:paraId="0868F9C6" w14:textId="77777777" w:rsidR="00021EFA" w:rsidRPr="00774D49" w:rsidRDefault="00021EFA">
            <w:pPr>
              <w:rPr>
                <w:rFonts w:cs="Arial"/>
                <w:lang w:val="es-PE"/>
              </w:rPr>
            </w:pPr>
          </w:p>
        </w:tc>
      </w:tr>
      <w:tr w:rsidR="00021EFA" w:rsidRPr="00774D49" w14:paraId="0ABF620E" w14:textId="77777777">
        <w:trPr>
          <w:jc w:val="center"/>
        </w:trPr>
        <w:tc>
          <w:tcPr>
            <w:tcW w:w="2835" w:type="dxa"/>
            <w:vAlign w:val="center"/>
          </w:tcPr>
          <w:p w14:paraId="2426539A" w14:textId="77777777" w:rsidR="00021EFA" w:rsidRPr="00774D49" w:rsidRDefault="00021EFA">
            <w:pPr>
              <w:rPr>
                <w:rFonts w:cs="Arial"/>
                <w:lang w:val="es-PE"/>
              </w:rPr>
            </w:pPr>
          </w:p>
        </w:tc>
        <w:tc>
          <w:tcPr>
            <w:tcW w:w="1701" w:type="dxa"/>
            <w:vAlign w:val="center"/>
          </w:tcPr>
          <w:p w14:paraId="6D620B6A" w14:textId="77777777" w:rsidR="00021EFA" w:rsidRPr="00774D49" w:rsidRDefault="00021EFA">
            <w:pPr>
              <w:rPr>
                <w:rFonts w:cs="Arial"/>
                <w:lang w:val="es-PE"/>
              </w:rPr>
            </w:pPr>
          </w:p>
        </w:tc>
        <w:tc>
          <w:tcPr>
            <w:tcW w:w="2835" w:type="dxa"/>
            <w:vAlign w:val="center"/>
          </w:tcPr>
          <w:p w14:paraId="655CE4DB" w14:textId="77777777" w:rsidR="00021EFA" w:rsidRPr="00774D49" w:rsidRDefault="00021EFA">
            <w:pPr>
              <w:rPr>
                <w:rFonts w:cs="Arial"/>
                <w:lang w:val="es-PE"/>
              </w:rPr>
            </w:pPr>
          </w:p>
        </w:tc>
        <w:tc>
          <w:tcPr>
            <w:tcW w:w="1701" w:type="dxa"/>
            <w:vAlign w:val="center"/>
          </w:tcPr>
          <w:p w14:paraId="37C48F6F" w14:textId="77777777" w:rsidR="00021EFA" w:rsidRPr="00774D49" w:rsidRDefault="00021EFA">
            <w:pPr>
              <w:rPr>
                <w:rFonts w:cs="Arial"/>
                <w:lang w:val="es-PE"/>
              </w:rPr>
            </w:pPr>
          </w:p>
        </w:tc>
      </w:tr>
    </w:tbl>
    <w:p w14:paraId="6B21668F" w14:textId="77777777" w:rsidR="00021EFA" w:rsidRPr="00774D49" w:rsidRDefault="00021EFA">
      <w:pPr>
        <w:rPr>
          <w:rFonts w:cs="Arial"/>
          <w:lang w:val="es-PE"/>
        </w:rPr>
      </w:pPr>
    </w:p>
    <w:p w14:paraId="7B6873FB" w14:textId="77777777" w:rsidR="00021EFA" w:rsidRPr="00774D49" w:rsidRDefault="00010C46">
      <w:pPr>
        <w:pStyle w:val="Ttulo2"/>
        <w:rPr>
          <w:rFonts w:ascii="Arial" w:hAnsi="Arial" w:cs="Arial"/>
          <w:lang w:val="es-PE"/>
        </w:rPr>
      </w:pPr>
      <w:r w:rsidRPr="00774D49">
        <w:rPr>
          <w:rFonts w:ascii="Arial" w:hAnsi="Arial" w:cs="Arial"/>
          <w:lang w:val="es-PE"/>
        </w:rPr>
        <w:t>II. SUSTENTO PEDAGÓGICO Y CURRICULAR</w:t>
      </w:r>
    </w:p>
    <w:p w14:paraId="71366415" w14:textId="77777777" w:rsidR="00021EFA" w:rsidRPr="00774D49" w:rsidRDefault="00010C46">
      <w:pPr>
        <w:rPr>
          <w:rFonts w:cs="Arial"/>
          <w:lang w:val="es-PE"/>
        </w:rPr>
      </w:pPr>
      <w:r w:rsidRPr="00774D49">
        <w:rPr>
          <w:rFonts w:cs="Arial"/>
          <w:lang w:val="es-PE"/>
        </w:rPr>
        <w:t>La presente planificación de contexto de aprendizaje se organiza desde una mirada respetuosa del niño y la niña de 3 años, reconociéndolos como sujetos de derecho, de acción, capaces de explorar, decidir, comunicarse, relacionarse y construir aprendizajes desde la actividad autónoma, el juego libre y los momentos de cuidado. Durante junio se propone un contexto vinculado a la naturaleza porque responde a la curiosidad propia de los niños por tocar, oler, mirar, trasladar, mezclar, comparar, esconder, encontrar y transformar elementos del entorno cercano.</w:t>
      </w:r>
    </w:p>
    <w:p w14:paraId="4EAA7C3A" w14:textId="77777777" w:rsidR="00021EFA" w:rsidRPr="00774D49" w:rsidRDefault="00010C46">
      <w:pPr>
        <w:rPr>
          <w:rFonts w:cs="Arial"/>
          <w:lang w:val="es-PE"/>
        </w:rPr>
      </w:pPr>
      <w:r w:rsidRPr="00774D49">
        <w:rPr>
          <w:rFonts w:cs="Arial"/>
          <w:lang w:val="es-PE"/>
        </w:rPr>
        <w:t>Desde el enfoque de tránsito seguro, la docente prepara condiciones afectivas, espaciales y materiales para que los niños continúen fortaleciendo su seguridad emocional, autonomía, comunicación, convivencia, movimiento libre, indagación sensorial y expresión artística. La planificación es flexible: se ajusta según las evidencias recogidas en el juego, las rutinas y las interacciones espontáneas.</w:t>
      </w:r>
    </w:p>
    <w:tbl>
      <w:tblPr>
        <w:tblStyle w:val="Tablaconcuadrcula"/>
        <w:tblW w:w="0" w:type="auto"/>
        <w:jc w:val="center"/>
        <w:tblLook w:val="04A0" w:firstRow="1" w:lastRow="0" w:firstColumn="1" w:lastColumn="0" w:noHBand="0" w:noVBand="1"/>
      </w:tblPr>
      <w:tblGrid>
        <w:gridCol w:w="2835"/>
        <w:gridCol w:w="7370"/>
      </w:tblGrid>
      <w:tr w:rsidR="00021EFA" w:rsidRPr="00774D49" w14:paraId="4D0F754A" w14:textId="77777777">
        <w:trPr>
          <w:jc w:val="center"/>
        </w:trPr>
        <w:tc>
          <w:tcPr>
            <w:tcW w:w="2835" w:type="dxa"/>
            <w:shd w:val="clear" w:color="auto" w:fill="D9EAD3"/>
            <w:vAlign w:val="center"/>
          </w:tcPr>
          <w:p w14:paraId="7D6CADFC" w14:textId="77777777" w:rsidR="00021EFA" w:rsidRPr="00774D49" w:rsidRDefault="00010C46">
            <w:pPr>
              <w:jc w:val="center"/>
              <w:rPr>
                <w:rFonts w:cs="Arial"/>
                <w:lang w:val="es-PE"/>
              </w:rPr>
            </w:pPr>
            <w:r w:rsidRPr="00774D49">
              <w:rPr>
                <w:rFonts w:cs="Arial"/>
                <w:b/>
                <w:sz w:val="16"/>
                <w:lang w:val="es-PE"/>
              </w:rPr>
              <w:t>Principio / orientación</w:t>
            </w:r>
          </w:p>
        </w:tc>
        <w:tc>
          <w:tcPr>
            <w:tcW w:w="7370" w:type="dxa"/>
            <w:shd w:val="clear" w:color="auto" w:fill="D9EAD3"/>
            <w:vAlign w:val="center"/>
          </w:tcPr>
          <w:p w14:paraId="4D5B927C" w14:textId="77777777" w:rsidR="00021EFA" w:rsidRPr="00774D49" w:rsidRDefault="00010C46">
            <w:pPr>
              <w:jc w:val="center"/>
              <w:rPr>
                <w:rFonts w:cs="Arial"/>
                <w:lang w:val="es-PE"/>
              </w:rPr>
            </w:pPr>
            <w:r w:rsidRPr="00774D49">
              <w:rPr>
                <w:rFonts w:cs="Arial"/>
                <w:b/>
                <w:sz w:val="16"/>
                <w:lang w:val="es-PE"/>
              </w:rPr>
              <w:t>Cómo se concreta en esta propuesta</w:t>
            </w:r>
          </w:p>
        </w:tc>
      </w:tr>
      <w:tr w:rsidR="00021EFA" w:rsidRPr="00774D49" w14:paraId="16B5E64E" w14:textId="77777777">
        <w:trPr>
          <w:jc w:val="center"/>
        </w:trPr>
        <w:tc>
          <w:tcPr>
            <w:tcW w:w="2835" w:type="dxa"/>
            <w:vAlign w:val="center"/>
          </w:tcPr>
          <w:p w14:paraId="65137458" w14:textId="77777777" w:rsidR="00021EFA" w:rsidRPr="00774D49" w:rsidRDefault="00010C46">
            <w:pPr>
              <w:rPr>
                <w:rFonts w:cs="Arial"/>
                <w:lang w:val="es-PE"/>
              </w:rPr>
            </w:pPr>
            <w:r w:rsidRPr="00774D49">
              <w:rPr>
                <w:rFonts w:cs="Arial"/>
                <w:sz w:val="16"/>
                <w:lang w:val="es-PE"/>
              </w:rPr>
              <w:t>Seguridad afectiva</w:t>
            </w:r>
          </w:p>
        </w:tc>
        <w:tc>
          <w:tcPr>
            <w:tcW w:w="7370" w:type="dxa"/>
            <w:vAlign w:val="center"/>
          </w:tcPr>
          <w:p w14:paraId="3663335A" w14:textId="77777777" w:rsidR="00021EFA" w:rsidRPr="00774D49" w:rsidRDefault="00010C46">
            <w:pPr>
              <w:rPr>
                <w:rFonts w:cs="Arial"/>
                <w:lang w:val="es-PE"/>
              </w:rPr>
            </w:pPr>
            <w:r w:rsidRPr="00774D49">
              <w:rPr>
                <w:rFonts w:cs="Arial"/>
                <w:sz w:val="16"/>
                <w:lang w:val="es-PE"/>
              </w:rPr>
              <w:t>Recibimiento cálido, rutinas previsibles, objeto de apego permitido, espacio de calma y presencia sensible de la docente.</w:t>
            </w:r>
          </w:p>
        </w:tc>
      </w:tr>
      <w:tr w:rsidR="00021EFA" w:rsidRPr="00774D49" w14:paraId="62993EFF" w14:textId="77777777">
        <w:trPr>
          <w:jc w:val="center"/>
        </w:trPr>
        <w:tc>
          <w:tcPr>
            <w:tcW w:w="2835" w:type="dxa"/>
            <w:vAlign w:val="center"/>
          </w:tcPr>
          <w:p w14:paraId="5B50F34F" w14:textId="77777777" w:rsidR="00021EFA" w:rsidRPr="00774D49" w:rsidRDefault="00010C46">
            <w:pPr>
              <w:rPr>
                <w:rFonts w:cs="Arial"/>
                <w:lang w:val="es-PE"/>
              </w:rPr>
            </w:pPr>
            <w:r w:rsidRPr="00774D49">
              <w:rPr>
                <w:rFonts w:cs="Arial"/>
                <w:sz w:val="16"/>
                <w:lang w:val="es-PE"/>
              </w:rPr>
              <w:t>Autonomía</w:t>
            </w:r>
          </w:p>
        </w:tc>
        <w:tc>
          <w:tcPr>
            <w:tcW w:w="7370" w:type="dxa"/>
            <w:vAlign w:val="center"/>
          </w:tcPr>
          <w:p w14:paraId="4B9307A6" w14:textId="77777777" w:rsidR="00021EFA" w:rsidRPr="00774D49" w:rsidRDefault="00010C46">
            <w:pPr>
              <w:rPr>
                <w:rFonts w:cs="Arial"/>
                <w:lang w:val="es-PE"/>
              </w:rPr>
            </w:pPr>
            <w:r w:rsidRPr="00774D49">
              <w:rPr>
                <w:rFonts w:cs="Arial"/>
                <w:sz w:val="16"/>
                <w:lang w:val="es-PE"/>
              </w:rPr>
              <w:t>Materiales al alcance, elección libre de sectores, participación en orden, higiene y cuidado de pertenencias.</w:t>
            </w:r>
          </w:p>
        </w:tc>
      </w:tr>
      <w:tr w:rsidR="00021EFA" w:rsidRPr="00774D49" w14:paraId="2C3DCCB3" w14:textId="77777777">
        <w:trPr>
          <w:jc w:val="center"/>
        </w:trPr>
        <w:tc>
          <w:tcPr>
            <w:tcW w:w="2835" w:type="dxa"/>
            <w:vAlign w:val="center"/>
          </w:tcPr>
          <w:p w14:paraId="2C12B8B8" w14:textId="77777777" w:rsidR="00021EFA" w:rsidRPr="00774D49" w:rsidRDefault="00010C46">
            <w:pPr>
              <w:rPr>
                <w:rFonts w:cs="Arial"/>
                <w:lang w:val="es-PE"/>
              </w:rPr>
            </w:pPr>
            <w:r w:rsidRPr="00774D49">
              <w:rPr>
                <w:rFonts w:cs="Arial"/>
                <w:sz w:val="16"/>
                <w:lang w:val="es-PE"/>
              </w:rPr>
              <w:t>Movimiento libre</w:t>
            </w:r>
          </w:p>
        </w:tc>
        <w:tc>
          <w:tcPr>
            <w:tcW w:w="7370" w:type="dxa"/>
            <w:vAlign w:val="center"/>
          </w:tcPr>
          <w:p w14:paraId="65453CE3" w14:textId="77777777" w:rsidR="00021EFA" w:rsidRPr="00774D49" w:rsidRDefault="00010C46">
            <w:pPr>
              <w:rPr>
                <w:rFonts w:cs="Arial"/>
                <w:lang w:val="es-PE"/>
              </w:rPr>
            </w:pPr>
            <w:r w:rsidRPr="00774D49">
              <w:rPr>
                <w:rFonts w:cs="Arial"/>
                <w:sz w:val="16"/>
                <w:lang w:val="es-PE"/>
              </w:rPr>
              <w:t>Caminos sensoriales, desplazamientos con cajas, telas, túneles, aros y recorridos seguros dentro y fuera del aula.</w:t>
            </w:r>
          </w:p>
        </w:tc>
      </w:tr>
      <w:tr w:rsidR="00021EFA" w:rsidRPr="00774D49" w14:paraId="508C4C31" w14:textId="77777777">
        <w:trPr>
          <w:jc w:val="center"/>
        </w:trPr>
        <w:tc>
          <w:tcPr>
            <w:tcW w:w="2835" w:type="dxa"/>
            <w:vAlign w:val="center"/>
          </w:tcPr>
          <w:p w14:paraId="59E2A8A5" w14:textId="77777777" w:rsidR="00021EFA" w:rsidRPr="00774D49" w:rsidRDefault="00010C46">
            <w:pPr>
              <w:rPr>
                <w:rFonts w:cs="Arial"/>
                <w:lang w:val="es-PE"/>
              </w:rPr>
            </w:pPr>
            <w:r w:rsidRPr="00774D49">
              <w:rPr>
                <w:rFonts w:cs="Arial"/>
                <w:sz w:val="16"/>
                <w:lang w:val="es-PE"/>
              </w:rPr>
              <w:t>Juego libre</w:t>
            </w:r>
          </w:p>
        </w:tc>
        <w:tc>
          <w:tcPr>
            <w:tcW w:w="7370" w:type="dxa"/>
            <w:vAlign w:val="center"/>
          </w:tcPr>
          <w:p w14:paraId="676CB5EE" w14:textId="77777777" w:rsidR="00021EFA" w:rsidRPr="00774D49" w:rsidRDefault="00010C46">
            <w:pPr>
              <w:rPr>
                <w:rFonts w:cs="Arial"/>
                <w:lang w:val="es-PE"/>
              </w:rPr>
            </w:pPr>
            <w:r w:rsidRPr="00774D49">
              <w:rPr>
                <w:rFonts w:cs="Arial"/>
                <w:sz w:val="16"/>
                <w:lang w:val="es-PE"/>
              </w:rPr>
              <w:t>Provocaciones abiertas con hojas, piedras, tierra, semillas, agua, telas y cajas, sin imponer un producto final.</w:t>
            </w:r>
          </w:p>
        </w:tc>
      </w:tr>
      <w:tr w:rsidR="00021EFA" w:rsidRPr="00774D49" w14:paraId="68F290C2" w14:textId="77777777">
        <w:trPr>
          <w:jc w:val="center"/>
        </w:trPr>
        <w:tc>
          <w:tcPr>
            <w:tcW w:w="2835" w:type="dxa"/>
            <w:vAlign w:val="center"/>
          </w:tcPr>
          <w:p w14:paraId="3153E0BF" w14:textId="77777777" w:rsidR="00021EFA" w:rsidRPr="00774D49" w:rsidRDefault="00010C46">
            <w:pPr>
              <w:rPr>
                <w:rFonts w:cs="Arial"/>
                <w:lang w:val="es-PE"/>
              </w:rPr>
            </w:pPr>
            <w:r w:rsidRPr="00774D49">
              <w:rPr>
                <w:rFonts w:cs="Arial"/>
                <w:sz w:val="16"/>
                <w:lang w:val="es-PE"/>
              </w:rPr>
              <w:t>Comunicación</w:t>
            </w:r>
          </w:p>
        </w:tc>
        <w:tc>
          <w:tcPr>
            <w:tcW w:w="7370" w:type="dxa"/>
            <w:vAlign w:val="center"/>
          </w:tcPr>
          <w:p w14:paraId="79E1DD45" w14:textId="77777777" w:rsidR="00021EFA" w:rsidRPr="00774D49" w:rsidRDefault="00010C46">
            <w:pPr>
              <w:rPr>
                <w:rFonts w:cs="Arial"/>
                <w:lang w:val="es-PE"/>
              </w:rPr>
            </w:pPr>
            <w:r w:rsidRPr="00774D49">
              <w:rPr>
                <w:rFonts w:cs="Arial"/>
                <w:sz w:val="16"/>
                <w:lang w:val="es-PE"/>
              </w:rPr>
              <w:t>Mediación verbal respetuosa, ampliación de frases, preguntas sencillas y escucha de gestos, palabras y acciones.</w:t>
            </w:r>
          </w:p>
        </w:tc>
      </w:tr>
      <w:tr w:rsidR="00021EFA" w:rsidRPr="00774D49" w14:paraId="1A4A6AFA" w14:textId="77777777">
        <w:trPr>
          <w:jc w:val="center"/>
        </w:trPr>
        <w:tc>
          <w:tcPr>
            <w:tcW w:w="2835" w:type="dxa"/>
            <w:vAlign w:val="center"/>
          </w:tcPr>
          <w:p w14:paraId="3CA84382" w14:textId="77777777" w:rsidR="00021EFA" w:rsidRPr="00774D49" w:rsidRDefault="00010C46">
            <w:pPr>
              <w:rPr>
                <w:rFonts w:cs="Arial"/>
                <w:lang w:val="es-PE"/>
              </w:rPr>
            </w:pPr>
            <w:r w:rsidRPr="00774D49">
              <w:rPr>
                <w:rFonts w:cs="Arial"/>
                <w:sz w:val="16"/>
                <w:lang w:val="es-PE"/>
              </w:rPr>
              <w:t>Evaluación formativa</w:t>
            </w:r>
          </w:p>
        </w:tc>
        <w:tc>
          <w:tcPr>
            <w:tcW w:w="7370" w:type="dxa"/>
            <w:vAlign w:val="center"/>
          </w:tcPr>
          <w:p w14:paraId="1E32B4AF" w14:textId="77777777" w:rsidR="00021EFA" w:rsidRPr="00774D49" w:rsidRDefault="00010C46">
            <w:pPr>
              <w:rPr>
                <w:rFonts w:cs="Arial"/>
                <w:lang w:val="es-PE"/>
              </w:rPr>
            </w:pPr>
            <w:r w:rsidRPr="00774D49">
              <w:rPr>
                <w:rFonts w:cs="Arial"/>
                <w:sz w:val="16"/>
                <w:lang w:val="es-PE"/>
              </w:rPr>
              <w:t>Registro de evidencias reales en cuaderno de campo, fotografías pedagógicas, diálogos y actuaciones observables.</w:t>
            </w:r>
          </w:p>
        </w:tc>
      </w:tr>
    </w:tbl>
    <w:p w14:paraId="33F6C4A6" w14:textId="77777777" w:rsidR="00021EFA" w:rsidRPr="00774D49" w:rsidRDefault="00021EFA">
      <w:pPr>
        <w:rPr>
          <w:rFonts w:cs="Arial"/>
          <w:lang w:val="es-PE"/>
        </w:rPr>
      </w:pPr>
    </w:p>
    <w:p w14:paraId="1CE2E741" w14:textId="77777777" w:rsidR="00021EFA" w:rsidRPr="00774D49" w:rsidRDefault="00010C46">
      <w:pPr>
        <w:pStyle w:val="Ttulo2"/>
        <w:rPr>
          <w:rFonts w:ascii="Arial" w:hAnsi="Arial" w:cs="Arial"/>
          <w:lang w:val="es-PE"/>
        </w:rPr>
      </w:pPr>
      <w:r w:rsidRPr="00774D49">
        <w:rPr>
          <w:rFonts w:ascii="Arial" w:hAnsi="Arial" w:cs="Arial"/>
          <w:lang w:val="es-PE"/>
        </w:rPr>
        <w:lastRenderedPageBreak/>
        <w:t>III. CARACTERIZACIÓN DE LOS NIÑOS Y NIÑAS</w:t>
      </w:r>
    </w:p>
    <w:p w14:paraId="47CE5F03" w14:textId="77777777" w:rsidR="00021EFA" w:rsidRPr="00774D49" w:rsidRDefault="00010C46">
      <w:pPr>
        <w:rPr>
          <w:rFonts w:cs="Arial"/>
          <w:lang w:val="es-PE"/>
        </w:rPr>
      </w:pPr>
      <w:r w:rsidRPr="00774D49">
        <w:rPr>
          <w:rFonts w:cs="Arial"/>
          <w:b/>
          <w:lang w:val="es-PE"/>
        </w:rPr>
        <w:t>Observación base de la semana:</w:t>
      </w:r>
    </w:p>
    <w:p w14:paraId="531FCAFC" w14:textId="77777777" w:rsidR="00021EFA" w:rsidRPr="00774D49" w:rsidRDefault="00010C46">
      <w:pPr>
        <w:rPr>
          <w:rFonts w:cs="Arial"/>
          <w:lang w:val="es-PE"/>
        </w:rPr>
      </w:pPr>
      <w:r w:rsidRPr="00774D49">
        <w:rPr>
          <w:rFonts w:cs="Arial"/>
          <w:lang w:val="es-PE"/>
        </w:rPr>
        <w:t>Durante las últimas semanas de mayo, los niños y niñas participaron en contextos de juego libre con materiales abiertos, animales, cajas, telas, soportes de pintura, elementos naturales y situaciones de convivencia en espacios internos y externos. Se observó que muestran interés por explorar objetos concretos, desplazarse por el aula, acercarse a sus compañeros, representar pequeñas escenas, manipular texturas, agrupar materiales y comunicar lo que desean mediante gestos, palabras sueltas o frases breves.</w:t>
      </w:r>
    </w:p>
    <w:p w14:paraId="05BAF7AC" w14:textId="77777777" w:rsidR="00021EFA" w:rsidRPr="00774D49" w:rsidRDefault="00010C46">
      <w:pPr>
        <w:rPr>
          <w:rFonts w:cs="Arial"/>
          <w:lang w:val="es-PE"/>
        </w:rPr>
      </w:pPr>
      <w:r w:rsidRPr="00774D49">
        <w:rPr>
          <w:rFonts w:cs="Arial"/>
          <w:lang w:val="es-PE"/>
        </w:rPr>
        <w:t>A partir de ello, para la primera propuesta de junio se decide organizar un contexto de naturaleza y exploración sensorial. Esta propuesta permitirá continuar fortaleciendo el tránsito seguro, la autonomía, el cuidado del cuerpo, el uso de lenguaje oral, las nociones espaciales, la convivencia y la curiosidad científica desde situaciones reales y no desde fichas.</w:t>
      </w:r>
    </w:p>
    <w:tbl>
      <w:tblPr>
        <w:tblStyle w:val="Tablaconcuadrcula"/>
        <w:tblW w:w="0" w:type="auto"/>
        <w:jc w:val="center"/>
        <w:tblLook w:val="04A0" w:firstRow="1" w:lastRow="0" w:firstColumn="1" w:lastColumn="0" w:noHBand="0" w:noVBand="1"/>
      </w:tblPr>
      <w:tblGrid>
        <w:gridCol w:w="2835"/>
        <w:gridCol w:w="7370"/>
      </w:tblGrid>
      <w:tr w:rsidR="00021EFA" w:rsidRPr="00774D49" w14:paraId="593E4BCC" w14:textId="77777777">
        <w:trPr>
          <w:jc w:val="center"/>
        </w:trPr>
        <w:tc>
          <w:tcPr>
            <w:tcW w:w="2835" w:type="dxa"/>
            <w:shd w:val="clear" w:color="auto" w:fill="D9EAF7"/>
            <w:vAlign w:val="center"/>
          </w:tcPr>
          <w:p w14:paraId="70BC37F4" w14:textId="77777777" w:rsidR="00021EFA" w:rsidRPr="00774D49" w:rsidRDefault="00010C46">
            <w:pPr>
              <w:jc w:val="center"/>
              <w:rPr>
                <w:rFonts w:cs="Arial"/>
                <w:lang w:val="es-PE"/>
              </w:rPr>
            </w:pPr>
            <w:r w:rsidRPr="00774D49">
              <w:rPr>
                <w:rFonts w:cs="Arial"/>
                <w:b/>
                <w:sz w:val="15"/>
                <w:lang w:val="es-PE"/>
              </w:rPr>
              <w:t>Tramo de edad</w:t>
            </w:r>
          </w:p>
        </w:tc>
        <w:tc>
          <w:tcPr>
            <w:tcW w:w="7370" w:type="dxa"/>
            <w:shd w:val="clear" w:color="auto" w:fill="D9EAF7"/>
            <w:vAlign w:val="center"/>
          </w:tcPr>
          <w:p w14:paraId="7FBB8DDD" w14:textId="5DC19A04" w:rsidR="00021EFA" w:rsidRPr="00774D49" w:rsidRDefault="00010C46">
            <w:pPr>
              <w:jc w:val="center"/>
              <w:rPr>
                <w:rFonts w:cs="Arial"/>
                <w:lang w:val="es-PE"/>
              </w:rPr>
            </w:pPr>
            <w:r w:rsidRPr="00774D49">
              <w:rPr>
                <w:rFonts w:cs="Arial"/>
                <w:b/>
                <w:sz w:val="15"/>
                <w:lang w:val="es-PE"/>
              </w:rPr>
              <w:t>Caracterización</w:t>
            </w:r>
          </w:p>
        </w:tc>
      </w:tr>
      <w:tr w:rsidR="00021EFA" w:rsidRPr="00774D49" w14:paraId="2C8B234D" w14:textId="77777777" w:rsidTr="00FD77A5">
        <w:trPr>
          <w:jc w:val="center"/>
        </w:trPr>
        <w:tc>
          <w:tcPr>
            <w:tcW w:w="2835" w:type="dxa"/>
            <w:shd w:val="clear" w:color="auto" w:fill="FFCCFF"/>
            <w:vAlign w:val="center"/>
          </w:tcPr>
          <w:p w14:paraId="45EEBC55" w14:textId="155A4A4D" w:rsidR="00021EFA" w:rsidRPr="00774D49" w:rsidRDefault="00010C46" w:rsidP="00FD77A5">
            <w:pPr>
              <w:jc w:val="center"/>
              <w:rPr>
                <w:rFonts w:cs="Arial"/>
                <w:b/>
                <w:bCs/>
                <w:lang w:val="es-PE"/>
              </w:rPr>
            </w:pPr>
            <w:r w:rsidRPr="00774D49">
              <w:rPr>
                <w:rFonts w:cs="Arial"/>
                <w:b/>
                <w:bCs/>
                <w:sz w:val="15"/>
                <w:lang w:val="es-PE"/>
              </w:rPr>
              <w:t>Grupo 1: niños y niñas de 3 a 3.6 años</w:t>
            </w:r>
            <w:r w:rsidR="00FD77A5" w:rsidRPr="00774D49">
              <w:rPr>
                <w:rFonts w:cs="Arial"/>
                <w:b/>
                <w:bCs/>
                <w:sz w:val="15"/>
                <w:lang w:val="es-PE"/>
              </w:rPr>
              <w:t xml:space="preserve"> y meses</w:t>
            </w:r>
          </w:p>
        </w:tc>
        <w:tc>
          <w:tcPr>
            <w:tcW w:w="7370" w:type="dxa"/>
            <w:vAlign w:val="center"/>
          </w:tcPr>
          <w:p w14:paraId="72BBDFF1" w14:textId="50CED19A" w:rsidR="00021EFA" w:rsidRPr="00774D49" w:rsidRDefault="0047083F">
            <w:pPr>
              <w:rPr>
                <w:rFonts w:cs="Arial"/>
                <w:lang w:val="es-PE"/>
              </w:rPr>
            </w:pPr>
            <w:r w:rsidRPr="0047083F">
              <w:rPr>
                <w:rFonts w:cs="Arial"/>
                <w:sz w:val="15"/>
                <w:lang w:val="es-PE"/>
              </w:rPr>
              <w:t>Los niños y niñas</w:t>
            </w:r>
            <w:r>
              <w:rPr>
                <w:rFonts w:cs="Arial"/>
                <w:sz w:val="15"/>
                <w:lang w:val="es-PE"/>
              </w:rPr>
              <w:t>……</w:t>
            </w:r>
            <w:r w:rsidRPr="0047083F">
              <w:rPr>
                <w:rFonts w:cs="Arial"/>
                <w:sz w:val="15"/>
                <w:lang w:val="es-PE"/>
              </w:rPr>
              <w:t>se encuentran consolidando progresivamente su proceso de adaptación al entorno escolar. Algunos todavía requieren de una base de seguridad afectiva y la cercanía constante de la docente para transitar con tranquilidad desde la separación familiar hacia el aula, elegir un material tranquilo de su preferencia o permanecer sin ansiedad frente a recursos naturales nuevos como tierra, agua, hojas secas o piedras. Necesitan un adulto disponible que observe de forma respetuosa, ponga en palabras y nombre sus emociones espontáneas, ofreciéndoles soporte emocional sin presionarlos a participar de forma colectiva.</w:t>
            </w:r>
            <w:r w:rsidR="00010C46" w:rsidRPr="00774D49">
              <w:rPr>
                <w:rFonts w:cs="Arial"/>
                <w:sz w:val="15"/>
                <w:lang w:val="es-PE"/>
              </w:rPr>
              <w:br/>
            </w:r>
            <w:r w:rsidR="00010C46" w:rsidRPr="00774D49">
              <w:rPr>
                <w:rFonts w:cs="Arial"/>
                <w:sz w:val="15"/>
                <w:lang w:val="es-PE"/>
              </w:rPr>
              <w:br/>
            </w:r>
            <w:r w:rsidRPr="0047083F">
              <w:rPr>
                <w:rFonts w:cs="Arial"/>
                <w:sz w:val="15"/>
                <w:lang w:val="es-PE"/>
              </w:rPr>
              <w:t>Durante las actividades lúdicas, exploran y descubren el entorno principalmente a través del contacto directo con su propio cuerpo y los órganos de los sentidos: de forma repetitiva tocan, huelen, aprietan, trasladan, vacían y llenan recipientes, golpean suavemente los objetos para percibir su acústica, y juntan o separan piezas sueltas. Se sienten fuertemente atraídos por los materiales naturales debido a sus cualidades perceptuales inmediatas de textura, color, olor y sonido. Ante una provocación central, algunos se aproximan con curiosidad inmediata, mientras que otros asumen un rol de observadores periféricos respecto a sus compañeros antes de incorporarse físicamente a la estación de juego</w:t>
            </w:r>
            <w:r w:rsidR="00010C46" w:rsidRPr="00774D49">
              <w:rPr>
                <w:rFonts w:cs="Arial"/>
                <w:sz w:val="15"/>
                <w:lang w:val="es-PE"/>
              </w:rPr>
              <w:br/>
            </w:r>
            <w:r w:rsidR="00010C46" w:rsidRPr="00774D49">
              <w:rPr>
                <w:rFonts w:cs="Arial"/>
                <w:sz w:val="15"/>
                <w:lang w:val="es-PE"/>
              </w:rPr>
              <w:br/>
            </w:r>
            <w:r w:rsidRPr="0047083F">
              <w:rPr>
                <w:rFonts w:cs="Arial"/>
                <w:sz w:val="15"/>
                <w:lang w:val="es-PE"/>
              </w:rPr>
              <w:t xml:space="preserve">En </w:t>
            </w:r>
            <w:r>
              <w:rPr>
                <w:rFonts w:cs="Arial"/>
                <w:sz w:val="15"/>
                <w:lang w:val="es-PE"/>
              </w:rPr>
              <w:t>lo</w:t>
            </w:r>
            <w:r w:rsidRPr="0047083F">
              <w:rPr>
                <w:rFonts w:cs="Arial"/>
                <w:sz w:val="15"/>
                <w:lang w:val="es-PE"/>
              </w:rPr>
              <w:t xml:space="preserve"> comunicativo, expresan sus necesidades e intereses combinando el lenguaje gestual con el verbal mediante el uso de miradas dirigidas, llanto de frustración, palabras sueltas o frases breves de pertenencia o demanda (</w:t>
            </w:r>
            <w:r>
              <w:rPr>
                <w:rFonts w:cs="Arial"/>
                <w:sz w:val="15"/>
                <w:lang w:val="es-PE"/>
              </w:rPr>
              <w:t>“</w:t>
            </w:r>
            <w:r w:rsidRPr="0047083F">
              <w:rPr>
                <w:rFonts w:cs="Arial"/>
                <w:sz w:val="15"/>
                <w:lang w:val="es-PE"/>
              </w:rPr>
              <w:t>mira, dame, mío, agua, piedra, hoja</w:t>
            </w:r>
            <w:r>
              <w:rPr>
                <w:rFonts w:cs="Arial"/>
                <w:sz w:val="15"/>
                <w:lang w:val="es-PE"/>
              </w:rPr>
              <w:t>”</w:t>
            </w:r>
            <w:r w:rsidRPr="0047083F">
              <w:rPr>
                <w:rFonts w:cs="Arial"/>
                <w:sz w:val="15"/>
                <w:lang w:val="es-PE"/>
              </w:rPr>
              <w:t>). Requieren que la docente actúe como un modelo lingüístico activo que amplíe sus expresiones y modele oraciones descriptivas sencillas mediante la técnica de expansión (</w:t>
            </w:r>
            <w:proofErr w:type="spellStart"/>
            <w:r w:rsidRPr="0047083F">
              <w:rPr>
                <w:rFonts w:cs="Arial"/>
                <w:sz w:val="15"/>
                <w:lang w:val="es-PE"/>
              </w:rPr>
              <w:t>Ej</w:t>
            </w:r>
            <w:proofErr w:type="spellEnd"/>
            <w:r w:rsidRPr="0047083F">
              <w:rPr>
                <w:rFonts w:cs="Arial"/>
                <w:sz w:val="15"/>
                <w:lang w:val="es-PE"/>
              </w:rPr>
              <w:t xml:space="preserve">: </w:t>
            </w:r>
            <w:r>
              <w:rPr>
                <w:rFonts w:cs="Arial"/>
                <w:sz w:val="15"/>
                <w:lang w:val="es-PE"/>
              </w:rPr>
              <w:t>“</w:t>
            </w:r>
            <w:r w:rsidRPr="0047083F">
              <w:rPr>
                <w:rFonts w:cs="Arial"/>
                <w:sz w:val="15"/>
                <w:lang w:val="es-PE"/>
              </w:rPr>
              <w:t>quieres la hoja grande</w:t>
            </w:r>
            <w:r>
              <w:rPr>
                <w:rFonts w:cs="Arial"/>
                <w:sz w:val="15"/>
                <w:lang w:val="es-PE"/>
              </w:rPr>
              <w:t>”</w:t>
            </w:r>
            <w:r w:rsidRPr="0047083F">
              <w:rPr>
                <w:rFonts w:cs="Arial"/>
                <w:sz w:val="15"/>
                <w:lang w:val="es-PE"/>
              </w:rPr>
              <w:t xml:space="preserve">, </w:t>
            </w:r>
            <w:r>
              <w:rPr>
                <w:rFonts w:cs="Arial"/>
                <w:sz w:val="15"/>
                <w:lang w:val="es-PE"/>
              </w:rPr>
              <w:t>“</w:t>
            </w:r>
            <w:r w:rsidRPr="0047083F">
              <w:rPr>
                <w:rFonts w:cs="Arial"/>
                <w:sz w:val="15"/>
                <w:lang w:val="es-PE"/>
              </w:rPr>
              <w:t>necesitas ayuda con la jarra</w:t>
            </w:r>
            <w:r>
              <w:rPr>
                <w:rFonts w:cs="Arial"/>
                <w:sz w:val="15"/>
                <w:lang w:val="es-PE"/>
              </w:rPr>
              <w:t>”</w:t>
            </w:r>
            <w:r w:rsidRPr="0047083F">
              <w:rPr>
                <w:rFonts w:cs="Arial"/>
                <w:sz w:val="15"/>
                <w:lang w:val="es-PE"/>
              </w:rPr>
              <w:t xml:space="preserve">, </w:t>
            </w:r>
            <w:r>
              <w:rPr>
                <w:rFonts w:cs="Arial"/>
                <w:sz w:val="15"/>
                <w:lang w:val="es-PE"/>
              </w:rPr>
              <w:t>“</w:t>
            </w:r>
            <w:r w:rsidRPr="0047083F">
              <w:rPr>
                <w:rFonts w:cs="Arial"/>
                <w:sz w:val="15"/>
                <w:lang w:val="es-PE"/>
              </w:rPr>
              <w:t>el agua está fría</w:t>
            </w:r>
            <w:r>
              <w:rPr>
                <w:rFonts w:cs="Arial"/>
                <w:sz w:val="15"/>
                <w:lang w:val="es-PE"/>
              </w:rPr>
              <w:t>”</w:t>
            </w:r>
            <w:r w:rsidRPr="0047083F">
              <w:rPr>
                <w:rFonts w:cs="Arial"/>
                <w:sz w:val="15"/>
                <w:lang w:val="es-PE"/>
              </w:rPr>
              <w:t>).</w:t>
            </w:r>
            <w:r w:rsidR="00010C46" w:rsidRPr="00774D49">
              <w:rPr>
                <w:rFonts w:cs="Arial"/>
                <w:sz w:val="15"/>
                <w:lang w:val="es-PE"/>
              </w:rPr>
              <w:br/>
            </w:r>
            <w:r w:rsidR="00010C46" w:rsidRPr="00774D49">
              <w:rPr>
                <w:rFonts w:cs="Arial"/>
                <w:sz w:val="15"/>
                <w:lang w:val="es-PE"/>
              </w:rPr>
              <w:br/>
            </w:r>
            <w:r w:rsidRPr="0047083F">
              <w:rPr>
                <w:rFonts w:cs="Arial"/>
                <w:sz w:val="15"/>
                <w:lang w:val="es-PE"/>
              </w:rPr>
              <w:t>En la interacción social, su dinámica se centra en el juego paralelo; aún pueden tomar directamente el material que desean de las manos de otro par, por lo que necesitan acompañamiento cercano paso a paso para aprender a pedir elementos, esperar un momento, aceptar alternativas lúdicas y compartir el espacio común. En cuanto a las rutinas de la jornada, requieren de un andamiaje graduado y acompañamiento guiado para lavarse las manos de forma autónoma después de manipular tierra, barro o agua, guardar los recursos en sus canastas y reconocer de manera independiente sus pertenencias personales en los casilleros.</w:t>
            </w:r>
          </w:p>
        </w:tc>
      </w:tr>
      <w:tr w:rsidR="00021EFA" w:rsidRPr="00774D49" w14:paraId="4FF7B827" w14:textId="77777777" w:rsidTr="00FD77A5">
        <w:trPr>
          <w:jc w:val="center"/>
        </w:trPr>
        <w:tc>
          <w:tcPr>
            <w:tcW w:w="2835" w:type="dxa"/>
            <w:shd w:val="clear" w:color="auto" w:fill="66FFFF"/>
            <w:vAlign w:val="center"/>
          </w:tcPr>
          <w:p w14:paraId="70D61976" w14:textId="77777777" w:rsidR="00021EFA" w:rsidRPr="00774D49" w:rsidRDefault="00010C46" w:rsidP="00FD77A5">
            <w:pPr>
              <w:jc w:val="center"/>
              <w:rPr>
                <w:rFonts w:cs="Arial"/>
                <w:b/>
                <w:bCs/>
                <w:lang w:val="es-PE"/>
              </w:rPr>
            </w:pPr>
            <w:r w:rsidRPr="00774D49">
              <w:rPr>
                <w:rFonts w:cs="Arial"/>
                <w:b/>
                <w:bCs/>
                <w:sz w:val="15"/>
                <w:lang w:val="es-PE"/>
              </w:rPr>
              <w:t>Grupo 2: niños y niñas de 3.7 a 4 años</w:t>
            </w:r>
          </w:p>
        </w:tc>
        <w:tc>
          <w:tcPr>
            <w:tcW w:w="7370" w:type="dxa"/>
            <w:vAlign w:val="center"/>
          </w:tcPr>
          <w:p w14:paraId="11E51B01" w14:textId="6DFB476B" w:rsidR="0047083F" w:rsidRDefault="0047083F">
            <w:pPr>
              <w:rPr>
                <w:rFonts w:cs="Arial"/>
                <w:sz w:val="15"/>
                <w:lang w:val="es-PE"/>
              </w:rPr>
            </w:pPr>
            <w:r w:rsidRPr="0047083F">
              <w:rPr>
                <w:rFonts w:cs="Arial"/>
                <w:sz w:val="15"/>
                <w:lang w:val="es-PE"/>
              </w:rPr>
              <w:t>Los niños y niñas</w:t>
            </w:r>
            <w:r>
              <w:rPr>
                <w:rFonts w:cs="Arial"/>
                <w:sz w:val="15"/>
                <w:lang w:val="es-PE"/>
              </w:rPr>
              <w:t>……</w:t>
            </w:r>
            <w:r w:rsidRPr="0047083F">
              <w:rPr>
                <w:rFonts w:cs="Arial"/>
                <w:sz w:val="15"/>
                <w:lang w:val="es-PE"/>
              </w:rPr>
              <w:t>demuestran una mayor seguridad y confianza corporal para desplazarse por el aula de inicial, seleccionar materiales independientes según sus propios intereses y participar de forma activa en juegos compartidos. Se observa que logran sostener la atención por períodos más prolongados explorando una provocación central texturizada. Manifiestan iniciativa propia para transformar cajas de cartón o telas en refugios habitables, emplear recipientes diversos para trasladar elementos y dar inicio a la organización de juegos simbólicos más complejos vinculados a roles de su entorno, como la cocina simulada, la casita, el cuidado de mascotas o el riego de las plantas del aula.</w:t>
            </w:r>
            <w:r w:rsidR="00010C46" w:rsidRPr="00774D49">
              <w:rPr>
                <w:rFonts w:cs="Arial"/>
                <w:sz w:val="15"/>
                <w:lang w:val="es-PE"/>
              </w:rPr>
              <w:br/>
            </w:r>
            <w:r w:rsidR="00010C46" w:rsidRPr="00774D49">
              <w:rPr>
                <w:rFonts w:cs="Arial"/>
                <w:sz w:val="15"/>
                <w:lang w:val="es-PE"/>
              </w:rPr>
              <w:br/>
            </w:r>
            <w:r w:rsidRPr="0047083F">
              <w:rPr>
                <w:rFonts w:cs="Arial"/>
                <w:sz w:val="15"/>
                <w:lang w:val="es-PE"/>
              </w:rPr>
              <w:t xml:space="preserve">En sus exploraciones e indagaciones físicas, establecen relaciones lógico-matemáticas más claras y estables: agrupan de forma autónoma hojas o piedras por criterios de tamaño, color o tipo, colocan de manera intencional las piezas sueltas dentro y fuera de los recipientes transparentes, y comparan perceptualmente si un objeto está mojado o seco, si es pesado o liviano, o si es grande o pequeño respecto a otro. Asimismo, utilizan de forma </w:t>
            </w:r>
            <w:proofErr w:type="spellStart"/>
            <w:r w:rsidRPr="0047083F">
              <w:rPr>
                <w:rFonts w:cs="Arial"/>
                <w:sz w:val="15"/>
                <w:lang w:val="es-PE"/>
              </w:rPr>
              <w:t>prágmatica</w:t>
            </w:r>
            <w:proofErr w:type="spellEnd"/>
            <w:r w:rsidRPr="0047083F">
              <w:rPr>
                <w:rFonts w:cs="Arial"/>
                <w:sz w:val="15"/>
                <w:lang w:val="es-PE"/>
              </w:rPr>
              <w:t xml:space="preserve"> su propio cuerpo para ubicarse en el espacio tridimensional, entrar y salir de cajas de embalaje, seguir caminos marcados en el piso, esquivar obstáculos distribuidos en el suelo y regular progresivamente la velocidad y fuerza de sus movimientos gruesos.</w:t>
            </w:r>
            <w:r w:rsidR="00010C46" w:rsidRPr="00774D49">
              <w:rPr>
                <w:rFonts w:cs="Arial"/>
                <w:sz w:val="15"/>
                <w:lang w:val="es-PE"/>
              </w:rPr>
              <w:br/>
            </w:r>
            <w:r w:rsidR="00010C46" w:rsidRPr="00774D49">
              <w:rPr>
                <w:rFonts w:cs="Arial"/>
                <w:sz w:val="15"/>
                <w:lang w:val="es-PE"/>
              </w:rPr>
              <w:br/>
            </w:r>
            <w:r w:rsidRPr="0047083F">
              <w:rPr>
                <w:rFonts w:cs="Arial"/>
                <w:sz w:val="15"/>
                <w:lang w:val="es-PE"/>
              </w:rPr>
              <w:t xml:space="preserve">En el aspecto </w:t>
            </w:r>
            <w:r>
              <w:rPr>
                <w:rFonts w:cs="Arial"/>
                <w:sz w:val="15"/>
                <w:lang w:val="es-PE"/>
              </w:rPr>
              <w:t>comunicativo</w:t>
            </w:r>
            <w:r w:rsidRPr="0047083F">
              <w:rPr>
                <w:rFonts w:cs="Arial"/>
                <w:sz w:val="15"/>
                <w:lang w:val="es-PE"/>
              </w:rPr>
              <w:t>, interactúan y comentan sus acciones reales de forma fluida empleando frases simples que describen lo que hacen en su rincón de juego (</w:t>
            </w:r>
            <w:proofErr w:type="spellStart"/>
            <w:r w:rsidRPr="0047083F">
              <w:rPr>
                <w:rFonts w:cs="Arial"/>
                <w:sz w:val="15"/>
                <w:lang w:val="es-PE"/>
              </w:rPr>
              <w:t>Ej</w:t>
            </w:r>
            <w:proofErr w:type="spellEnd"/>
            <w:r w:rsidRPr="0047083F">
              <w:rPr>
                <w:rFonts w:cs="Arial"/>
                <w:sz w:val="15"/>
                <w:lang w:val="es-PE"/>
              </w:rPr>
              <w:t xml:space="preserve">: </w:t>
            </w:r>
            <w:r>
              <w:rPr>
                <w:rFonts w:cs="Arial"/>
                <w:sz w:val="15"/>
                <w:lang w:val="es-PE"/>
              </w:rPr>
              <w:t>“</w:t>
            </w:r>
            <w:r w:rsidRPr="0047083F">
              <w:rPr>
                <w:rFonts w:cs="Arial"/>
                <w:sz w:val="15"/>
                <w:lang w:val="es-PE"/>
              </w:rPr>
              <w:t>estoy haciendo sopa con la tierra</w:t>
            </w:r>
            <w:r>
              <w:rPr>
                <w:rFonts w:cs="Arial"/>
                <w:sz w:val="15"/>
                <w:lang w:val="es-PE"/>
              </w:rPr>
              <w:t>”</w:t>
            </w:r>
            <w:r w:rsidRPr="0047083F">
              <w:rPr>
                <w:rFonts w:cs="Arial"/>
                <w:sz w:val="15"/>
                <w:lang w:val="es-PE"/>
              </w:rPr>
              <w:t xml:space="preserve">, </w:t>
            </w:r>
            <w:r>
              <w:rPr>
                <w:rFonts w:cs="Arial"/>
                <w:sz w:val="15"/>
                <w:lang w:val="es-PE"/>
              </w:rPr>
              <w:t>“</w:t>
            </w:r>
            <w:r w:rsidRPr="0047083F">
              <w:rPr>
                <w:rFonts w:cs="Arial"/>
                <w:sz w:val="15"/>
                <w:lang w:val="es-PE"/>
              </w:rPr>
              <w:t>esta piedra pesa mucho</w:t>
            </w:r>
            <w:r>
              <w:rPr>
                <w:rFonts w:cs="Arial"/>
                <w:sz w:val="15"/>
                <w:lang w:val="es-PE"/>
              </w:rPr>
              <w:t>”</w:t>
            </w:r>
            <w:r w:rsidRPr="0047083F">
              <w:rPr>
                <w:rFonts w:cs="Arial"/>
                <w:sz w:val="15"/>
                <w:lang w:val="es-PE"/>
              </w:rPr>
              <w:t xml:space="preserve">, </w:t>
            </w:r>
            <w:r>
              <w:rPr>
                <w:rFonts w:cs="Arial"/>
                <w:sz w:val="15"/>
                <w:lang w:val="es-PE"/>
              </w:rPr>
              <w:t>“</w:t>
            </w:r>
            <w:r w:rsidRPr="0047083F">
              <w:rPr>
                <w:rFonts w:cs="Arial"/>
                <w:sz w:val="15"/>
                <w:lang w:val="es-PE"/>
              </w:rPr>
              <w:t>la hoja se rompió</w:t>
            </w:r>
            <w:r>
              <w:rPr>
                <w:rFonts w:cs="Arial"/>
                <w:sz w:val="15"/>
                <w:lang w:val="es-PE"/>
              </w:rPr>
              <w:t>”</w:t>
            </w:r>
            <w:r w:rsidRPr="0047083F">
              <w:rPr>
                <w:rFonts w:cs="Arial"/>
                <w:sz w:val="15"/>
                <w:lang w:val="es-PE"/>
              </w:rPr>
              <w:t xml:space="preserve">, </w:t>
            </w:r>
            <w:r>
              <w:rPr>
                <w:rFonts w:cs="Arial"/>
                <w:sz w:val="15"/>
                <w:lang w:val="es-PE"/>
              </w:rPr>
              <w:t>“</w:t>
            </w:r>
            <w:r w:rsidRPr="0047083F">
              <w:rPr>
                <w:rFonts w:cs="Arial"/>
                <w:sz w:val="15"/>
                <w:lang w:val="es-PE"/>
              </w:rPr>
              <w:t>mi planta tiene agua</w:t>
            </w:r>
            <w:r>
              <w:rPr>
                <w:rFonts w:cs="Arial"/>
                <w:sz w:val="15"/>
                <w:lang w:val="es-PE"/>
              </w:rPr>
              <w:t>”</w:t>
            </w:r>
            <w:r w:rsidRPr="0047083F">
              <w:rPr>
                <w:rFonts w:cs="Arial"/>
                <w:sz w:val="15"/>
                <w:lang w:val="es-PE"/>
              </w:rPr>
              <w:t>). Inician de forma autónoma diálogos breves y coordinan acciones de juego asociativo con sus pares; sin embargo, todavía requieren mediación y apoyo paso a paso del adulto para aprender a escuchar al compañero, esperar su turno de atención en el mercado o la feria y resolver pequeñas tensiones o desacuerdos cotidianos utilizando las palabras.</w:t>
            </w:r>
            <w:r w:rsidRPr="0047083F">
              <w:rPr>
                <w:rFonts w:cs="Arial"/>
                <w:sz w:val="15"/>
                <w:lang w:val="es-PE"/>
              </w:rPr>
              <w:t xml:space="preserve"> </w:t>
            </w:r>
          </w:p>
          <w:p w14:paraId="609BB18F" w14:textId="0A22785A" w:rsidR="00021EFA" w:rsidRPr="00774D49" w:rsidRDefault="0047083F">
            <w:pPr>
              <w:rPr>
                <w:rFonts w:cs="Arial"/>
                <w:lang w:val="es-PE"/>
              </w:rPr>
            </w:pPr>
            <w:r w:rsidRPr="0047083F">
              <w:rPr>
                <w:rFonts w:cs="Arial"/>
                <w:sz w:val="15"/>
                <w:lang w:val="es-PE"/>
              </w:rPr>
              <w:t>Dentro de las rutinas de la jornada diaria, colaboran de manera más activa y voluntaria en el ordenamiento colaborativo de los materiales al escuchar la señal sonora, en la secuencia del lavado de manos y en el cuidado del espacio físico común. A pesar de su madurez, necesitan seguir fortaleciendo la autonomía regulatoria, el respeto por el juego y el cuerpo del compañero, y la conservación de los elementos naturales colectivos, evitando acciones impulsivas como lanzarlos al aire, pisarlos accidentalmente o mezclarlos en las canastas de forma descuidada y sin una intención lúdica.</w:t>
            </w:r>
          </w:p>
        </w:tc>
      </w:tr>
    </w:tbl>
    <w:p w14:paraId="6D609E03" w14:textId="77777777" w:rsidR="00021EFA" w:rsidRPr="00774D49" w:rsidRDefault="00021EFA">
      <w:pPr>
        <w:rPr>
          <w:rFonts w:cs="Arial"/>
          <w:lang w:val="es-PE"/>
        </w:rPr>
      </w:pPr>
    </w:p>
    <w:p w14:paraId="2E9ABDDF" w14:textId="77777777" w:rsidR="00021EFA" w:rsidRPr="00774D49" w:rsidRDefault="00010C46">
      <w:pPr>
        <w:pStyle w:val="Ttulo2"/>
        <w:rPr>
          <w:rFonts w:ascii="Arial" w:hAnsi="Arial" w:cs="Arial"/>
          <w:lang w:val="es-PE"/>
        </w:rPr>
      </w:pPr>
      <w:r w:rsidRPr="00774D49">
        <w:rPr>
          <w:rFonts w:ascii="Arial" w:hAnsi="Arial" w:cs="Arial"/>
          <w:lang w:val="es-PE"/>
        </w:rPr>
        <w:t>IV. NECESIDADES IDENTIFICADAS A PARTIR DE LA CARACTERIZACIÓN</w:t>
      </w:r>
    </w:p>
    <w:tbl>
      <w:tblPr>
        <w:tblStyle w:val="Tablaconcuadrcula"/>
        <w:tblW w:w="0" w:type="auto"/>
        <w:jc w:val="center"/>
        <w:tblLook w:val="04A0" w:firstRow="1" w:lastRow="0" w:firstColumn="1" w:lastColumn="0" w:noHBand="0" w:noVBand="1"/>
      </w:tblPr>
      <w:tblGrid>
        <w:gridCol w:w="2835"/>
        <w:gridCol w:w="3685"/>
        <w:gridCol w:w="3685"/>
      </w:tblGrid>
      <w:tr w:rsidR="00021EFA" w:rsidRPr="00774D49" w14:paraId="5A655494" w14:textId="77777777">
        <w:trPr>
          <w:jc w:val="center"/>
        </w:trPr>
        <w:tc>
          <w:tcPr>
            <w:tcW w:w="2835" w:type="dxa"/>
            <w:shd w:val="clear" w:color="auto" w:fill="FCE5CD"/>
            <w:vAlign w:val="center"/>
          </w:tcPr>
          <w:p w14:paraId="0172D355" w14:textId="77777777" w:rsidR="00021EFA" w:rsidRPr="00774D49" w:rsidRDefault="00010C46">
            <w:pPr>
              <w:jc w:val="center"/>
              <w:rPr>
                <w:rFonts w:cs="Arial"/>
                <w:lang w:val="es-PE"/>
              </w:rPr>
            </w:pPr>
            <w:r w:rsidRPr="00774D49">
              <w:rPr>
                <w:rFonts w:cs="Arial"/>
                <w:b/>
                <w:sz w:val="14"/>
                <w:lang w:val="es-PE"/>
              </w:rPr>
              <w:t>Necesidad identificada</w:t>
            </w:r>
          </w:p>
        </w:tc>
        <w:tc>
          <w:tcPr>
            <w:tcW w:w="3685" w:type="dxa"/>
            <w:shd w:val="clear" w:color="auto" w:fill="FCE5CD"/>
            <w:vAlign w:val="center"/>
          </w:tcPr>
          <w:p w14:paraId="2D2203A6" w14:textId="77777777" w:rsidR="00021EFA" w:rsidRPr="00774D49" w:rsidRDefault="00010C46">
            <w:pPr>
              <w:jc w:val="center"/>
              <w:rPr>
                <w:rFonts w:cs="Arial"/>
                <w:lang w:val="es-PE"/>
              </w:rPr>
            </w:pPr>
            <w:r w:rsidRPr="00774D49">
              <w:rPr>
                <w:rFonts w:cs="Arial"/>
                <w:b/>
                <w:sz w:val="14"/>
                <w:lang w:val="es-PE"/>
              </w:rPr>
              <w:t>Sustento desde la observación</w:t>
            </w:r>
          </w:p>
        </w:tc>
        <w:tc>
          <w:tcPr>
            <w:tcW w:w="3685" w:type="dxa"/>
            <w:shd w:val="clear" w:color="auto" w:fill="FCE5CD"/>
            <w:vAlign w:val="center"/>
          </w:tcPr>
          <w:p w14:paraId="0CF2D1BF" w14:textId="77777777" w:rsidR="00021EFA" w:rsidRPr="00774D49" w:rsidRDefault="00010C46">
            <w:pPr>
              <w:jc w:val="center"/>
              <w:rPr>
                <w:rFonts w:cs="Arial"/>
                <w:lang w:val="es-PE"/>
              </w:rPr>
            </w:pPr>
            <w:r w:rsidRPr="00774D49">
              <w:rPr>
                <w:rFonts w:cs="Arial"/>
                <w:b/>
                <w:sz w:val="14"/>
                <w:lang w:val="es-PE"/>
              </w:rPr>
              <w:t>Decisión pedagógica</w:t>
            </w:r>
          </w:p>
        </w:tc>
      </w:tr>
      <w:tr w:rsidR="00021EFA" w:rsidRPr="00774D49" w14:paraId="2BB0EF57" w14:textId="77777777">
        <w:trPr>
          <w:jc w:val="center"/>
        </w:trPr>
        <w:tc>
          <w:tcPr>
            <w:tcW w:w="2835" w:type="dxa"/>
            <w:vAlign w:val="center"/>
          </w:tcPr>
          <w:p w14:paraId="7C6A9F32" w14:textId="77777777" w:rsidR="00021EFA" w:rsidRPr="00774D49" w:rsidRDefault="00010C46">
            <w:pPr>
              <w:rPr>
                <w:rFonts w:cs="Arial"/>
                <w:lang w:val="es-PE"/>
              </w:rPr>
            </w:pPr>
            <w:r w:rsidRPr="00774D49">
              <w:rPr>
                <w:rFonts w:cs="Arial"/>
                <w:sz w:val="14"/>
                <w:lang w:val="es-PE"/>
              </w:rPr>
              <w:t>Fortalecer la seguridad emocional y el vínculo con la docente.</w:t>
            </w:r>
          </w:p>
        </w:tc>
        <w:tc>
          <w:tcPr>
            <w:tcW w:w="3685" w:type="dxa"/>
            <w:vAlign w:val="center"/>
          </w:tcPr>
          <w:p w14:paraId="216A3934" w14:textId="77777777" w:rsidR="00021EFA" w:rsidRPr="00774D49" w:rsidRDefault="00010C46">
            <w:pPr>
              <w:rPr>
                <w:rFonts w:cs="Arial"/>
                <w:lang w:val="es-PE"/>
              </w:rPr>
            </w:pPr>
            <w:r w:rsidRPr="00774D49">
              <w:rPr>
                <w:rFonts w:cs="Arial"/>
                <w:sz w:val="14"/>
                <w:lang w:val="es-PE"/>
              </w:rPr>
              <w:t>Algunos niños aún requieren cercanía afectiva para integrarse al aula, explorar materiales nuevos y participar con confianza.</w:t>
            </w:r>
          </w:p>
        </w:tc>
        <w:tc>
          <w:tcPr>
            <w:tcW w:w="3685" w:type="dxa"/>
            <w:vAlign w:val="center"/>
          </w:tcPr>
          <w:p w14:paraId="03213312" w14:textId="77777777" w:rsidR="00021EFA" w:rsidRPr="00774D49" w:rsidRDefault="00010C46">
            <w:pPr>
              <w:rPr>
                <w:rFonts w:cs="Arial"/>
                <w:lang w:val="es-PE"/>
              </w:rPr>
            </w:pPr>
            <w:r w:rsidRPr="00774D49">
              <w:rPr>
                <w:rFonts w:cs="Arial"/>
                <w:sz w:val="14"/>
                <w:lang w:val="es-PE"/>
              </w:rPr>
              <w:t>Mantener recibimiento personalizado, espacio de calma, rutinas predecibles y acompañamiento respetuoso durante ingreso, juego y salida.</w:t>
            </w:r>
          </w:p>
        </w:tc>
      </w:tr>
      <w:tr w:rsidR="00021EFA" w:rsidRPr="00774D49" w14:paraId="098D7BD7" w14:textId="77777777">
        <w:trPr>
          <w:jc w:val="center"/>
        </w:trPr>
        <w:tc>
          <w:tcPr>
            <w:tcW w:w="2835" w:type="dxa"/>
            <w:vAlign w:val="center"/>
          </w:tcPr>
          <w:p w14:paraId="3DDAA01E" w14:textId="77777777" w:rsidR="00021EFA" w:rsidRPr="00774D49" w:rsidRDefault="00010C46">
            <w:pPr>
              <w:rPr>
                <w:rFonts w:cs="Arial"/>
                <w:lang w:val="es-PE"/>
              </w:rPr>
            </w:pPr>
            <w:r w:rsidRPr="00774D49">
              <w:rPr>
                <w:rFonts w:cs="Arial"/>
                <w:sz w:val="14"/>
                <w:lang w:val="es-PE"/>
              </w:rPr>
              <w:t xml:space="preserve">Promover la exploración sensorial y la </w:t>
            </w:r>
            <w:r w:rsidRPr="00774D49">
              <w:rPr>
                <w:rFonts w:cs="Arial"/>
                <w:sz w:val="14"/>
                <w:lang w:val="es-PE"/>
              </w:rPr>
              <w:lastRenderedPageBreak/>
              <w:t>curiosidad por la naturaleza.</w:t>
            </w:r>
          </w:p>
        </w:tc>
        <w:tc>
          <w:tcPr>
            <w:tcW w:w="3685" w:type="dxa"/>
            <w:vAlign w:val="center"/>
          </w:tcPr>
          <w:p w14:paraId="073D82A2" w14:textId="77777777" w:rsidR="00021EFA" w:rsidRPr="00774D49" w:rsidRDefault="00010C46">
            <w:pPr>
              <w:rPr>
                <w:rFonts w:cs="Arial"/>
                <w:lang w:val="es-PE"/>
              </w:rPr>
            </w:pPr>
            <w:r w:rsidRPr="00774D49">
              <w:rPr>
                <w:rFonts w:cs="Arial"/>
                <w:sz w:val="14"/>
                <w:lang w:val="es-PE"/>
              </w:rPr>
              <w:lastRenderedPageBreak/>
              <w:t xml:space="preserve">Los niños muestran interés por tocar, oler, trasladar y </w:t>
            </w:r>
            <w:r w:rsidRPr="00774D49">
              <w:rPr>
                <w:rFonts w:cs="Arial"/>
                <w:sz w:val="14"/>
                <w:lang w:val="es-PE"/>
              </w:rPr>
              <w:lastRenderedPageBreak/>
              <w:t>comparar elementos naturales como hojas, piedras, agua y tierra.</w:t>
            </w:r>
          </w:p>
        </w:tc>
        <w:tc>
          <w:tcPr>
            <w:tcW w:w="3685" w:type="dxa"/>
            <w:vAlign w:val="center"/>
          </w:tcPr>
          <w:p w14:paraId="5DC92B42" w14:textId="77777777" w:rsidR="00021EFA" w:rsidRPr="00774D49" w:rsidRDefault="00010C46">
            <w:pPr>
              <w:rPr>
                <w:rFonts w:cs="Arial"/>
                <w:lang w:val="es-PE"/>
              </w:rPr>
            </w:pPr>
            <w:r w:rsidRPr="00774D49">
              <w:rPr>
                <w:rFonts w:cs="Arial"/>
                <w:sz w:val="14"/>
                <w:lang w:val="es-PE"/>
              </w:rPr>
              <w:lastRenderedPageBreak/>
              <w:t xml:space="preserve">Organizar bandejas, canastas y mesas de exploración </w:t>
            </w:r>
            <w:r w:rsidRPr="00774D49">
              <w:rPr>
                <w:rFonts w:cs="Arial"/>
                <w:sz w:val="14"/>
                <w:lang w:val="es-PE"/>
              </w:rPr>
              <w:lastRenderedPageBreak/>
              <w:t>con elementos naturales seguros, limpios y variados.</w:t>
            </w:r>
          </w:p>
        </w:tc>
      </w:tr>
      <w:tr w:rsidR="00021EFA" w:rsidRPr="00774D49" w14:paraId="1FD17718" w14:textId="77777777">
        <w:trPr>
          <w:jc w:val="center"/>
        </w:trPr>
        <w:tc>
          <w:tcPr>
            <w:tcW w:w="2835" w:type="dxa"/>
            <w:vAlign w:val="center"/>
          </w:tcPr>
          <w:p w14:paraId="13D49A0F" w14:textId="77777777" w:rsidR="00021EFA" w:rsidRPr="00774D49" w:rsidRDefault="00010C46">
            <w:pPr>
              <w:rPr>
                <w:rFonts w:cs="Arial"/>
                <w:lang w:val="es-PE"/>
              </w:rPr>
            </w:pPr>
            <w:r w:rsidRPr="00774D49">
              <w:rPr>
                <w:rFonts w:cs="Arial"/>
                <w:sz w:val="14"/>
                <w:lang w:val="es-PE"/>
              </w:rPr>
              <w:lastRenderedPageBreak/>
              <w:t>Favorecer la comunicación oral en situaciones reales.</w:t>
            </w:r>
          </w:p>
        </w:tc>
        <w:tc>
          <w:tcPr>
            <w:tcW w:w="3685" w:type="dxa"/>
            <w:vAlign w:val="center"/>
          </w:tcPr>
          <w:p w14:paraId="5E26F8B4" w14:textId="77777777" w:rsidR="00021EFA" w:rsidRPr="00774D49" w:rsidRDefault="00010C46">
            <w:pPr>
              <w:rPr>
                <w:rFonts w:cs="Arial"/>
                <w:lang w:val="es-PE"/>
              </w:rPr>
            </w:pPr>
            <w:r w:rsidRPr="00774D49">
              <w:rPr>
                <w:rFonts w:cs="Arial"/>
                <w:sz w:val="14"/>
                <w:lang w:val="es-PE"/>
              </w:rPr>
              <w:t>Durante el juego expresan intereses con gestos, palabras sueltas o frases breves; algunos ya comentan lo que hacen.</w:t>
            </w:r>
          </w:p>
        </w:tc>
        <w:tc>
          <w:tcPr>
            <w:tcW w:w="3685" w:type="dxa"/>
            <w:vAlign w:val="center"/>
          </w:tcPr>
          <w:p w14:paraId="182007A1" w14:textId="77777777" w:rsidR="00021EFA" w:rsidRPr="00774D49" w:rsidRDefault="00010C46">
            <w:pPr>
              <w:rPr>
                <w:rFonts w:cs="Arial"/>
                <w:lang w:val="es-PE"/>
              </w:rPr>
            </w:pPr>
            <w:r w:rsidRPr="00774D49">
              <w:rPr>
                <w:rFonts w:cs="Arial"/>
                <w:sz w:val="14"/>
                <w:lang w:val="es-PE"/>
              </w:rPr>
              <w:t>La docente ampliará el lenguaje, formulará preguntas sencillas y modelará frases para nombrar objetos, acciones, emociones y cualidades.</w:t>
            </w:r>
          </w:p>
        </w:tc>
      </w:tr>
      <w:tr w:rsidR="00021EFA" w:rsidRPr="00774D49" w14:paraId="30271C2B" w14:textId="77777777">
        <w:trPr>
          <w:jc w:val="center"/>
        </w:trPr>
        <w:tc>
          <w:tcPr>
            <w:tcW w:w="2835" w:type="dxa"/>
            <w:vAlign w:val="center"/>
          </w:tcPr>
          <w:p w14:paraId="41D291C2" w14:textId="77777777" w:rsidR="00021EFA" w:rsidRPr="00774D49" w:rsidRDefault="00010C46">
            <w:pPr>
              <w:rPr>
                <w:rFonts w:cs="Arial"/>
                <w:lang w:val="es-PE"/>
              </w:rPr>
            </w:pPr>
            <w:r w:rsidRPr="00774D49">
              <w:rPr>
                <w:rFonts w:cs="Arial"/>
                <w:sz w:val="14"/>
                <w:lang w:val="es-PE"/>
              </w:rPr>
              <w:t>Fortalecer el juego compartido y la convivencia.</w:t>
            </w:r>
          </w:p>
        </w:tc>
        <w:tc>
          <w:tcPr>
            <w:tcW w:w="3685" w:type="dxa"/>
            <w:vAlign w:val="center"/>
          </w:tcPr>
          <w:p w14:paraId="462EA89A" w14:textId="77777777" w:rsidR="00021EFA" w:rsidRPr="00774D49" w:rsidRDefault="00010C46">
            <w:pPr>
              <w:rPr>
                <w:rFonts w:cs="Arial"/>
                <w:lang w:val="es-PE"/>
              </w:rPr>
            </w:pPr>
            <w:r w:rsidRPr="00774D49">
              <w:rPr>
                <w:rFonts w:cs="Arial"/>
                <w:sz w:val="14"/>
                <w:lang w:val="es-PE"/>
              </w:rPr>
              <w:t>Los niños juegan cerca de otros, observan el material de sus compañeros y requieren apoyo para pedir, esperar, compartir o aceptar alternativas.</w:t>
            </w:r>
          </w:p>
        </w:tc>
        <w:tc>
          <w:tcPr>
            <w:tcW w:w="3685" w:type="dxa"/>
            <w:vAlign w:val="center"/>
          </w:tcPr>
          <w:p w14:paraId="0706EFB8" w14:textId="77777777" w:rsidR="00021EFA" w:rsidRPr="00774D49" w:rsidRDefault="00010C46">
            <w:pPr>
              <w:rPr>
                <w:rFonts w:cs="Arial"/>
                <w:lang w:val="es-PE"/>
              </w:rPr>
            </w:pPr>
            <w:r w:rsidRPr="00774D49">
              <w:rPr>
                <w:rFonts w:cs="Arial"/>
                <w:sz w:val="14"/>
                <w:lang w:val="es-PE"/>
              </w:rPr>
              <w:t>Disponer suficiente material, acuerdos visuales simples y mediación calmada para resolver conflictos cotidianos.</w:t>
            </w:r>
          </w:p>
        </w:tc>
      </w:tr>
      <w:tr w:rsidR="00021EFA" w:rsidRPr="00774D49" w14:paraId="2A8FF0AB" w14:textId="77777777">
        <w:trPr>
          <w:jc w:val="center"/>
        </w:trPr>
        <w:tc>
          <w:tcPr>
            <w:tcW w:w="2835" w:type="dxa"/>
            <w:vAlign w:val="center"/>
          </w:tcPr>
          <w:p w14:paraId="67706B8B" w14:textId="77777777" w:rsidR="00021EFA" w:rsidRPr="00774D49" w:rsidRDefault="00010C46">
            <w:pPr>
              <w:rPr>
                <w:rFonts w:cs="Arial"/>
                <w:lang w:val="es-PE"/>
              </w:rPr>
            </w:pPr>
            <w:r w:rsidRPr="00774D49">
              <w:rPr>
                <w:rFonts w:cs="Arial"/>
                <w:sz w:val="14"/>
                <w:lang w:val="es-PE"/>
              </w:rPr>
              <w:t>Desarrollar nociones espaciales desde el movimiento y el juego.</w:t>
            </w:r>
          </w:p>
        </w:tc>
        <w:tc>
          <w:tcPr>
            <w:tcW w:w="3685" w:type="dxa"/>
            <w:vAlign w:val="center"/>
          </w:tcPr>
          <w:p w14:paraId="5EDAB01A" w14:textId="77777777" w:rsidR="00021EFA" w:rsidRPr="00774D49" w:rsidRDefault="00010C46">
            <w:pPr>
              <w:rPr>
                <w:rFonts w:cs="Arial"/>
                <w:lang w:val="es-PE"/>
              </w:rPr>
            </w:pPr>
            <w:r w:rsidRPr="00774D49">
              <w:rPr>
                <w:rFonts w:cs="Arial"/>
                <w:sz w:val="14"/>
                <w:lang w:val="es-PE"/>
              </w:rPr>
              <w:t>Los niños ubican objetos dentro/fuera, cerca/lejos, arriba/abajo, aunque no siempre verbalizan estas relaciones.</w:t>
            </w:r>
          </w:p>
        </w:tc>
        <w:tc>
          <w:tcPr>
            <w:tcW w:w="3685" w:type="dxa"/>
            <w:vAlign w:val="center"/>
          </w:tcPr>
          <w:p w14:paraId="06A2B1E9" w14:textId="77777777" w:rsidR="00021EFA" w:rsidRPr="00774D49" w:rsidRDefault="00010C46">
            <w:pPr>
              <w:rPr>
                <w:rFonts w:cs="Arial"/>
                <w:lang w:val="es-PE"/>
              </w:rPr>
            </w:pPr>
            <w:r w:rsidRPr="00774D49">
              <w:rPr>
                <w:rFonts w:cs="Arial"/>
                <w:sz w:val="14"/>
                <w:lang w:val="es-PE"/>
              </w:rPr>
              <w:t>Acondicionar recorridos con cajas, telas, caminos, aros, canastas y recipientes que inviten a entrar, salir, trasladar y ordenar.</w:t>
            </w:r>
          </w:p>
        </w:tc>
      </w:tr>
      <w:tr w:rsidR="00021EFA" w:rsidRPr="00774D49" w14:paraId="0D4DDD30" w14:textId="77777777">
        <w:trPr>
          <w:jc w:val="center"/>
        </w:trPr>
        <w:tc>
          <w:tcPr>
            <w:tcW w:w="2835" w:type="dxa"/>
            <w:vAlign w:val="center"/>
          </w:tcPr>
          <w:p w14:paraId="6F108C5C" w14:textId="77777777" w:rsidR="00021EFA" w:rsidRPr="00774D49" w:rsidRDefault="00010C46">
            <w:pPr>
              <w:rPr>
                <w:rFonts w:cs="Arial"/>
                <w:lang w:val="es-PE"/>
              </w:rPr>
            </w:pPr>
            <w:r w:rsidRPr="00774D49">
              <w:rPr>
                <w:rFonts w:cs="Arial"/>
                <w:sz w:val="14"/>
                <w:lang w:val="es-PE"/>
              </w:rPr>
              <w:t>Promover autonomía en rutinas de cuidado.</w:t>
            </w:r>
          </w:p>
        </w:tc>
        <w:tc>
          <w:tcPr>
            <w:tcW w:w="3685" w:type="dxa"/>
            <w:vAlign w:val="center"/>
          </w:tcPr>
          <w:p w14:paraId="68E5A71F" w14:textId="77777777" w:rsidR="00021EFA" w:rsidRPr="00774D49" w:rsidRDefault="00010C46">
            <w:pPr>
              <w:rPr>
                <w:rFonts w:cs="Arial"/>
                <w:lang w:val="es-PE"/>
              </w:rPr>
            </w:pPr>
            <w:r w:rsidRPr="00774D49">
              <w:rPr>
                <w:rFonts w:cs="Arial"/>
                <w:sz w:val="14"/>
                <w:lang w:val="es-PE"/>
              </w:rPr>
              <w:t>Tras manipular tierra o agua, algunos necesitan apoyo para lavarse, secarse, ordenar y cuidar sus pertenencias.</w:t>
            </w:r>
          </w:p>
        </w:tc>
        <w:tc>
          <w:tcPr>
            <w:tcW w:w="3685" w:type="dxa"/>
            <w:vAlign w:val="center"/>
          </w:tcPr>
          <w:p w14:paraId="4D493A49" w14:textId="77777777" w:rsidR="00021EFA" w:rsidRPr="00774D49" w:rsidRDefault="00010C46">
            <w:pPr>
              <w:rPr>
                <w:rFonts w:cs="Arial"/>
                <w:lang w:val="es-PE"/>
              </w:rPr>
            </w:pPr>
            <w:r w:rsidRPr="00774D49">
              <w:rPr>
                <w:rFonts w:cs="Arial"/>
                <w:sz w:val="14"/>
                <w:lang w:val="es-PE"/>
              </w:rPr>
              <w:t>Usar canciones, carteles visuales, modelado paso a paso y ayuda graduada en higiene, alimentación, orden y salida.</w:t>
            </w:r>
          </w:p>
        </w:tc>
      </w:tr>
      <w:tr w:rsidR="00021EFA" w:rsidRPr="00774D49" w14:paraId="72F77ADD" w14:textId="77777777">
        <w:trPr>
          <w:jc w:val="center"/>
        </w:trPr>
        <w:tc>
          <w:tcPr>
            <w:tcW w:w="2835" w:type="dxa"/>
            <w:vAlign w:val="center"/>
          </w:tcPr>
          <w:p w14:paraId="7F2B25AB" w14:textId="77777777" w:rsidR="00021EFA" w:rsidRPr="00774D49" w:rsidRDefault="00010C46">
            <w:pPr>
              <w:rPr>
                <w:rFonts w:cs="Arial"/>
                <w:lang w:val="es-PE"/>
              </w:rPr>
            </w:pPr>
            <w:r w:rsidRPr="00774D49">
              <w:rPr>
                <w:rFonts w:cs="Arial"/>
                <w:sz w:val="14"/>
                <w:lang w:val="es-PE"/>
              </w:rPr>
              <w:t>Registrar evidencias reales del aprendizaje.</w:t>
            </w:r>
          </w:p>
        </w:tc>
        <w:tc>
          <w:tcPr>
            <w:tcW w:w="3685" w:type="dxa"/>
            <w:vAlign w:val="center"/>
          </w:tcPr>
          <w:p w14:paraId="355109E8" w14:textId="77777777" w:rsidR="00021EFA" w:rsidRPr="00774D49" w:rsidRDefault="00010C46">
            <w:pPr>
              <w:rPr>
                <w:rFonts w:cs="Arial"/>
                <w:lang w:val="es-PE"/>
              </w:rPr>
            </w:pPr>
            <w:r w:rsidRPr="00774D49">
              <w:rPr>
                <w:rFonts w:cs="Arial"/>
                <w:sz w:val="14"/>
                <w:lang w:val="es-PE"/>
              </w:rPr>
              <w:t>Las actuaciones más significativas aparecen en el juego libre, los cuidados, la exploración y las interacciones espontáneas.</w:t>
            </w:r>
          </w:p>
        </w:tc>
        <w:tc>
          <w:tcPr>
            <w:tcW w:w="3685" w:type="dxa"/>
            <w:vAlign w:val="center"/>
          </w:tcPr>
          <w:p w14:paraId="00F5DBA2" w14:textId="77777777" w:rsidR="00021EFA" w:rsidRPr="00774D49" w:rsidRDefault="00010C46">
            <w:pPr>
              <w:rPr>
                <w:rFonts w:cs="Arial"/>
                <w:lang w:val="es-PE"/>
              </w:rPr>
            </w:pPr>
            <w:r w:rsidRPr="00774D49">
              <w:rPr>
                <w:rFonts w:cs="Arial"/>
                <w:sz w:val="14"/>
                <w:lang w:val="es-PE"/>
              </w:rPr>
              <w:t>Utilizar cuaderno de campo, registros anecdóticos, fotografías pedagógicas y análisis de evidencias para tomar decisiones.</w:t>
            </w:r>
          </w:p>
        </w:tc>
      </w:tr>
    </w:tbl>
    <w:p w14:paraId="1B316627" w14:textId="77777777" w:rsidR="00021EFA" w:rsidRPr="00774D49" w:rsidRDefault="00021EFA">
      <w:pPr>
        <w:rPr>
          <w:rFonts w:cs="Arial"/>
          <w:lang w:val="es-PE"/>
        </w:rPr>
      </w:pPr>
    </w:p>
    <w:p w14:paraId="51289A8B" w14:textId="77777777" w:rsidR="00021EFA" w:rsidRPr="00774D49" w:rsidRDefault="00010C46">
      <w:pPr>
        <w:pStyle w:val="Ttulo2"/>
        <w:rPr>
          <w:rFonts w:ascii="Arial" w:hAnsi="Arial" w:cs="Arial"/>
          <w:lang w:val="es-PE"/>
        </w:rPr>
      </w:pPr>
      <w:r w:rsidRPr="00774D49">
        <w:rPr>
          <w:rFonts w:ascii="Arial" w:hAnsi="Arial" w:cs="Arial"/>
          <w:lang w:val="es-PE"/>
        </w:rPr>
        <w:t>V. APRENDIZAJES A PROMOVER A PARTIR DE LA CARACTERIZACIÓN</w:t>
      </w:r>
    </w:p>
    <w:p w14:paraId="1DBD9F10" w14:textId="77777777" w:rsidR="00021EFA" w:rsidRPr="00774D49" w:rsidRDefault="00010C46">
      <w:pPr>
        <w:rPr>
          <w:rFonts w:cs="Arial"/>
          <w:lang w:val="es-PE"/>
        </w:rPr>
      </w:pPr>
      <w:r w:rsidRPr="00774D49">
        <w:rPr>
          <w:rFonts w:cs="Arial"/>
          <w:lang w:val="es-PE"/>
        </w:rPr>
        <w:t>Los aprendizajes se seleccionan considerando los intereses observados en la exploración de materiales abiertos y naturales, las necesidades de tránsito seguro, la convivencia, la comunicación espontánea, la actividad autónoma, el movimiento y los momentos de cuidado. Los desempeños corresponden al Programa Curricular de Educación Inicial para la edad de 3 años.</w:t>
      </w:r>
    </w:p>
    <w:tbl>
      <w:tblPr>
        <w:tblStyle w:val="Tablaconcuadrcula"/>
        <w:tblW w:w="0" w:type="auto"/>
        <w:jc w:val="center"/>
        <w:tblLook w:val="04A0" w:firstRow="1" w:lastRow="0" w:firstColumn="1" w:lastColumn="0" w:noHBand="0" w:noVBand="1"/>
      </w:tblPr>
      <w:tblGrid>
        <w:gridCol w:w="1813"/>
        <w:gridCol w:w="2379"/>
        <w:gridCol w:w="2152"/>
        <w:gridCol w:w="2548"/>
      </w:tblGrid>
      <w:tr w:rsidR="00F31495" w:rsidRPr="00774D49" w14:paraId="4364F349" w14:textId="77777777" w:rsidTr="0094516D">
        <w:trPr>
          <w:jc w:val="center"/>
        </w:trPr>
        <w:tc>
          <w:tcPr>
            <w:tcW w:w="8892" w:type="dxa"/>
            <w:gridSpan w:val="4"/>
            <w:shd w:val="clear" w:color="auto" w:fill="FFFF00"/>
            <w:vAlign w:val="center"/>
          </w:tcPr>
          <w:p w14:paraId="2D341DB8" w14:textId="584E7C12" w:rsidR="00F31495" w:rsidRPr="00774D49" w:rsidRDefault="00F31495">
            <w:pPr>
              <w:jc w:val="center"/>
              <w:rPr>
                <w:rFonts w:cs="Arial"/>
                <w:b/>
                <w:sz w:val="12"/>
                <w:lang w:val="es-PE"/>
              </w:rPr>
            </w:pPr>
            <w:r w:rsidRPr="00774D49">
              <w:rPr>
                <w:rFonts w:cs="Arial"/>
                <w:b/>
                <w:sz w:val="12"/>
                <w:lang w:val="es-PE"/>
              </w:rPr>
              <w:t>ÁREA: Personal Social</w:t>
            </w:r>
          </w:p>
        </w:tc>
      </w:tr>
      <w:tr w:rsidR="00F31495" w:rsidRPr="00774D49" w14:paraId="79315A90" w14:textId="77777777" w:rsidTr="0094516D">
        <w:trPr>
          <w:jc w:val="center"/>
        </w:trPr>
        <w:tc>
          <w:tcPr>
            <w:tcW w:w="8892" w:type="dxa"/>
            <w:gridSpan w:val="4"/>
            <w:shd w:val="clear" w:color="auto" w:fill="FFFF00"/>
            <w:vAlign w:val="center"/>
          </w:tcPr>
          <w:p w14:paraId="11F82F0A" w14:textId="1CCCFE6E" w:rsidR="00F31495" w:rsidRPr="00774D49" w:rsidRDefault="00F31495">
            <w:pPr>
              <w:jc w:val="center"/>
              <w:rPr>
                <w:rFonts w:cs="Arial"/>
                <w:b/>
                <w:sz w:val="12"/>
                <w:lang w:val="es-PE"/>
              </w:rPr>
            </w:pPr>
            <w:r w:rsidRPr="00774D49">
              <w:rPr>
                <w:rFonts w:cs="Arial"/>
                <w:b/>
                <w:sz w:val="12"/>
                <w:lang w:val="es-PE"/>
              </w:rPr>
              <w:t>COMPETENCIA: Construye su identidad</w:t>
            </w:r>
          </w:p>
        </w:tc>
      </w:tr>
      <w:tr w:rsidR="00F31495" w:rsidRPr="00774D49" w14:paraId="4DEACE05" w14:textId="77777777" w:rsidTr="0094516D">
        <w:trPr>
          <w:jc w:val="center"/>
        </w:trPr>
        <w:tc>
          <w:tcPr>
            <w:tcW w:w="1813" w:type="dxa"/>
            <w:shd w:val="clear" w:color="auto" w:fill="FFFF00"/>
            <w:vAlign w:val="center"/>
          </w:tcPr>
          <w:p w14:paraId="2A93E642" w14:textId="77777777" w:rsidR="00F31495" w:rsidRPr="00774D49" w:rsidRDefault="00F31495">
            <w:pPr>
              <w:jc w:val="center"/>
              <w:rPr>
                <w:rFonts w:cs="Arial"/>
                <w:lang w:val="es-PE"/>
              </w:rPr>
            </w:pPr>
            <w:r w:rsidRPr="00774D49">
              <w:rPr>
                <w:rFonts w:cs="Arial"/>
                <w:b/>
                <w:sz w:val="12"/>
                <w:lang w:val="es-PE"/>
              </w:rPr>
              <w:t>Capacidades</w:t>
            </w:r>
          </w:p>
        </w:tc>
        <w:tc>
          <w:tcPr>
            <w:tcW w:w="2379" w:type="dxa"/>
            <w:shd w:val="clear" w:color="auto" w:fill="FFFF00"/>
            <w:vAlign w:val="center"/>
          </w:tcPr>
          <w:p w14:paraId="06F539D6" w14:textId="77777777" w:rsidR="00F31495" w:rsidRPr="00774D49" w:rsidRDefault="00F31495">
            <w:pPr>
              <w:jc w:val="center"/>
              <w:rPr>
                <w:rFonts w:cs="Arial"/>
                <w:lang w:val="es-PE"/>
              </w:rPr>
            </w:pPr>
            <w:r w:rsidRPr="00774D49">
              <w:rPr>
                <w:rFonts w:cs="Arial"/>
                <w:b/>
                <w:sz w:val="12"/>
                <w:lang w:val="es-PE"/>
              </w:rPr>
              <w:t>Desempeño 3 años</w:t>
            </w:r>
          </w:p>
        </w:tc>
        <w:tc>
          <w:tcPr>
            <w:tcW w:w="2152" w:type="dxa"/>
            <w:shd w:val="clear" w:color="auto" w:fill="FFFF00"/>
            <w:vAlign w:val="center"/>
          </w:tcPr>
          <w:p w14:paraId="08B881A4" w14:textId="77777777" w:rsidR="00F31495" w:rsidRPr="00774D49" w:rsidRDefault="00F31495">
            <w:pPr>
              <w:jc w:val="center"/>
              <w:rPr>
                <w:rFonts w:cs="Arial"/>
                <w:lang w:val="es-PE"/>
              </w:rPr>
            </w:pPr>
            <w:r w:rsidRPr="00774D49">
              <w:rPr>
                <w:rFonts w:cs="Arial"/>
                <w:b/>
                <w:sz w:val="12"/>
                <w:lang w:val="es-PE"/>
              </w:rPr>
              <w:t>Criterio de evaluación</w:t>
            </w:r>
          </w:p>
        </w:tc>
        <w:tc>
          <w:tcPr>
            <w:tcW w:w="2548" w:type="dxa"/>
            <w:shd w:val="clear" w:color="auto" w:fill="FFFF00"/>
            <w:vAlign w:val="center"/>
          </w:tcPr>
          <w:p w14:paraId="29521B37" w14:textId="77777777" w:rsidR="00F31495" w:rsidRPr="00774D49" w:rsidRDefault="00F31495">
            <w:pPr>
              <w:jc w:val="center"/>
              <w:rPr>
                <w:rFonts w:cs="Arial"/>
                <w:lang w:val="es-PE"/>
              </w:rPr>
            </w:pPr>
            <w:r w:rsidRPr="00774D49">
              <w:rPr>
                <w:rFonts w:cs="Arial"/>
                <w:b/>
                <w:sz w:val="12"/>
                <w:lang w:val="es-PE"/>
              </w:rPr>
              <w:t>Evidencias observables</w:t>
            </w:r>
          </w:p>
        </w:tc>
      </w:tr>
      <w:tr w:rsidR="00295ACC" w:rsidRPr="00774D49" w14:paraId="4293BFA1" w14:textId="77777777" w:rsidTr="00295ACC">
        <w:trPr>
          <w:trHeight w:val="2201"/>
          <w:jc w:val="center"/>
        </w:trPr>
        <w:tc>
          <w:tcPr>
            <w:tcW w:w="1813" w:type="dxa"/>
            <w:vMerge w:val="restart"/>
            <w:vAlign w:val="center"/>
          </w:tcPr>
          <w:p w14:paraId="2B4FE7F3" w14:textId="77777777" w:rsidR="00295ACC" w:rsidRPr="00774D49" w:rsidRDefault="00295ACC">
            <w:pPr>
              <w:rPr>
                <w:rFonts w:cs="Arial"/>
                <w:lang w:val="es-PE"/>
              </w:rPr>
            </w:pPr>
            <w:r w:rsidRPr="00774D49">
              <w:rPr>
                <w:rFonts w:cs="Arial"/>
                <w:sz w:val="12"/>
                <w:lang w:val="es-PE"/>
              </w:rPr>
              <w:t>Se valora a sí mismo.</w:t>
            </w:r>
            <w:r w:rsidRPr="00774D49">
              <w:rPr>
                <w:rFonts w:cs="Arial"/>
                <w:sz w:val="12"/>
                <w:lang w:val="es-PE"/>
              </w:rPr>
              <w:br/>
              <w:t>Autorregula sus emociones.</w:t>
            </w:r>
          </w:p>
        </w:tc>
        <w:tc>
          <w:tcPr>
            <w:tcW w:w="2379" w:type="dxa"/>
            <w:vMerge w:val="restart"/>
            <w:vAlign w:val="center"/>
          </w:tcPr>
          <w:p w14:paraId="33821A96" w14:textId="77777777" w:rsidR="00295ACC" w:rsidRPr="00774D49" w:rsidRDefault="00295ACC">
            <w:pPr>
              <w:rPr>
                <w:rFonts w:cs="Arial"/>
                <w:lang w:val="es-PE"/>
              </w:rPr>
            </w:pPr>
            <w:r w:rsidRPr="00774D49">
              <w:rPr>
                <w:rFonts w:cs="Arial"/>
                <w:sz w:val="12"/>
                <w:lang w:val="es-PE"/>
              </w:rPr>
              <w:t>Reconoce sus necesidades, sensaciones, intereses y preferencias; las diferencia de las de los otros a través de palabras, acciones, gestos o movimientos.</w:t>
            </w:r>
          </w:p>
        </w:tc>
        <w:tc>
          <w:tcPr>
            <w:tcW w:w="2152" w:type="dxa"/>
            <w:vMerge w:val="restart"/>
            <w:vAlign w:val="center"/>
          </w:tcPr>
          <w:p w14:paraId="5F81BA4D" w14:textId="77777777" w:rsidR="00295ACC" w:rsidRDefault="00295ACC" w:rsidP="00736A15">
            <w:pPr>
              <w:pStyle w:val="Prrafodelista"/>
              <w:numPr>
                <w:ilvl w:val="0"/>
                <w:numId w:val="148"/>
              </w:numPr>
              <w:tabs>
                <w:tab w:val="clear" w:pos="720"/>
              </w:tabs>
              <w:ind w:left="403"/>
              <w:rPr>
                <w:rFonts w:cs="Arial"/>
                <w:sz w:val="12"/>
                <w:lang w:val="es-PE"/>
              </w:rPr>
            </w:pPr>
            <w:r w:rsidRPr="007639A8">
              <w:rPr>
                <w:rFonts w:cs="Arial"/>
                <w:sz w:val="12"/>
                <w:lang w:val="es-PE"/>
              </w:rPr>
              <w:t>Comunica de manera espontánea sus necesidades biológicas y sensaciones corporales inmediatas durante los momentos de cuidado, rutinas o exploración de la naturaleza, buscando el soporte de la docente.</w:t>
            </w:r>
          </w:p>
          <w:p w14:paraId="0A7EA4E4" w14:textId="77777777" w:rsidR="00295ACC" w:rsidRDefault="00295ACC" w:rsidP="00736A15">
            <w:pPr>
              <w:pStyle w:val="Prrafodelista"/>
              <w:numPr>
                <w:ilvl w:val="0"/>
                <w:numId w:val="148"/>
              </w:numPr>
              <w:tabs>
                <w:tab w:val="clear" w:pos="720"/>
              </w:tabs>
              <w:ind w:left="403"/>
              <w:rPr>
                <w:rFonts w:cs="Arial"/>
                <w:sz w:val="12"/>
                <w:lang w:val="es-PE"/>
              </w:rPr>
            </w:pPr>
            <w:r w:rsidRPr="007639A8">
              <w:rPr>
                <w:rFonts w:cs="Arial"/>
                <w:sz w:val="12"/>
                <w:lang w:val="es-PE"/>
              </w:rPr>
              <w:t>Reconoce y manifiesta de forma autónoma sus gustos, intereses y preferencias por determinados objetos, juguetes, canciones o espacios del aula, diferenciándolos progresivamente de los de sus compañeros.</w:t>
            </w:r>
          </w:p>
          <w:p w14:paraId="2142C702" w14:textId="075D49C3" w:rsidR="00295ACC" w:rsidRPr="007639A8" w:rsidRDefault="00295ACC" w:rsidP="00736A15">
            <w:pPr>
              <w:pStyle w:val="Prrafodelista"/>
              <w:numPr>
                <w:ilvl w:val="0"/>
                <w:numId w:val="148"/>
              </w:numPr>
              <w:tabs>
                <w:tab w:val="clear" w:pos="720"/>
              </w:tabs>
              <w:ind w:left="403"/>
              <w:rPr>
                <w:rFonts w:cs="Arial"/>
                <w:sz w:val="12"/>
                <w:lang w:val="es-PE"/>
              </w:rPr>
            </w:pPr>
            <w:r w:rsidRPr="007639A8">
              <w:rPr>
                <w:rFonts w:cs="Arial"/>
                <w:sz w:val="12"/>
                <w:lang w:val="es-PE"/>
              </w:rPr>
              <w:t>Expresa y regula de forma progresiva sus estados emocionales con el acompañamiento sensible de la docente, adaptándose con seguridad al tránsito familiar y a las rutinas diarias de la escuela.</w:t>
            </w:r>
          </w:p>
        </w:tc>
        <w:tc>
          <w:tcPr>
            <w:tcW w:w="2548" w:type="dxa"/>
            <w:vAlign w:val="center"/>
          </w:tcPr>
          <w:p w14:paraId="63133140" w14:textId="77777777" w:rsidR="00295ACC" w:rsidRPr="00A5067B" w:rsidRDefault="00295ACC" w:rsidP="00A5067B">
            <w:pPr>
              <w:rPr>
                <w:rFonts w:cs="Arial"/>
                <w:sz w:val="12"/>
                <w:lang w:val="es-PE"/>
              </w:rPr>
            </w:pPr>
            <w:r w:rsidRPr="00A5067B">
              <w:rPr>
                <w:rFonts w:cs="Arial"/>
                <w:sz w:val="12"/>
                <w:lang w:val="es-PE"/>
              </w:rPr>
              <w:t>Comunica mediante palabras cortas, gestos o señas cuando tiene hambre, sed, sueño, frío, calor o necesidad de ir a los servicios higiénicos.</w:t>
            </w:r>
          </w:p>
          <w:p w14:paraId="72555C22" w14:textId="5CD7EEAE" w:rsidR="00295ACC" w:rsidRPr="00A5067B" w:rsidRDefault="00295ACC" w:rsidP="00A5067B">
            <w:pPr>
              <w:rPr>
                <w:rFonts w:cs="Arial"/>
                <w:sz w:val="12"/>
                <w:lang w:val="es-PE"/>
              </w:rPr>
            </w:pPr>
            <w:r w:rsidRPr="00A5067B">
              <w:rPr>
                <w:rFonts w:cs="Arial"/>
                <w:sz w:val="12"/>
                <w:lang w:val="es-PE"/>
              </w:rPr>
              <w:t>Expresa verbal o gestualmente las sensaciones táctiles u olfativas que percibe al explorar materiales de la naturaleza (</w:t>
            </w:r>
            <w:r w:rsidRPr="00A5067B">
              <w:rPr>
                <w:rFonts w:cs="Arial"/>
                <w:i/>
                <w:iCs/>
                <w:sz w:val="12"/>
                <w:lang w:val="es-PE"/>
              </w:rPr>
              <w:t>está frío, está mojado, raspa, huele rico</w:t>
            </w:r>
            <w:r w:rsidRPr="00A5067B">
              <w:rPr>
                <w:rFonts w:cs="Arial"/>
                <w:sz w:val="12"/>
                <w:lang w:val="es-PE"/>
              </w:rPr>
              <w:t>).</w:t>
            </w:r>
          </w:p>
          <w:p w14:paraId="19D95B64" w14:textId="08446502" w:rsidR="00295ACC" w:rsidRPr="00295ACC" w:rsidRDefault="00295ACC">
            <w:pPr>
              <w:rPr>
                <w:rFonts w:cs="Arial"/>
                <w:sz w:val="12"/>
                <w:lang w:val="es-PE"/>
              </w:rPr>
            </w:pPr>
            <w:r w:rsidRPr="00A5067B">
              <w:rPr>
                <w:rFonts w:cs="Arial"/>
                <w:sz w:val="12"/>
                <w:lang w:val="es-PE"/>
              </w:rPr>
              <w:t>Busca la cercanía física o consuelo de la docente a través de miradas, llanto o palabras sueltas (</w:t>
            </w:r>
            <w:r w:rsidRPr="00A5067B">
              <w:rPr>
                <w:rFonts w:cs="Arial"/>
                <w:i/>
                <w:iCs/>
                <w:sz w:val="12"/>
                <w:lang w:val="es-PE"/>
              </w:rPr>
              <w:t>ayuda</w:t>
            </w:r>
            <w:r w:rsidRPr="00A5067B">
              <w:rPr>
                <w:rFonts w:cs="Arial"/>
                <w:sz w:val="12"/>
                <w:lang w:val="es-PE"/>
              </w:rPr>
              <w:t>) cuando experimenta incomodidad o malestar corporal.</w:t>
            </w:r>
          </w:p>
        </w:tc>
      </w:tr>
      <w:tr w:rsidR="00295ACC" w:rsidRPr="00774D49" w14:paraId="3DB7E161" w14:textId="77777777" w:rsidTr="00295ACC">
        <w:trPr>
          <w:trHeight w:val="2314"/>
          <w:jc w:val="center"/>
        </w:trPr>
        <w:tc>
          <w:tcPr>
            <w:tcW w:w="1813" w:type="dxa"/>
            <w:vMerge/>
            <w:vAlign w:val="center"/>
          </w:tcPr>
          <w:p w14:paraId="7F6B6F65" w14:textId="77777777" w:rsidR="00295ACC" w:rsidRPr="00774D49" w:rsidRDefault="00295ACC">
            <w:pPr>
              <w:rPr>
                <w:rFonts w:cs="Arial"/>
                <w:sz w:val="12"/>
                <w:lang w:val="es-PE"/>
              </w:rPr>
            </w:pPr>
          </w:p>
        </w:tc>
        <w:tc>
          <w:tcPr>
            <w:tcW w:w="2379" w:type="dxa"/>
            <w:vMerge/>
            <w:vAlign w:val="center"/>
          </w:tcPr>
          <w:p w14:paraId="579D609D" w14:textId="77777777" w:rsidR="00295ACC" w:rsidRPr="00774D49" w:rsidRDefault="00295ACC">
            <w:pPr>
              <w:rPr>
                <w:rFonts w:cs="Arial"/>
                <w:sz w:val="12"/>
                <w:lang w:val="es-PE"/>
              </w:rPr>
            </w:pPr>
          </w:p>
        </w:tc>
        <w:tc>
          <w:tcPr>
            <w:tcW w:w="2152" w:type="dxa"/>
            <w:vMerge/>
            <w:vAlign w:val="center"/>
          </w:tcPr>
          <w:p w14:paraId="4B9048AB" w14:textId="77777777" w:rsidR="00295ACC" w:rsidRPr="007639A8" w:rsidRDefault="00295ACC" w:rsidP="00736A15">
            <w:pPr>
              <w:pStyle w:val="Prrafodelista"/>
              <w:numPr>
                <w:ilvl w:val="0"/>
                <w:numId w:val="148"/>
              </w:numPr>
              <w:tabs>
                <w:tab w:val="clear" w:pos="720"/>
              </w:tabs>
              <w:ind w:left="403"/>
              <w:rPr>
                <w:rFonts w:cs="Arial"/>
                <w:sz w:val="12"/>
                <w:lang w:val="es-PE"/>
              </w:rPr>
            </w:pPr>
          </w:p>
        </w:tc>
        <w:tc>
          <w:tcPr>
            <w:tcW w:w="2548" w:type="dxa"/>
            <w:vAlign w:val="center"/>
          </w:tcPr>
          <w:p w14:paraId="4BB9B09E" w14:textId="77777777" w:rsidR="00295ACC" w:rsidRDefault="00295ACC" w:rsidP="00295ACC">
            <w:pPr>
              <w:rPr>
                <w:rFonts w:cs="Arial"/>
                <w:sz w:val="12"/>
                <w:lang w:val="es-PE"/>
              </w:rPr>
            </w:pPr>
            <w:r w:rsidRPr="007639A8">
              <w:rPr>
                <w:rFonts w:cs="Arial"/>
                <w:sz w:val="12"/>
                <w:lang w:val="es-PE"/>
              </w:rPr>
              <w:t>Elige por iniciativa propia a qué sector de juego libre desea acudir, seleccionando los materiales específicos con los que quiere interactuar.</w:t>
            </w:r>
          </w:p>
          <w:p w14:paraId="2DB974EB" w14:textId="77777777" w:rsidR="00295ACC" w:rsidRDefault="00295ACC" w:rsidP="00295ACC">
            <w:pPr>
              <w:rPr>
                <w:rFonts w:cs="Arial"/>
                <w:sz w:val="12"/>
                <w:lang w:val="es-PE"/>
              </w:rPr>
            </w:pPr>
            <w:r w:rsidRPr="007639A8">
              <w:rPr>
                <w:rFonts w:cs="Arial"/>
                <w:sz w:val="12"/>
                <w:lang w:val="es-PE"/>
              </w:rPr>
              <w:t>Menciona o señala sus preferencias al momento de elegir una canción de saludo, un cuento de la naturaleza o un accesorio de juego.</w:t>
            </w:r>
          </w:p>
          <w:p w14:paraId="79409598" w14:textId="42E39FF8" w:rsidR="00295ACC" w:rsidRPr="00A5067B" w:rsidRDefault="00295ACC" w:rsidP="00295ACC">
            <w:pPr>
              <w:rPr>
                <w:rFonts w:cs="Arial"/>
                <w:sz w:val="12"/>
                <w:lang w:val="es-PE"/>
              </w:rPr>
            </w:pPr>
            <w:r w:rsidRPr="007639A8">
              <w:rPr>
                <w:rFonts w:cs="Arial"/>
                <w:sz w:val="12"/>
                <w:lang w:val="es-PE"/>
              </w:rPr>
              <w:t>Defiende la posesión de un objeto de su interés mediante acciones o palabras (mío, yo quiero), mostrando conciencia de sus preferencias individuales frente a los demás.</w:t>
            </w:r>
          </w:p>
        </w:tc>
      </w:tr>
      <w:tr w:rsidR="00295ACC" w:rsidRPr="00774D49" w14:paraId="36897B2D" w14:textId="77777777" w:rsidTr="00F9621B">
        <w:trPr>
          <w:trHeight w:val="2462"/>
          <w:jc w:val="center"/>
        </w:trPr>
        <w:tc>
          <w:tcPr>
            <w:tcW w:w="1813" w:type="dxa"/>
            <w:vMerge/>
            <w:vAlign w:val="center"/>
          </w:tcPr>
          <w:p w14:paraId="4CF912D2" w14:textId="77777777" w:rsidR="00295ACC" w:rsidRPr="00774D49" w:rsidRDefault="00295ACC">
            <w:pPr>
              <w:rPr>
                <w:rFonts w:cs="Arial"/>
                <w:sz w:val="12"/>
                <w:lang w:val="es-PE"/>
              </w:rPr>
            </w:pPr>
          </w:p>
        </w:tc>
        <w:tc>
          <w:tcPr>
            <w:tcW w:w="2379" w:type="dxa"/>
            <w:vMerge/>
            <w:vAlign w:val="center"/>
          </w:tcPr>
          <w:p w14:paraId="0A53DA42" w14:textId="77777777" w:rsidR="00295ACC" w:rsidRPr="00774D49" w:rsidRDefault="00295ACC">
            <w:pPr>
              <w:rPr>
                <w:rFonts w:cs="Arial"/>
                <w:sz w:val="12"/>
                <w:lang w:val="es-PE"/>
              </w:rPr>
            </w:pPr>
          </w:p>
        </w:tc>
        <w:tc>
          <w:tcPr>
            <w:tcW w:w="2152" w:type="dxa"/>
            <w:vMerge/>
            <w:vAlign w:val="center"/>
          </w:tcPr>
          <w:p w14:paraId="4DE8D2E5" w14:textId="77777777" w:rsidR="00295ACC" w:rsidRPr="007639A8" w:rsidRDefault="00295ACC" w:rsidP="00736A15">
            <w:pPr>
              <w:pStyle w:val="Prrafodelista"/>
              <w:numPr>
                <w:ilvl w:val="0"/>
                <w:numId w:val="148"/>
              </w:numPr>
              <w:tabs>
                <w:tab w:val="clear" w:pos="720"/>
              </w:tabs>
              <w:ind w:left="403"/>
              <w:rPr>
                <w:rFonts w:cs="Arial"/>
                <w:sz w:val="12"/>
                <w:lang w:val="es-PE"/>
              </w:rPr>
            </w:pPr>
          </w:p>
        </w:tc>
        <w:tc>
          <w:tcPr>
            <w:tcW w:w="2548" w:type="dxa"/>
            <w:vAlign w:val="center"/>
          </w:tcPr>
          <w:p w14:paraId="7000BC77" w14:textId="77777777" w:rsidR="00295ACC" w:rsidRDefault="00295ACC" w:rsidP="00295ACC">
            <w:pPr>
              <w:rPr>
                <w:rFonts w:cs="Arial"/>
                <w:sz w:val="12"/>
                <w:lang w:val="es-PE"/>
              </w:rPr>
            </w:pPr>
            <w:r w:rsidRPr="007639A8">
              <w:rPr>
                <w:rFonts w:cs="Arial"/>
                <w:sz w:val="12"/>
                <w:lang w:val="es-PE"/>
              </w:rPr>
              <w:t>Acepta la separación de su familia en el momento de ingreso de manera progresiva, integrándose de forma tranquila a un espacio del aula.</w:t>
            </w:r>
          </w:p>
          <w:p w14:paraId="674B21F5" w14:textId="77777777" w:rsidR="00295ACC" w:rsidRDefault="00295ACC" w:rsidP="00295ACC">
            <w:pPr>
              <w:rPr>
                <w:rFonts w:cs="Arial"/>
                <w:sz w:val="12"/>
                <w:lang w:val="es-PE"/>
              </w:rPr>
            </w:pPr>
            <w:r w:rsidRPr="007639A8">
              <w:rPr>
                <w:rFonts w:cs="Arial"/>
                <w:sz w:val="12"/>
                <w:lang w:val="es-PE"/>
              </w:rPr>
              <w:t>Acude de manera autónoma o acepta acompañamiento hacia el sector de calma cuando se siente cansado, frustrado o triste para recuperar la tranquilidad.</w:t>
            </w:r>
          </w:p>
          <w:p w14:paraId="77EF6884" w14:textId="317CC74F" w:rsidR="00295ACC" w:rsidRPr="007639A8" w:rsidRDefault="00295ACC" w:rsidP="00295ACC">
            <w:pPr>
              <w:rPr>
                <w:rFonts w:cs="Arial"/>
                <w:sz w:val="12"/>
                <w:lang w:val="es-PE"/>
              </w:rPr>
            </w:pPr>
            <w:r w:rsidRPr="007639A8">
              <w:rPr>
                <w:rFonts w:cs="Arial"/>
                <w:sz w:val="12"/>
                <w:lang w:val="es-PE"/>
              </w:rPr>
              <w:t>Muestra expresiones faciales y gestuales de alegría, seguridad o entusiasmo al lograr superar un pequeño reto en su juego o exploración.</w:t>
            </w:r>
          </w:p>
        </w:tc>
      </w:tr>
      <w:tr w:rsidR="00F31495" w:rsidRPr="00774D49" w14:paraId="0D72108E" w14:textId="77777777" w:rsidTr="0094516D">
        <w:trPr>
          <w:jc w:val="center"/>
        </w:trPr>
        <w:tc>
          <w:tcPr>
            <w:tcW w:w="8892" w:type="dxa"/>
            <w:gridSpan w:val="4"/>
            <w:shd w:val="clear" w:color="auto" w:fill="FFFF00"/>
            <w:vAlign w:val="center"/>
          </w:tcPr>
          <w:p w14:paraId="5F139618" w14:textId="167CC711" w:rsidR="00F31495" w:rsidRPr="00774D49" w:rsidRDefault="00F31495" w:rsidP="00F31495">
            <w:pPr>
              <w:jc w:val="center"/>
              <w:rPr>
                <w:rFonts w:cs="Arial"/>
                <w:sz w:val="12"/>
                <w:lang w:val="es-PE"/>
              </w:rPr>
            </w:pPr>
            <w:r w:rsidRPr="00774D49">
              <w:rPr>
                <w:rFonts w:cs="Arial"/>
                <w:b/>
                <w:sz w:val="12"/>
                <w:lang w:val="es-PE"/>
              </w:rPr>
              <w:t>COMPETENCIA: Convive y participa democráticamente en la búsqueda del bien común</w:t>
            </w:r>
          </w:p>
        </w:tc>
      </w:tr>
      <w:tr w:rsidR="00F60D77" w:rsidRPr="00774D49" w14:paraId="4A324C10" w14:textId="77777777" w:rsidTr="00F60D77">
        <w:trPr>
          <w:trHeight w:val="1914"/>
          <w:jc w:val="center"/>
        </w:trPr>
        <w:tc>
          <w:tcPr>
            <w:tcW w:w="1813" w:type="dxa"/>
            <w:vMerge w:val="restart"/>
            <w:vAlign w:val="center"/>
          </w:tcPr>
          <w:p w14:paraId="4E6BFF6A" w14:textId="77777777" w:rsidR="00F60D77" w:rsidRPr="00774D49" w:rsidRDefault="00F60D77">
            <w:pPr>
              <w:rPr>
                <w:rFonts w:cs="Arial"/>
                <w:lang w:val="es-PE"/>
              </w:rPr>
            </w:pPr>
            <w:r w:rsidRPr="00774D49">
              <w:rPr>
                <w:rFonts w:cs="Arial"/>
                <w:sz w:val="12"/>
                <w:lang w:val="es-PE"/>
              </w:rPr>
              <w:t>Interactúa con todas las personas.</w:t>
            </w:r>
            <w:r w:rsidRPr="00774D49">
              <w:rPr>
                <w:rFonts w:cs="Arial"/>
                <w:sz w:val="12"/>
                <w:lang w:val="es-PE"/>
              </w:rPr>
              <w:br/>
              <w:t>Construye normas y asume acuerdos.</w:t>
            </w:r>
            <w:r w:rsidRPr="00774D49">
              <w:rPr>
                <w:rFonts w:cs="Arial"/>
                <w:sz w:val="12"/>
                <w:lang w:val="es-PE"/>
              </w:rPr>
              <w:br/>
              <w:t>Participa en acciones que promueven el bienestar común.</w:t>
            </w:r>
          </w:p>
        </w:tc>
        <w:tc>
          <w:tcPr>
            <w:tcW w:w="2379" w:type="dxa"/>
            <w:vMerge w:val="restart"/>
            <w:vAlign w:val="center"/>
          </w:tcPr>
          <w:p w14:paraId="203257DB" w14:textId="77777777" w:rsidR="00F60D77" w:rsidRPr="00774D49" w:rsidRDefault="00F60D77">
            <w:pPr>
              <w:rPr>
                <w:rFonts w:cs="Arial"/>
                <w:lang w:val="es-PE"/>
              </w:rPr>
            </w:pPr>
            <w:r w:rsidRPr="00774D49">
              <w:rPr>
                <w:rFonts w:cs="Arial"/>
                <w:sz w:val="12"/>
                <w:lang w:val="es-PE"/>
              </w:rPr>
              <w:t>Se relaciona con adultos y niños de su entorno en diferentes actividades del aula y juega en pequeños grupos.</w:t>
            </w:r>
          </w:p>
        </w:tc>
        <w:tc>
          <w:tcPr>
            <w:tcW w:w="2152" w:type="dxa"/>
            <w:vMerge w:val="restart"/>
            <w:vAlign w:val="center"/>
          </w:tcPr>
          <w:p w14:paraId="227E25DB" w14:textId="3886BCC0" w:rsidR="00F60D77" w:rsidRDefault="00F60D77" w:rsidP="00736A15">
            <w:pPr>
              <w:pStyle w:val="Prrafodelista"/>
              <w:numPr>
                <w:ilvl w:val="0"/>
                <w:numId w:val="148"/>
              </w:numPr>
              <w:tabs>
                <w:tab w:val="clear" w:pos="720"/>
              </w:tabs>
              <w:ind w:left="403"/>
              <w:rPr>
                <w:rFonts w:cs="Arial"/>
                <w:sz w:val="12"/>
                <w:lang w:val="es-PE"/>
              </w:rPr>
            </w:pPr>
            <w:r w:rsidRPr="008554DA">
              <w:rPr>
                <w:rFonts w:cs="Arial"/>
                <w:sz w:val="12"/>
                <w:lang w:val="es-PE"/>
              </w:rPr>
              <w:t>Se relaciona de forma afectuosa y espontánea con los adultos y niños de su aula, integrándose por iniciativa propia en actividades de juego libre paralelo o compartido.</w:t>
            </w:r>
          </w:p>
          <w:p w14:paraId="2403E0C4" w14:textId="04C2D228" w:rsidR="00F60D77" w:rsidRDefault="00F60D77" w:rsidP="00736A15">
            <w:pPr>
              <w:pStyle w:val="Prrafodelista"/>
              <w:numPr>
                <w:ilvl w:val="0"/>
                <w:numId w:val="148"/>
              </w:numPr>
              <w:tabs>
                <w:tab w:val="clear" w:pos="720"/>
              </w:tabs>
              <w:ind w:left="403"/>
              <w:rPr>
                <w:rFonts w:cs="Arial"/>
                <w:sz w:val="12"/>
                <w:lang w:val="es-PE"/>
              </w:rPr>
            </w:pPr>
            <w:r w:rsidRPr="008554DA">
              <w:rPr>
                <w:rFonts w:cs="Arial"/>
                <w:sz w:val="12"/>
                <w:lang w:val="es-PE"/>
              </w:rPr>
              <w:t xml:space="preserve">Respeta los acuerdos esenciales de convivencia del aula y las secuencias de turnos durante el uso de los materiales colectivos, aceptando la mediación </w:t>
            </w:r>
            <w:r w:rsidRPr="008554DA">
              <w:rPr>
                <w:rFonts w:cs="Arial"/>
                <w:sz w:val="12"/>
                <w:lang w:val="es-PE"/>
              </w:rPr>
              <w:lastRenderedPageBreak/>
              <w:t>calmada de la docente ante pequeños desacuerdos.</w:t>
            </w:r>
          </w:p>
          <w:p w14:paraId="41050885" w14:textId="65C505C3" w:rsidR="00F60D77" w:rsidRDefault="00F60D77" w:rsidP="00736A15">
            <w:pPr>
              <w:pStyle w:val="Prrafodelista"/>
              <w:numPr>
                <w:ilvl w:val="0"/>
                <w:numId w:val="148"/>
              </w:numPr>
              <w:tabs>
                <w:tab w:val="clear" w:pos="720"/>
              </w:tabs>
              <w:ind w:left="403"/>
              <w:rPr>
                <w:rFonts w:cs="Arial"/>
                <w:sz w:val="12"/>
                <w:lang w:val="es-PE"/>
              </w:rPr>
            </w:pPr>
            <w:r w:rsidRPr="008554DA">
              <w:rPr>
                <w:rFonts w:cs="Arial"/>
                <w:sz w:val="12"/>
                <w:lang w:val="es-PE"/>
              </w:rPr>
              <w:t>Demuestra hábitos de cuidado hacia la infraestructura del aula y los recursos de la naturaleza, participando de forma activa y colaborativa en el ordenamiento del espacio al finalizar las sesiones.</w:t>
            </w:r>
          </w:p>
          <w:p w14:paraId="466137F0" w14:textId="39C054B3" w:rsidR="00F60D77" w:rsidRPr="008554DA" w:rsidRDefault="00F60D77">
            <w:pPr>
              <w:rPr>
                <w:rFonts w:cs="Arial"/>
                <w:lang w:val="es-PE"/>
              </w:rPr>
            </w:pPr>
          </w:p>
        </w:tc>
        <w:tc>
          <w:tcPr>
            <w:tcW w:w="2548" w:type="dxa"/>
            <w:vAlign w:val="center"/>
          </w:tcPr>
          <w:p w14:paraId="773DFFA6" w14:textId="77777777" w:rsidR="00F60D77" w:rsidRDefault="00F60D77">
            <w:pPr>
              <w:rPr>
                <w:rFonts w:cs="Arial"/>
                <w:sz w:val="12"/>
                <w:lang w:val="es-PE"/>
              </w:rPr>
            </w:pPr>
            <w:r w:rsidRPr="008554DA">
              <w:rPr>
                <w:rFonts w:cs="Arial"/>
                <w:sz w:val="12"/>
                <w:lang w:val="es-PE"/>
              </w:rPr>
              <w:lastRenderedPageBreak/>
              <w:t>Juega cerca de otros niños o se incorpora progresivamente a un grupo en el espacio de construcción, lectura o exploración natural.</w:t>
            </w:r>
          </w:p>
          <w:p w14:paraId="3B133AFE" w14:textId="77777777" w:rsidR="00F60D77" w:rsidRDefault="00F60D77">
            <w:pPr>
              <w:rPr>
                <w:rFonts w:cs="Arial"/>
                <w:sz w:val="12"/>
                <w:lang w:val="es-PE"/>
              </w:rPr>
            </w:pPr>
            <w:r w:rsidRPr="008554DA">
              <w:rPr>
                <w:rFonts w:cs="Arial"/>
                <w:sz w:val="12"/>
                <w:lang w:val="es-PE"/>
              </w:rPr>
              <w:t>Comparte de manera libre el espacio físico y el uso de los materiales abiertos (hojas, piedras, cajas, telas, recipientes) con uno o más compañeros.</w:t>
            </w:r>
          </w:p>
          <w:p w14:paraId="2E6EA741" w14:textId="77777777" w:rsidR="00F60D77" w:rsidRDefault="00F60D77">
            <w:pPr>
              <w:rPr>
                <w:rFonts w:cs="Arial"/>
                <w:sz w:val="12"/>
                <w:lang w:val="es-PE"/>
              </w:rPr>
            </w:pPr>
            <w:r w:rsidRPr="008554DA">
              <w:rPr>
                <w:rFonts w:cs="Arial"/>
                <w:sz w:val="12"/>
                <w:lang w:val="es-PE"/>
              </w:rPr>
              <w:t>Establa diálogos breves o intercambios de miradas y sonrisas con sus pares mientras manipulan los mismos recursos lúdicos.</w:t>
            </w:r>
          </w:p>
          <w:p w14:paraId="1AABC1B0" w14:textId="2F7BF4D1" w:rsidR="00F60D77" w:rsidRPr="008554DA" w:rsidRDefault="00F60D77">
            <w:pPr>
              <w:rPr>
                <w:rFonts w:cs="Arial"/>
                <w:sz w:val="12"/>
                <w:lang w:val="es-PE"/>
              </w:rPr>
            </w:pPr>
          </w:p>
        </w:tc>
      </w:tr>
      <w:tr w:rsidR="00F60D77" w:rsidRPr="00774D49" w14:paraId="68472A9C" w14:textId="77777777" w:rsidTr="00F60D77">
        <w:trPr>
          <w:trHeight w:val="1868"/>
          <w:jc w:val="center"/>
        </w:trPr>
        <w:tc>
          <w:tcPr>
            <w:tcW w:w="1813" w:type="dxa"/>
            <w:vMerge/>
            <w:vAlign w:val="center"/>
          </w:tcPr>
          <w:p w14:paraId="68CD1B27" w14:textId="77777777" w:rsidR="00F60D77" w:rsidRPr="00774D49" w:rsidRDefault="00F60D77">
            <w:pPr>
              <w:rPr>
                <w:rFonts w:cs="Arial"/>
                <w:sz w:val="12"/>
                <w:lang w:val="es-PE"/>
              </w:rPr>
            </w:pPr>
          </w:p>
        </w:tc>
        <w:tc>
          <w:tcPr>
            <w:tcW w:w="2379" w:type="dxa"/>
            <w:vMerge/>
            <w:vAlign w:val="center"/>
          </w:tcPr>
          <w:p w14:paraId="1F979085" w14:textId="77777777" w:rsidR="00F60D77" w:rsidRPr="00774D49" w:rsidRDefault="00F60D77">
            <w:pPr>
              <w:rPr>
                <w:rFonts w:cs="Arial"/>
                <w:sz w:val="12"/>
                <w:lang w:val="es-PE"/>
              </w:rPr>
            </w:pPr>
          </w:p>
        </w:tc>
        <w:tc>
          <w:tcPr>
            <w:tcW w:w="2152" w:type="dxa"/>
            <w:vMerge/>
            <w:vAlign w:val="center"/>
          </w:tcPr>
          <w:p w14:paraId="149000A2" w14:textId="77777777" w:rsidR="00F60D77" w:rsidRPr="008554DA" w:rsidRDefault="00F60D77" w:rsidP="00736A15">
            <w:pPr>
              <w:pStyle w:val="Prrafodelista"/>
              <w:numPr>
                <w:ilvl w:val="0"/>
                <w:numId w:val="148"/>
              </w:numPr>
              <w:tabs>
                <w:tab w:val="clear" w:pos="720"/>
              </w:tabs>
              <w:ind w:left="403"/>
              <w:rPr>
                <w:rFonts w:cs="Arial"/>
                <w:sz w:val="12"/>
                <w:lang w:val="es-PE"/>
              </w:rPr>
            </w:pPr>
          </w:p>
        </w:tc>
        <w:tc>
          <w:tcPr>
            <w:tcW w:w="2548" w:type="dxa"/>
            <w:vAlign w:val="center"/>
          </w:tcPr>
          <w:p w14:paraId="1F40EFC8" w14:textId="77777777" w:rsidR="00F60D77" w:rsidRPr="008554DA" w:rsidRDefault="00F60D77" w:rsidP="00F60D77">
            <w:pPr>
              <w:rPr>
                <w:rFonts w:cs="Arial"/>
                <w:sz w:val="12"/>
                <w:lang w:val="es-PE"/>
              </w:rPr>
            </w:pPr>
            <w:r w:rsidRPr="008554DA">
              <w:rPr>
                <w:rFonts w:cs="Arial"/>
                <w:sz w:val="12"/>
                <w:lang w:val="es-PE"/>
              </w:rPr>
              <w:t>Pide un objeto de la naturaleza, espera un momento o acepta una alternativa lúdica con apoyo del adulto si el recurso está en manos de otro compañero.</w:t>
            </w:r>
          </w:p>
          <w:p w14:paraId="193B8BCC" w14:textId="77777777" w:rsidR="00F60D77" w:rsidRPr="008554DA" w:rsidRDefault="00F60D77" w:rsidP="00F60D77">
            <w:pPr>
              <w:rPr>
                <w:rFonts w:cs="Arial"/>
                <w:sz w:val="12"/>
                <w:lang w:val="es-PE"/>
              </w:rPr>
            </w:pPr>
            <w:r w:rsidRPr="008554DA">
              <w:rPr>
                <w:rFonts w:cs="Arial"/>
                <w:sz w:val="12"/>
                <w:lang w:val="es-PE"/>
              </w:rPr>
              <w:t>Mantiene una actitud regulada al esperar su turno en actividades dinámicas, circuitos motrices o lavaderos de manos.</w:t>
            </w:r>
          </w:p>
          <w:p w14:paraId="7374F0CF" w14:textId="7165A6A6" w:rsidR="00F60D77" w:rsidRPr="008554DA" w:rsidRDefault="00F60D77" w:rsidP="00F60D77">
            <w:pPr>
              <w:rPr>
                <w:rFonts w:cs="Arial"/>
                <w:sz w:val="12"/>
                <w:lang w:val="es-PE"/>
              </w:rPr>
            </w:pPr>
            <w:r w:rsidRPr="008554DA">
              <w:rPr>
                <w:rFonts w:cs="Arial"/>
                <w:sz w:val="12"/>
                <w:lang w:val="es-PE"/>
              </w:rPr>
              <w:t>Utiliza palabras sencillas o gestos mediados por la docente para resolver pequeñas tensiones por la posesión de un material, evitando lanzar o agredir.</w:t>
            </w:r>
          </w:p>
        </w:tc>
      </w:tr>
      <w:tr w:rsidR="00F60D77" w:rsidRPr="00774D49" w14:paraId="0128D70E" w14:textId="77777777" w:rsidTr="00F9621B">
        <w:trPr>
          <w:trHeight w:val="1942"/>
          <w:jc w:val="center"/>
        </w:trPr>
        <w:tc>
          <w:tcPr>
            <w:tcW w:w="1813" w:type="dxa"/>
            <w:vMerge/>
            <w:vAlign w:val="center"/>
          </w:tcPr>
          <w:p w14:paraId="5ACD77D2" w14:textId="77777777" w:rsidR="00F60D77" w:rsidRPr="00774D49" w:rsidRDefault="00F60D77">
            <w:pPr>
              <w:rPr>
                <w:rFonts w:cs="Arial"/>
                <w:sz w:val="12"/>
                <w:lang w:val="es-PE"/>
              </w:rPr>
            </w:pPr>
          </w:p>
        </w:tc>
        <w:tc>
          <w:tcPr>
            <w:tcW w:w="2379" w:type="dxa"/>
            <w:vMerge/>
            <w:vAlign w:val="center"/>
          </w:tcPr>
          <w:p w14:paraId="177A87E3" w14:textId="77777777" w:rsidR="00F60D77" w:rsidRPr="00774D49" w:rsidRDefault="00F60D77">
            <w:pPr>
              <w:rPr>
                <w:rFonts w:cs="Arial"/>
                <w:sz w:val="12"/>
                <w:lang w:val="es-PE"/>
              </w:rPr>
            </w:pPr>
          </w:p>
        </w:tc>
        <w:tc>
          <w:tcPr>
            <w:tcW w:w="2152" w:type="dxa"/>
            <w:vMerge/>
            <w:vAlign w:val="center"/>
          </w:tcPr>
          <w:p w14:paraId="52BBC5B6" w14:textId="77777777" w:rsidR="00F60D77" w:rsidRPr="008554DA" w:rsidRDefault="00F60D77" w:rsidP="00736A15">
            <w:pPr>
              <w:pStyle w:val="Prrafodelista"/>
              <w:numPr>
                <w:ilvl w:val="0"/>
                <w:numId w:val="148"/>
              </w:numPr>
              <w:tabs>
                <w:tab w:val="clear" w:pos="720"/>
              </w:tabs>
              <w:ind w:left="403"/>
              <w:rPr>
                <w:rFonts w:cs="Arial"/>
                <w:sz w:val="12"/>
                <w:lang w:val="es-PE"/>
              </w:rPr>
            </w:pPr>
          </w:p>
        </w:tc>
        <w:tc>
          <w:tcPr>
            <w:tcW w:w="2548" w:type="dxa"/>
            <w:vAlign w:val="center"/>
          </w:tcPr>
          <w:p w14:paraId="1FB4FE37" w14:textId="63B70F56" w:rsidR="00F60D77" w:rsidRDefault="00F60D77" w:rsidP="00F60D77">
            <w:pPr>
              <w:rPr>
                <w:rFonts w:cs="Arial"/>
                <w:sz w:val="12"/>
                <w:lang w:val="es-PE"/>
              </w:rPr>
            </w:pPr>
            <w:r w:rsidRPr="008554DA">
              <w:rPr>
                <w:rFonts w:cs="Arial"/>
                <w:sz w:val="12"/>
                <w:lang w:val="es-PE"/>
              </w:rPr>
              <w:t>Trata con cuidado los elementos naturales y cuentos del aula, evitando pisar las hojas, lanzar las piedras o romper las páginas de forma intencional.</w:t>
            </w:r>
          </w:p>
          <w:p w14:paraId="7D893D99" w14:textId="77777777" w:rsidR="00F60D77" w:rsidRDefault="00F60D77" w:rsidP="00F60D77">
            <w:pPr>
              <w:rPr>
                <w:rFonts w:cs="Arial"/>
                <w:sz w:val="12"/>
                <w:lang w:val="es-PE"/>
              </w:rPr>
            </w:pPr>
            <w:r w:rsidRPr="008554DA">
              <w:rPr>
                <w:rFonts w:cs="Arial"/>
                <w:sz w:val="12"/>
                <w:lang w:val="es-PE"/>
              </w:rPr>
              <w:t>Guarda o entrega los juguetes y canastas siguiendo una indicación verbal sencilla o el ritmo de la canción de orden tradicional.</w:t>
            </w:r>
          </w:p>
          <w:p w14:paraId="089CC471" w14:textId="77777777" w:rsidR="00F60D77" w:rsidRPr="008554DA" w:rsidRDefault="00F60D77" w:rsidP="00F60D77">
            <w:pPr>
              <w:rPr>
                <w:rFonts w:cs="Arial"/>
                <w:sz w:val="12"/>
                <w:lang w:val="es-PE"/>
              </w:rPr>
            </w:pPr>
            <w:r w:rsidRPr="008554DA">
              <w:rPr>
                <w:rFonts w:cs="Arial"/>
                <w:sz w:val="12"/>
                <w:lang w:val="es-PE"/>
              </w:rPr>
              <w:t>Colabora de manera activa junto a sus compañeros para clasificar y depositar los materiales en sus respectivas cajas plásticas rotuladas con siluetas.</w:t>
            </w:r>
          </w:p>
        </w:tc>
      </w:tr>
      <w:tr w:rsidR="00F31495" w:rsidRPr="00774D49" w14:paraId="7F4F4C0A" w14:textId="77777777" w:rsidTr="0094516D">
        <w:trPr>
          <w:jc w:val="center"/>
        </w:trPr>
        <w:tc>
          <w:tcPr>
            <w:tcW w:w="8892" w:type="dxa"/>
            <w:gridSpan w:val="4"/>
            <w:shd w:val="clear" w:color="auto" w:fill="66FF99"/>
            <w:vAlign w:val="center"/>
          </w:tcPr>
          <w:p w14:paraId="75314C76" w14:textId="7AF41D5F" w:rsidR="00F31495" w:rsidRPr="00774D49" w:rsidRDefault="00F31495" w:rsidP="00F9621B">
            <w:pPr>
              <w:jc w:val="center"/>
              <w:rPr>
                <w:rFonts w:cs="Arial"/>
                <w:sz w:val="12"/>
                <w:lang w:val="es-PE"/>
              </w:rPr>
            </w:pPr>
            <w:r w:rsidRPr="00774D49">
              <w:rPr>
                <w:rFonts w:cs="Arial"/>
                <w:b/>
                <w:sz w:val="12"/>
                <w:lang w:val="es-PE"/>
              </w:rPr>
              <w:t>ÁREA: Psicomotricidad</w:t>
            </w:r>
          </w:p>
        </w:tc>
      </w:tr>
      <w:tr w:rsidR="00F31495" w:rsidRPr="00774D49" w14:paraId="0AFB53DF" w14:textId="77777777" w:rsidTr="0094516D">
        <w:trPr>
          <w:jc w:val="center"/>
        </w:trPr>
        <w:tc>
          <w:tcPr>
            <w:tcW w:w="8892" w:type="dxa"/>
            <w:gridSpan w:val="4"/>
            <w:shd w:val="clear" w:color="auto" w:fill="66FF99"/>
            <w:vAlign w:val="center"/>
          </w:tcPr>
          <w:p w14:paraId="393D97F5" w14:textId="4B9232CA" w:rsidR="00F31495" w:rsidRPr="00774D49" w:rsidRDefault="00F31495" w:rsidP="00F9621B">
            <w:pPr>
              <w:jc w:val="center"/>
              <w:rPr>
                <w:rFonts w:cs="Arial"/>
                <w:sz w:val="12"/>
                <w:lang w:val="es-PE"/>
              </w:rPr>
            </w:pPr>
            <w:r w:rsidRPr="00774D49">
              <w:rPr>
                <w:rFonts w:cs="Arial"/>
                <w:b/>
                <w:sz w:val="12"/>
                <w:lang w:val="es-PE"/>
              </w:rPr>
              <w:t>COMPETENCIA: Se desenvuelve de manera autónoma a través de su motricidad</w:t>
            </w:r>
          </w:p>
        </w:tc>
      </w:tr>
      <w:tr w:rsidR="00F31495" w:rsidRPr="00774D49" w14:paraId="3A0ADB98" w14:textId="77777777" w:rsidTr="00F9621B">
        <w:trPr>
          <w:jc w:val="center"/>
        </w:trPr>
        <w:tc>
          <w:tcPr>
            <w:tcW w:w="1813" w:type="dxa"/>
            <w:vAlign w:val="center"/>
          </w:tcPr>
          <w:p w14:paraId="498F73C1" w14:textId="77777777" w:rsidR="00F31495" w:rsidRPr="00774D49" w:rsidRDefault="00F31495">
            <w:pPr>
              <w:rPr>
                <w:rFonts w:cs="Arial"/>
                <w:lang w:val="es-PE"/>
              </w:rPr>
            </w:pPr>
            <w:r w:rsidRPr="00774D49">
              <w:rPr>
                <w:rFonts w:cs="Arial"/>
                <w:sz w:val="12"/>
                <w:lang w:val="es-PE"/>
              </w:rPr>
              <w:t>Comprende su cuerpo.</w:t>
            </w:r>
            <w:r w:rsidRPr="00774D49">
              <w:rPr>
                <w:rFonts w:cs="Arial"/>
                <w:sz w:val="12"/>
                <w:lang w:val="es-PE"/>
              </w:rPr>
              <w:br/>
              <w:t>Se expresa corporalmente.</w:t>
            </w:r>
          </w:p>
        </w:tc>
        <w:tc>
          <w:tcPr>
            <w:tcW w:w="2379" w:type="dxa"/>
            <w:vAlign w:val="center"/>
          </w:tcPr>
          <w:p w14:paraId="1F58987E" w14:textId="77777777" w:rsidR="00F31495" w:rsidRPr="00774D49" w:rsidRDefault="00F31495">
            <w:pPr>
              <w:rPr>
                <w:rFonts w:cs="Arial"/>
                <w:lang w:val="es-PE"/>
              </w:rPr>
            </w:pPr>
            <w:r w:rsidRPr="00774D49">
              <w:rPr>
                <w:rFonts w:cs="Arial"/>
                <w:sz w:val="12"/>
                <w:lang w:val="es-PE"/>
              </w:rPr>
              <w:t>Realiza acciones y movimientos como correr, saltar, trepar, rodar, deslizarse o girar en los que expresa sus emociones explorando las posibilidades de su cuerpo con relación al espacio, la superficie y los objetos.</w:t>
            </w:r>
          </w:p>
        </w:tc>
        <w:tc>
          <w:tcPr>
            <w:tcW w:w="2152" w:type="dxa"/>
            <w:vAlign w:val="center"/>
          </w:tcPr>
          <w:p w14:paraId="1F929CE4" w14:textId="57435ADF" w:rsidR="00F31495" w:rsidRPr="007A586C" w:rsidRDefault="007A586C" w:rsidP="00736A15">
            <w:pPr>
              <w:pStyle w:val="Prrafodelista"/>
              <w:numPr>
                <w:ilvl w:val="0"/>
                <w:numId w:val="148"/>
              </w:numPr>
              <w:tabs>
                <w:tab w:val="clear" w:pos="720"/>
              </w:tabs>
              <w:ind w:left="403"/>
              <w:jc w:val="both"/>
              <w:rPr>
                <w:rFonts w:cs="Arial"/>
                <w:sz w:val="12"/>
                <w:lang w:val="es-PE"/>
              </w:rPr>
            </w:pPr>
            <w:r w:rsidRPr="007A586C">
              <w:rPr>
                <w:rFonts w:cs="Arial"/>
                <w:sz w:val="12"/>
                <w:lang w:val="es-PE"/>
              </w:rPr>
              <w:t>Se desplaza con seguridad utilizando de forma libre sus posibilidades de movimiento corporal (caminar, correr, saltar, trepar) adaptándolos a los diferentes soportes y caminos sensoriales propuestos.</w:t>
            </w:r>
          </w:p>
          <w:p w14:paraId="18B17B17" w14:textId="15F57F88" w:rsidR="007A586C" w:rsidRPr="007A586C" w:rsidRDefault="007A586C" w:rsidP="00736A15">
            <w:pPr>
              <w:pStyle w:val="Prrafodelista"/>
              <w:numPr>
                <w:ilvl w:val="0"/>
                <w:numId w:val="148"/>
              </w:numPr>
              <w:tabs>
                <w:tab w:val="clear" w:pos="720"/>
              </w:tabs>
              <w:ind w:left="403"/>
              <w:jc w:val="both"/>
              <w:rPr>
                <w:rFonts w:cs="Arial"/>
                <w:sz w:val="12"/>
                <w:lang w:val="es-PE"/>
              </w:rPr>
            </w:pPr>
            <w:r w:rsidRPr="007A586C">
              <w:rPr>
                <w:rFonts w:cs="Arial"/>
                <w:sz w:val="12"/>
                <w:lang w:val="es-PE"/>
              </w:rPr>
              <w:t>Explora las limitaciones y alcances de su cuerpo en relación con las superficies y los objetos tridimensionales del aula, adaptando sus posturas corporales.</w:t>
            </w:r>
          </w:p>
          <w:p w14:paraId="062A411A" w14:textId="185EDDA0" w:rsidR="007A586C" w:rsidRPr="007A586C" w:rsidRDefault="007A586C" w:rsidP="00736A15">
            <w:pPr>
              <w:pStyle w:val="Prrafodelista"/>
              <w:numPr>
                <w:ilvl w:val="0"/>
                <w:numId w:val="148"/>
              </w:numPr>
              <w:tabs>
                <w:tab w:val="clear" w:pos="720"/>
              </w:tabs>
              <w:ind w:left="403"/>
              <w:jc w:val="both"/>
              <w:rPr>
                <w:rFonts w:cs="Arial"/>
                <w:sz w:val="12"/>
                <w:lang w:val="es-PE"/>
              </w:rPr>
            </w:pPr>
            <w:r w:rsidRPr="007A586C">
              <w:rPr>
                <w:rFonts w:cs="Arial"/>
                <w:sz w:val="12"/>
                <w:lang w:val="es-PE"/>
              </w:rPr>
              <w:t>Manifiesta de forma gestual, verbal o corporal sus emociones de agrado, seguridad o cansancio surgidas a raíz de la actividad motriz directa.</w:t>
            </w:r>
          </w:p>
          <w:p w14:paraId="24DEEA66" w14:textId="3AC7D712" w:rsidR="007A586C" w:rsidRPr="00774D49" w:rsidRDefault="007A586C">
            <w:pPr>
              <w:rPr>
                <w:rFonts w:cs="Arial"/>
                <w:lang w:val="es-PE"/>
              </w:rPr>
            </w:pPr>
          </w:p>
        </w:tc>
        <w:tc>
          <w:tcPr>
            <w:tcW w:w="2548" w:type="dxa"/>
            <w:vAlign w:val="center"/>
          </w:tcPr>
          <w:p w14:paraId="38E3C7FA" w14:textId="77777777" w:rsidR="00AA49C9" w:rsidRDefault="007A586C">
            <w:pPr>
              <w:rPr>
                <w:rFonts w:cs="Arial"/>
                <w:sz w:val="12"/>
                <w:lang w:val="es-PE"/>
              </w:rPr>
            </w:pPr>
            <w:r w:rsidRPr="007A586C">
              <w:rPr>
                <w:rFonts w:cs="Arial"/>
                <w:sz w:val="12"/>
                <w:lang w:val="es-PE"/>
              </w:rPr>
              <w:t>Camina, corre o se desplaza de manera autónoma siguiendo de forma libre las líneas, curvas y texturas de los caminos sensoriales.</w:t>
            </w:r>
          </w:p>
          <w:p w14:paraId="57AC3F9E" w14:textId="77777777" w:rsidR="00AA49C9" w:rsidRDefault="007A586C">
            <w:pPr>
              <w:rPr>
                <w:rFonts w:cs="Arial"/>
                <w:sz w:val="12"/>
                <w:lang w:val="es-PE"/>
              </w:rPr>
            </w:pPr>
            <w:r w:rsidRPr="007A586C">
              <w:rPr>
                <w:rFonts w:cs="Arial"/>
                <w:sz w:val="12"/>
                <w:lang w:val="es-PE"/>
              </w:rPr>
              <w:t xml:space="preserve"> </w:t>
            </w:r>
            <w:r w:rsidR="00AA49C9">
              <w:rPr>
                <w:rFonts w:cs="Arial"/>
                <w:sz w:val="12"/>
                <w:lang w:val="es-PE"/>
              </w:rPr>
              <w:t>Se desplaza mediante</w:t>
            </w:r>
            <w:r w:rsidRPr="007A586C">
              <w:rPr>
                <w:rFonts w:cs="Arial"/>
                <w:sz w:val="12"/>
                <w:lang w:val="es-PE"/>
              </w:rPr>
              <w:t xml:space="preserve"> obstáculos distribuidos en el piso con apoyo o supervisión del adulto para resguardar su tránsito seguro.</w:t>
            </w:r>
          </w:p>
          <w:p w14:paraId="5BDD639D" w14:textId="50152EAB" w:rsidR="00F31495" w:rsidRDefault="007A586C">
            <w:pPr>
              <w:rPr>
                <w:rFonts w:cs="Arial"/>
                <w:sz w:val="12"/>
                <w:lang w:val="es-PE"/>
              </w:rPr>
            </w:pPr>
            <w:r w:rsidRPr="007A586C">
              <w:rPr>
                <w:rFonts w:cs="Arial"/>
                <w:sz w:val="12"/>
                <w:lang w:val="es-PE"/>
              </w:rPr>
              <w:t>Cambia de forma voluntaria la velocidad de sus desplazamientos (acelerar, frenar, ir lento) según la consigna o su propia iniciativa lúdica.</w:t>
            </w:r>
          </w:p>
          <w:p w14:paraId="49CD76B5" w14:textId="6A4FDDBC" w:rsidR="007A586C" w:rsidRDefault="007A586C">
            <w:pPr>
              <w:rPr>
                <w:rFonts w:cs="Arial"/>
                <w:sz w:val="12"/>
                <w:lang w:val="es-PE"/>
              </w:rPr>
            </w:pPr>
          </w:p>
          <w:p w14:paraId="6975462B" w14:textId="77777777" w:rsidR="00AA49C9" w:rsidRDefault="007A586C">
            <w:pPr>
              <w:rPr>
                <w:rFonts w:cs="Arial"/>
                <w:sz w:val="12"/>
                <w:lang w:val="es-PE"/>
              </w:rPr>
            </w:pPr>
            <w:r w:rsidRPr="007A586C">
              <w:rPr>
                <w:rFonts w:cs="Arial"/>
                <w:sz w:val="12"/>
                <w:lang w:val="es-PE"/>
              </w:rPr>
              <w:t>Entra y sale con todo su cuerpo de cajas de cartón grandes, túneles de tela o espacios delimitados de manera coordinada.</w:t>
            </w:r>
          </w:p>
          <w:p w14:paraId="6E4344A7" w14:textId="77777777" w:rsidR="00AA49C9" w:rsidRDefault="007A586C">
            <w:pPr>
              <w:rPr>
                <w:rFonts w:cs="Arial"/>
                <w:sz w:val="12"/>
                <w:lang w:val="es-PE"/>
              </w:rPr>
            </w:pPr>
            <w:r w:rsidRPr="007A586C">
              <w:rPr>
                <w:rFonts w:cs="Arial"/>
                <w:sz w:val="12"/>
                <w:lang w:val="es-PE"/>
              </w:rPr>
              <w:t>Mantiene y regula su equilibrio dinámico o estático al avanzar sobre recorridos o plataformas bajas y sencillas.</w:t>
            </w:r>
          </w:p>
          <w:p w14:paraId="14FA694A" w14:textId="5311D5C8" w:rsidR="007A586C" w:rsidRDefault="007A586C">
            <w:pPr>
              <w:rPr>
                <w:rFonts w:cs="Arial"/>
                <w:sz w:val="12"/>
                <w:lang w:val="es-PE"/>
              </w:rPr>
            </w:pPr>
            <w:r w:rsidRPr="007A586C">
              <w:rPr>
                <w:rFonts w:cs="Arial"/>
                <w:sz w:val="12"/>
                <w:lang w:val="es-PE"/>
              </w:rPr>
              <w:t>Adapta su tono muscular al agacharse, gatear, arrastrarse o inclinarse para pasar por debajo o por dentro de las estructuras de juego.</w:t>
            </w:r>
          </w:p>
          <w:p w14:paraId="115A77A1" w14:textId="77777777" w:rsidR="00AA49C9" w:rsidRDefault="007A586C">
            <w:pPr>
              <w:rPr>
                <w:rFonts w:cs="Arial"/>
                <w:sz w:val="12"/>
                <w:lang w:val="es-PE"/>
              </w:rPr>
            </w:pPr>
            <w:r w:rsidRPr="007A586C">
              <w:rPr>
                <w:rFonts w:cs="Arial"/>
                <w:sz w:val="12"/>
                <w:lang w:val="es-PE"/>
              </w:rPr>
              <w:t>Expresa alegría, entusiasmo o seguridad a través de sonrisas, risas o exclamaciones espontáneas durante sus experiencias motrices.</w:t>
            </w:r>
          </w:p>
          <w:p w14:paraId="227083C6" w14:textId="65C87B21" w:rsidR="00AA49C9" w:rsidRDefault="007A586C">
            <w:pPr>
              <w:rPr>
                <w:rFonts w:cs="Arial"/>
                <w:sz w:val="12"/>
                <w:lang w:val="es-PE"/>
              </w:rPr>
            </w:pPr>
            <w:r w:rsidRPr="007A586C">
              <w:rPr>
                <w:rFonts w:cs="Arial"/>
                <w:sz w:val="12"/>
                <w:lang w:val="es-PE"/>
              </w:rPr>
              <w:t>Identifica y comunica verbal o gestualmente las sensaciones de su cuerpo tras el movimiento dinámico (estoy cansado, tengo calor, mi corazón hace pum-pum).</w:t>
            </w:r>
          </w:p>
          <w:p w14:paraId="78281F59" w14:textId="56AC1362" w:rsidR="007A586C" w:rsidRDefault="007A586C">
            <w:pPr>
              <w:rPr>
                <w:rFonts w:cs="Arial"/>
                <w:sz w:val="12"/>
                <w:lang w:val="es-PE"/>
              </w:rPr>
            </w:pPr>
            <w:r w:rsidRPr="007A586C">
              <w:rPr>
                <w:rFonts w:cs="Arial"/>
                <w:sz w:val="12"/>
                <w:lang w:val="es-PE"/>
              </w:rPr>
              <w:t>Busca o acepta el andamiaje afectivo de la docente para recuperar la calma y regular su respiración de forma tranquila al cierre del circuito.</w:t>
            </w:r>
          </w:p>
          <w:p w14:paraId="16D30F9E" w14:textId="4EF30396" w:rsidR="007A586C" w:rsidRPr="00774D49" w:rsidRDefault="007A586C">
            <w:pPr>
              <w:rPr>
                <w:rFonts w:cs="Arial"/>
                <w:lang w:val="es-PE"/>
              </w:rPr>
            </w:pPr>
          </w:p>
        </w:tc>
      </w:tr>
      <w:tr w:rsidR="00F31495" w:rsidRPr="00774D49" w14:paraId="2C442CD5" w14:textId="77777777" w:rsidTr="0094516D">
        <w:trPr>
          <w:jc w:val="center"/>
        </w:trPr>
        <w:tc>
          <w:tcPr>
            <w:tcW w:w="8892" w:type="dxa"/>
            <w:gridSpan w:val="4"/>
            <w:shd w:val="clear" w:color="auto" w:fill="FFCCFF"/>
            <w:vAlign w:val="center"/>
          </w:tcPr>
          <w:p w14:paraId="1A182B5C" w14:textId="476501F8" w:rsidR="00F31495" w:rsidRPr="00774D49" w:rsidRDefault="00F31495" w:rsidP="00F9621B">
            <w:pPr>
              <w:jc w:val="center"/>
              <w:rPr>
                <w:rFonts w:cs="Arial"/>
                <w:sz w:val="12"/>
                <w:lang w:val="es-PE"/>
              </w:rPr>
            </w:pPr>
            <w:r w:rsidRPr="00774D49">
              <w:rPr>
                <w:rFonts w:cs="Arial"/>
                <w:b/>
                <w:sz w:val="12"/>
                <w:lang w:val="es-PE"/>
              </w:rPr>
              <w:t>ÁREA: Matemática</w:t>
            </w:r>
          </w:p>
        </w:tc>
      </w:tr>
      <w:tr w:rsidR="00F31495" w:rsidRPr="00774D49" w14:paraId="30CAC209" w14:textId="77777777" w:rsidTr="0094516D">
        <w:trPr>
          <w:jc w:val="center"/>
        </w:trPr>
        <w:tc>
          <w:tcPr>
            <w:tcW w:w="8892" w:type="dxa"/>
            <w:gridSpan w:val="4"/>
            <w:shd w:val="clear" w:color="auto" w:fill="FFCCFF"/>
            <w:vAlign w:val="center"/>
          </w:tcPr>
          <w:p w14:paraId="27B39E40" w14:textId="5D4CD2DD" w:rsidR="00F31495" w:rsidRPr="00774D49" w:rsidRDefault="00F31495" w:rsidP="00F9621B">
            <w:pPr>
              <w:jc w:val="center"/>
              <w:rPr>
                <w:rFonts w:cs="Arial"/>
                <w:sz w:val="12"/>
                <w:lang w:val="es-PE"/>
              </w:rPr>
            </w:pPr>
            <w:r w:rsidRPr="00774D49">
              <w:rPr>
                <w:rFonts w:cs="Arial"/>
                <w:b/>
                <w:sz w:val="12"/>
                <w:lang w:val="es-PE"/>
              </w:rPr>
              <w:t>COMPETENCIA: Resuelve problemas de cantidad</w:t>
            </w:r>
          </w:p>
        </w:tc>
      </w:tr>
      <w:tr w:rsidR="00F31495" w:rsidRPr="00774D49" w14:paraId="3BC1091B" w14:textId="77777777" w:rsidTr="00F9621B">
        <w:trPr>
          <w:jc w:val="center"/>
        </w:trPr>
        <w:tc>
          <w:tcPr>
            <w:tcW w:w="1813" w:type="dxa"/>
            <w:vAlign w:val="center"/>
          </w:tcPr>
          <w:p w14:paraId="3935E27D" w14:textId="77777777" w:rsidR="00F31495" w:rsidRPr="00774D49" w:rsidRDefault="00F31495">
            <w:pPr>
              <w:rPr>
                <w:rFonts w:cs="Arial"/>
                <w:lang w:val="es-PE"/>
              </w:rPr>
            </w:pPr>
            <w:r w:rsidRPr="00774D49">
              <w:rPr>
                <w:rFonts w:cs="Arial"/>
                <w:sz w:val="12"/>
                <w:lang w:val="es-PE"/>
              </w:rPr>
              <w:t>Traduce cantidades a expresiones numéricas.</w:t>
            </w:r>
            <w:r w:rsidRPr="00774D49">
              <w:rPr>
                <w:rFonts w:cs="Arial"/>
                <w:sz w:val="12"/>
                <w:lang w:val="es-PE"/>
              </w:rPr>
              <w:br/>
              <w:t>Comunica su comprensión.</w:t>
            </w:r>
            <w:r w:rsidRPr="00774D49">
              <w:rPr>
                <w:rFonts w:cs="Arial"/>
                <w:sz w:val="12"/>
                <w:lang w:val="es-PE"/>
              </w:rPr>
              <w:br/>
              <w:t>Usa estrategias de estimación y cálculo.</w:t>
            </w:r>
          </w:p>
        </w:tc>
        <w:tc>
          <w:tcPr>
            <w:tcW w:w="2379" w:type="dxa"/>
            <w:vAlign w:val="center"/>
          </w:tcPr>
          <w:p w14:paraId="633EA3DC" w14:textId="77777777" w:rsidR="00F31495" w:rsidRPr="00774D49" w:rsidRDefault="00F31495">
            <w:pPr>
              <w:rPr>
                <w:rFonts w:cs="Arial"/>
                <w:lang w:val="es-PE"/>
              </w:rPr>
            </w:pPr>
            <w:r w:rsidRPr="00774D49">
              <w:rPr>
                <w:rFonts w:cs="Arial"/>
                <w:sz w:val="12"/>
                <w:lang w:val="es-PE"/>
              </w:rPr>
              <w:t>Establece relaciones entre los objetos de su entorno según sus características perceptuales al comparar y agrupar aquellos objetos similares que le sirven para algún fin, y dejar algunos elementos sueltos.</w:t>
            </w:r>
          </w:p>
        </w:tc>
        <w:tc>
          <w:tcPr>
            <w:tcW w:w="2152" w:type="dxa"/>
            <w:vAlign w:val="center"/>
          </w:tcPr>
          <w:p w14:paraId="17C4AD0D" w14:textId="77777777" w:rsidR="00F31495" w:rsidRDefault="00F31495" w:rsidP="00736A15">
            <w:pPr>
              <w:pStyle w:val="Prrafodelista"/>
              <w:numPr>
                <w:ilvl w:val="0"/>
                <w:numId w:val="149"/>
              </w:numPr>
              <w:tabs>
                <w:tab w:val="clear" w:pos="720"/>
              </w:tabs>
              <w:ind w:left="403"/>
              <w:rPr>
                <w:rFonts w:cs="Arial"/>
                <w:sz w:val="12"/>
                <w:lang w:val="es-PE"/>
              </w:rPr>
            </w:pPr>
            <w:r w:rsidRPr="00774D49">
              <w:rPr>
                <w:rFonts w:cs="Arial"/>
                <w:sz w:val="12"/>
                <w:lang w:val="es-PE"/>
              </w:rPr>
              <w:t>Agrupa, compara y organiza elementos naturales de acuerdo con características perceptuales durante situaciones de juego y exploración.</w:t>
            </w:r>
          </w:p>
          <w:p w14:paraId="69D10325" w14:textId="77777777" w:rsidR="00942D0E" w:rsidRDefault="00942D0E" w:rsidP="00736A15">
            <w:pPr>
              <w:pStyle w:val="Prrafodelista"/>
              <w:numPr>
                <w:ilvl w:val="0"/>
                <w:numId w:val="149"/>
              </w:numPr>
              <w:tabs>
                <w:tab w:val="clear" w:pos="720"/>
              </w:tabs>
              <w:ind w:left="403"/>
              <w:rPr>
                <w:rFonts w:cs="Arial"/>
                <w:sz w:val="12"/>
                <w:lang w:val="es-PE"/>
              </w:rPr>
            </w:pPr>
            <w:r w:rsidRPr="00942D0E">
              <w:rPr>
                <w:rFonts w:cs="Arial"/>
                <w:sz w:val="12"/>
                <w:lang w:val="es-PE"/>
              </w:rPr>
              <w:t>Compara, junta y organiza los elementos de su entorno inmediato basándose en sus características perceptuales libres, decidiendo qué objetos dejar sueltos para un fin específico.</w:t>
            </w:r>
          </w:p>
          <w:p w14:paraId="714ED4C8" w14:textId="77777777" w:rsidR="00942D0E" w:rsidRDefault="00942D0E" w:rsidP="00736A15">
            <w:pPr>
              <w:pStyle w:val="Prrafodelista"/>
              <w:numPr>
                <w:ilvl w:val="0"/>
                <w:numId w:val="149"/>
              </w:numPr>
              <w:tabs>
                <w:tab w:val="clear" w:pos="720"/>
              </w:tabs>
              <w:ind w:left="403"/>
              <w:rPr>
                <w:rFonts w:cs="Arial"/>
                <w:sz w:val="12"/>
                <w:lang w:val="es-PE"/>
              </w:rPr>
            </w:pPr>
            <w:r w:rsidRPr="00942D0E">
              <w:rPr>
                <w:rFonts w:cs="Arial"/>
                <w:sz w:val="12"/>
                <w:lang w:val="es-PE"/>
              </w:rPr>
              <w:t>Compara colecciones de materiales de la naturaleza de manera intuitiva y perceptiva utilizando de forma espontánea expresiones relacionales de cantidad.</w:t>
            </w:r>
          </w:p>
          <w:p w14:paraId="75210F94" w14:textId="043A760E" w:rsidR="00942D0E" w:rsidRPr="00942D0E" w:rsidRDefault="00942D0E" w:rsidP="00736A15">
            <w:pPr>
              <w:pStyle w:val="Prrafodelista"/>
              <w:numPr>
                <w:ilvl w:val="0"/>
                <w:numId w:val="149"/>
              </w:numPr>
              <w:tabs>
                <w:tab w:val="clear" w:pos="720"/>
              </w:tabs>
              <w:ind w:left="403"/>
              <w:rPr>
                <w:rFonts w:cs="Arial"/>
                <w:lang w:val="es-PE"/>
              </w:rPr>
            </w:pPr>
            <w:r w:rsidRPr="00942D0E">
              <w:rPr>
                <w:rFonts w:cs="Arial"/>
                <w:sz w:val="12"/>
                <w:lang w:val="es-PE"/>
              </w:rPr>
              <w:t>Realiza acciones continuas de trasvase, ordenando y estructurando la cantidad de materiales dentro de límites físicos determinados.</w:t>
            </w:r>
          </w:p>
        </w:tc>
        <w:tc>
          <w:tcPr>
            <w:tcW w:w="2548" w:type="dxa"/>
            <w:vAlign w:val="center"/>
          </w:tcPr>
          <w:p w14:paraId="578BEE4A" w14:textId="77777777" w:rsidR="00F31495" w:rsidRDefault="00942D0E">
            <w:pPr>
              <w:rPr>
                <w:rFonts w:cs="Arial"/>
                <w:sz w:val="12"/>
                <w:lang w:val="es-PE"/>
              </w:rPr>
            </w:pPr>
            <w:r w:rsidRPr="00942D0E">
              <w:rPr>
                <w:rFonts w:cs="Arial"/>
                <w:sz w:val="12"/>
                <w:lang w:val="es-PE"/>
              </w:rPr>
              <w:t>Agrupa colecciones de hojas, piedras o semillas por un criterio propio de color, tamaño, forma o tipo.</w:t>
            </w:r>
          </w:p>
          <w:p w14:paraId="414DAB54" w14:textId="77777777" w:rsidR="00942D0E" w:rsidRDefault="00942D0E">
            <w:pPr>
              <w:rPr>
                <w:rFonts w:cs="Arial"/>
                <w:sz w:val="12"/>
                <w:lang w:val="es-PE"/>
              </w:rPr>
            </w:pPr>
            <w:r w:rsidRPr="00942D0E">
              <w:rPr>
                <w:rFonts w:cs="Arial"/>
                <w:sz w:val="12"/>
                <w:lang w:val="es-PE"/>
              </w:rPr>
              <w:t>Separa algunos elementos que no corresponden a su agrupación voluntaria, dejando objetos sueltos de forma intencional en la mesa.</w:t>
            </w:r>
          </w:p>
          <w:p w14:paraId="32B964CA" w14:textId="77777777" w:rsidR="00942D0E" w:rsidRDefault="00942D0E">
            <w:pPr>
              <w:rPr>
                <w:rFonts w:cs="Arial"/>
                <w:sz w:val="12"/>
                <w:lang w:val="es-PE"/>
              </w:rPr>
            </w:pPr>
            <w:r w:rsidRPr="00942D0E">
              <w:rPr>
                <w:rFonts w:cs="Arial"/>
                <w:sz w:val="12"/>
                <w:lang w:val="es-PE"/>
              </w:rPr>
              <w:t>Nombra de forma simple la característica común por la cual decidió juntar los materiales naturales de su bandeja.</w:t>
            </w:r>
          </w:p>
          <w:p w14:paraId="256AD41F" w14:textId="77777777" w:rsidR="00942D0E" w:rsidRDefault="00942D0E">
            <w:pPr>
              <w:rPr>
                <w:rFonts w:cs="Arial"/>
                <w:sz w:val="12"/>
                <w:lang w:val="es-PE"/>
              </w:rPr>
            </w:pPr>
            <w:r w:rsidRPr="00942D0E">
              <w:rPr>
                <w:rFonts w:cs="Arial"/>
                <w:sz w:val="12"/>
                <w:lang w:val="es-PE"/>
              </w:rPr>
              <w:t>Usa o comprende expresiones de cantidad como mucho, poco, más o menos al referirse al volumen de los recursos que ha recolectado.</w:t>
            </w:r>
          </w:p>
          <w:p w14:paraId="4F3E5E20" w14:textId="77777777" w:rsidR="00942D0E" w:rsidRDefault="00942D0E">
            <w:pPr>
              <w:rPr>
                <w:rFonts w:cs="Arial"/>
                <w:sz w:val="12"/>
                <w:lang w:val="es-PE"/>
              </w:rPr>
            </w:pPr>
            <w:r w:rsidRPr="00942D0E">
              <w:rPr>
                <w:rFonts w:cs="Arial"/>
                <w:sz w:val="12"/>
                <w:lang w:val="es-PE"/>
              </w:rPr>
              <w:t>Señala de forma visual cuál recipiente o canasta tiene mayor o menor cantidad de elementos sin necesidad de recurrir al conteo formal.</w:t>
            </w:r>
          </w:p>
          <w:p w14:paraId="105F86BF" w14:textId="0901E4A2" w:rsidR="00942D0E" w:rsidRPr="00942D0E" w:rsidRDefault="00942D0E">
            <w:pPr>
              <w:rPr>
                <w:rFonts w:cs="Arial"/>
                <w:lang w:val="es-PE"/>
              </w:rPr>
            </w:pPr>
            <w:r w:rsidRPr="00942D0E">
              <w:rPr>
                <w:rFonts w:cs="Arial"/>
                <w:sz w:val="12"/>
                <w:lang w:val="es-PE"/>
              </w:rPr>
              <w:t>Ordena de forma conjunta entre compañeros los recursos agrupándolos de vuelta en las cajas colectivas rotuladas con siluetas.</w:t>
            </w:r>
          </w:p>
        </w:tc>
      </w:tr>
      <w:tr w:rsidR="00F31495" w:rsidRPr="00774D49" w14:paraId="372CD74C" w14:textId="77777777" w:rsidTr="0094516D">
        <w:trPr>
          <w:jc w:val="center"/>
        </w:trPr>
        <w:tc>
          <w:tcPr>
            <w:tcW w:w="8892" w:type="dxa"/>
            <w:gridSpan w:val="4"/>
            <w:shd w:val="clear" w:color="auto" w:fill="FFCCFF"/>
            <w:vAlign w:val="center"/>
          </w:tcPr>
          <w:p w14:paraId="40F2A190" w14:textId="0847A1AC" w:rsidR="00F31495" w:rsidRPr="00774D49" w:rsidRDefault="00F31495" w:rsidP="00F9621B">
            <w:pPr>
              <w:jc w:val="center"/>
              <w:rPr>
                <w:rFonts w:cs="Arial"/>
                <w:sz w:val="12"/>
                <w:lang w:val="es-PE"/>
              </w:rPr>
            </w:pPr>
            <w:r w:rsidRPr="00774D49">
              <w:rPr>
                <w:rFonts w:cs="Arial"/>
                <w:b/>
                <w:sz w:val="12"/>
                <w:lang w:val="es-PE"/>
              </w:rPr>
              <w:lastRenderedPageBreak/>
              <w:t>COMPETENCIA: Resuelve problemas de forma, movimiento y localización</w:t>
            </w:r>
          </w:p>
        </w:tc>
      </w:tr>
      <w:tr w:rsidR="00F31495" w:rsidRPr="00774D49" w14:paraId="47678F05" w14:textId="77777777" w:rsidTr="00F9621B">
        <w:trPr>
          <w:jc w:val="center"/>
        </w:trPr>
        <w:tc>
          <w:tcPr>
            <w:tcW w:w="1813" w:type="dxa"/>
            <w:vAlign w:val="center"/>
          </w:tcPr>
          <w:p w14:paraId="1625E35F" w14:textId="77777777" w:rsidR="00F31495" w:rsidRPr="00774D49" w:rsidRDefault="00F31495">
            <w:pPr>
              <w:rPr>
                <w:rFonts w:cs="Arial"/>
                <w:lang w:val="es-PE"/>
              </w:rPr>
            </w:pPr>
            <w:r w:rsidRPr="00774D49">
              <w:rPr>
                <w:rFonts w:cs="Arial"/>
                <w:sz w:val="12"/>
                <w:lang w:val="es-PE"/>
              </w:rPr>
              <w:t>Modela objetos con formas geométricas.</w:t>
            </w:r>
            <w:r w:rsidRPr="00774D49">
              <w:rPr>
                <w:rFonts w:cs="Arial"/>
                <w:sz w:val="12"/>
                <w:lang w:val="es-PE"/>
              </w:rPr>
              <w:br/>
              <w:t>Comunica su comprensión.</w:t>
            </w:r>
            <w:r w:rsidRPr="00774D49">
              <w:rPr>
                <w:rFonts w:cs="Arial"/>
                <w:sz w:val="12"/>
                <w:lang w:val="es-PE"/>
              </w:rPr>
              <w:br/>
              <w:t>Usa estrategias para orientarse en el espacio.</w:t>
            </w:r>
          </w:p>
        </w:tc>
        <w:tc>
          <w:tcPr>
            <w:tcW w:w="2379" w:type="dxa"/>
            <w:vAlign w:val="center"/>
          </w:tcPr>
          <w:p w14:paraId="46905E4C" w14:textId="77777777" w:rsidR="00F31495" w:rsidRPr="00774D49" w:rsidRDefault="00F31495">
            <w:pPr>
              <w:rPr>
                <w:rFonts w:cs="Arial"/>
                <w:lang w:val="es-PE"/>
              </w:rPr>
            </w:pPr>
            <w:r w:rsidRPr="00774D49">
              <w:rPr>
                <w:rFonts w:cs="Arial"/>
                <w:sz w:val="12"/>
                <w:lang w:val="es-PE"/>
              </w:rPr>
              <w:t>Se ubica a sí mismo y ubica objetos en el espacio en el que se encuentra; a partir de ello, organiza sus movimientos y acciones para desplazarse. Utiliza expresiones como arriba, abajo, dentro y fuera.</w:t>
            </w:r>
          </w:p>
        </w:tc>
        <w:tc>
          <w:tcPr>
            <w:tcW w:w="2152" w:type="dxa"/>
            <w:vAlign w:val="center"/>
          </w:tcPr>
          <w:p w14:paraId="083773A1" w14:textId="77777777" w:rsidR="00F31495" w:rsidRPr="00DB7E11" w:rsidRDefault="008B2F2C" w:rsidP="00736A15">
            <w:pPr>
              <w:pStyle w:val="Prrafodelista"/>
              <w:numPr>
                <w:ilvl w:val="0"/>
                <w:numId w:val="149"/>
              </w:numPr>
              <w:tabs>
                <w:tab w:val="clear" w:pos="720"/>
              </w:tabs>
              <w:ind w:left="403"/>
              <w:rPr>
                <w:rFonts w:cs="Arial"/>
                <w:sz w:val="12"/>
                <w:lang w:val="es-PE"/>
              </w:rPr>
            </w:pPr>
            <w:r w:rsidRPr="00DB7E11">
              <w:rPr>
                <w:rFonts w:cs="Arial"/>
                <w:sz w:val="12"/>
                <w:lang w:val="es-PE"/>
              </w:rPr>
              <w:t>Ubica y organiza los elementos naturales en el espacio del aula aplicando de forma práctica nociones espaciales básicas de posición en sus acciones de juego.</w:t>
            </w:r>
          </w:p>
          <w:p w14:paraId="44854E1B" w14:textId="77777777" w:rsidR="008B2F2C" w:rsidRPr="00DB7E11" w:rsidRDefault="008B2F2C" w:rsidP="00736A15">
            <w:pPr>
              <w:pStyle w:val="Prrafodelista"/>
              <w:numPr>
                <w:ilvl w:val="0"/>
                <w:numId w:val="149"/>
              </w:numPr>
              <w:tabs>
                <w:tab w:val="clear" w:pos="720"/>
              </w:tabs>
              <w:ind w:left="403"/>
              <w:rPr>
                <w:rFonts w:cs="Arial"/>
                <w:sz w:val="12"/>
                <w:lang w:val="es-PE"/>
              </w:rPr>
            </w:pPr>
            <w:r w:rsidRPr="00DB7E11">
              <w:rPr>
                <w:rFonts w:cs="Arial"/>
                <w:sz w:val="12"/>
                <w:lang w:val="es-PE"/>
              </w:rPr>
              <w:t>Establece relaciones de distancia entre los objetos de su entorno y orienta de forma intuitiva sus movimientos en el espacio según rutas trazadas.</w:t>
            </w:r>
          </w:p>
          <w:p w14:paraId="2B7E5896" w14:textId="794FC794" w:rsidR="008B2F2C" w:rsidRPr="00DB7E11" w:rsidRDefault="008B2F2C" w:rsidP="00736A15">
            <w:pPr>
              <w:pStyle w:val="Prrafodelista"/>
              <w:numPr>
                <w:ilvl w:val="0"/>
                <w:numId w:val="149"/>
              </w:numPr>
              <w:tabs>
                <w:tab w:val="clear" w:pos="720"/>
              </w:tabs>
              <w:ind w:left="403"/>
              <w:rPr>
                <w:rFonts w:cs="Arial"/>
                <w:lang w:val="es-PE"/>
              </w:rPr>
            </w:pPr>
            <w:r w:rsidRPr="00DB7E11">
              <w:rPr>
                <w:rFonts w:cs="Arial"/>
                <w:sz w:val="12"/>
                <w:lang w:val="es-PE"/>
              </w:rPr>
              <w:t>Se ubica a sí mismo y organiza la posición de los recursos en el espacio tridimensional tomando como referencia su propio cuerpo o la ubicación de un compañero.</w:t>
            </w:r>
          </w:p>
        </w:tc>
        <w:tc>
          <w:tcPr>
            <w:tcW w:w="2548" w:type="dxa"/>
            <w:vAlign w:val="center"/>
          </w:tcPr>
          <w:p w14:paraId="6C8AA0F4" w14:textId="77777777" w:rsidR="008B2F2C" w:rsidRDefault="008B2F2C">
            <w:pPr>
              <w:rPr>
                <w:rFonts w:cs="Arial"/>
                <w:sz w:val="12"/>
                <w:lang w:val="es-PE"/>
              </w:rPr>
            </w:pPr>
            <w:r w:rsidRPr="008B2F2C">
              <w:rPr>
                <w:rFonts w:cs="Arial"/>
                <w:sz w:val="12"/>
                <w:lang w:val="es-PE"/>
              </w:rPr>
              <w:t>Coloca piedras, hojas o semillas dentro o fuera de cajas, jarras, baldes y bandejas de forma totalmente autónoma.</w:t>
            </w:r>
          </w:p>
          <w:p w14:paraId="482FE418" w14:textId="77777777" w:rsidR="008B2F2C" w:rsidRDefault="008B2F2C">
            <w:pPr>
              <w:rPr>
                <w:rFonts w:cs="Arial"/>
                <w:sz w:val="12"/>
                <w:lang w:val="es-PE"/>
              </w:rPr>
            </w:pPr>
            <w:r w:rsidRPr="008B2F2C">
              <w:rPr>
                <w:rFonts w:cs="Arial"/>
                <w:sz w:val="12"/>
                <w:lang w:val="es-PE"/>
              </w:rPr>
              <w:t>Ubica los materiales de la naturaleza situándolos encima o debajo de las mesas bajas o plataformas de cartón de su escenario.</w:t>
            </w:r>
          </w:p>
          <w:p w14:paraId="4D2A92BB" w14:textId="77777777" w:rsidR="00F31495" w:rsidRDefault="008B2F2C">
            <w:pPr>
              <w:rPr>
                <w:rFonts w:cs="Arial"/>
                <w:sz w:val="12"/>
                <w:lang w:val="es-PE"/>
              </w:rPr>
            </w:pPr>
            <w:r w:rsidRPr="008B2F2C">
              <w:rPr>
                <w:rFonts w:cs="Arial"/>
                <w:sz w:val="12"/>
                <w:lang w:val="es-PE"/>
              </w:rPr>
              <w:t>Utiliza un vocabulario espacial inicial para describir de manera verbal o gestual dónde se encuentran guardados sus recursos.</w:t>
            </w:r>
          </w:p>
          <w:p w14:paraId="07B429BD" w14:textId="77777777" w:rsidR="008B2F2C" w:rsidRDefault="008B2F2C">
            <w:pPr>
              <w:rPr>
                <w:rFonts w:cs="Arial"/>
                <w:sz w:val="12"/>
                <w:lang w:val="es-PE"/>
              </w:rPr>
            </w:pPr>
            <w:r w:rsidRPr="008B2F2C">
              <w:rPr>
                <w:rFonts w:cs="Arial"/>
                <w:sz w:val="12"/>
                <w:lang w:val="es-PE"/>
              </w:rPr>
              <w:t>Se desplaza por caminos y trayectos sinuosos evitando obstáculos con apoyo de los carteles visuales o guías del aula.</w:t>
            </w:r>
          </w:p>
          <w:p w14:paraId="69F68AFC" w14:textId="77777777" w:rsidR="008B2F2C" w:rsidRPr="008B2F2C" w:rsidRDefault="008B2F2C">
            <w:pPr>
              <w:rPr>
                <w:rFonts w:cs="Arial"/>
                <w:sz w:val="12"/>
                <w:lang w:val="es-PE"/>
              </w:rPr>
            </w:pPr>
            <w:r w:rsidRPr="008B2F2C">
              <w:rPr>
                <w:rFonts w:cs="Arial"/>
                <w:sz w:val="12"/>
                <w:lang w:val="es-PE"/>
              </w:rPr>
              <w:t>Se coloca corporalmente delante o detrás de un compañero de equipo de forma coordinada durante el juego de roles de transporte o desfile.</w:t>
            </w:r>
          </w:p>
          <w:p w14:paraId="0453C248" w14:textId="1C50FC94" w:rsidR="008B2F2C" w:rsidRPr="008B2F2C" w:rsidRDefault="008B2F2C">
            <w:pPr>
              <w:rPr>
                <w:rFonts w:cs="Arial"/>
                <w:sz w:val="12"/>
                <w:lang w:val="es-PE"/>
              </w:rPr>
            </w:pPr>
            <w:r w:rsidRPr="008B2F2C">
              <w:rPr>
                <w:rFonts w:cs="Arial"/>
                <w:sz w:val="12"/>
                <w:lang w:val="es-PE"/>
              </w:rPr>
              <w:t>Ubica un objeto lúdico o señal colocándolo a los lados de su cuerpo de manera intencional.</w:t>
            </w:r>
          </w:p>
          <w:p w14:paraId="29193734" w14:textId="1BA0D68E" w:rsidR="008B2F2C" w:rsidRPr="008B2F2C" w:rsidRDefault="008B2F2C">
            <w:pPr>
              <w:rPr>
                <w:rFonts w:cs="Arial"/>
                <w:lang w:val="es-PE"/>
              </w:rPr>
            </w:pPr>
            <w:r w:rsidRPr="008B2F2C">
              <w:rPr>
                <w:rFonts w:cs="Arial"/>
                <w:sz w:val="12"/>
                <w:lang w:val="es-PE"/>
              </w:rPr>
              <w:t>Comprende y ejecuta consignas de movimiento corporal que involucran cambiar de posición en el espacio en relación con las estructuras del aula (ponte</w:t>
            </w:r>
            <w:r w:rsidRPr="008B2F2C">
              <w:rPr>
                <w:rFonts w:cs="Arial"/>
                <w:lang w:val="es-PE"/>
              </w:rPr>
              <w:t xml:space="preserve"> </w:t>
            </w:r>
            <w:r w:rsidRPr="008B2F2C">
              <w:rPr>
                <w:rFonts w:cs="Arial"/>
                <w:sz w:val="12"/>
                <w:lang w:val="es-PE"/>
              </w:rPr>
              <w:t>delante de la caja, camina detrás de mí).</w:t>
            </w:r>
          </w:p>
        </w:tc>
      </w:tr>
      <w:tr w:rsidR="00F31495" w:rsidRPr="00774D49" w14:paraId="3E23E888" w14:textId="77777777" w:rsidTr="0094516D">
        <w:trPr>
          <w:jc w:val="center"/>
        </w:trPr>
        <w:tc>
          <w:tcPr>
            <w:tcW w:w="8892" w:type="dxa"/>
            <w:gridSpan w:val="4"/>
            <w:shd w:val="clear" w:color="auto" w:fill="66FFFF"/>
            <w:vAlign w:val="center"/>
          </w:tcPr>
          <w:p w14:paraId="4C3591B7" w14:textId="4AA312C1" w:rsidR="00F31495" w:rsidRPr="00774D49" w:rsidRDefault="00F31495" w:rsidP="00F9621B">
            <w:pPr>
              <w:jc w:val="center"/>
              <w:rPr>
                <w:rFonts w:cs="Arial"/>
                <w:sz w:val="12"/>
                <w:lang w:val="es-PE"/>
              </w:rPr>
            </w:pPr>
            <w:r w:rsidRPr="00774D49">
              <w:rPr>
                <w:rFonts w:cs="Arial"/>
                <w:b/>
                <w:sz w:val="12"/>
                <w:lang w:val="es-PE"/>
              </w:rPr>
              <w:t>ÁREA: Comunicación</w:t>
            </w:r>
          </w:p>
        </w:tc>
      </w:tr>
      <w:tr w:rsidR="00F31495" w:rsidRPr="00774D49" w14:paraId="3E639107" w14:textId="77777777" w:rsidTr="0094516D">
        <w:trPr>
          <w:jc w:val="center"/>
        </w:trPr>
        <w:tc>
          <w:tcPr>
            <w:tcW w:w="8892" w:type="dxa"/>
            <w:gridSpan w:val="4"/>
            <w:shd w:val="clear" w:color="auto" w:fill="66FFFF"/>
            <w:vAlign w:val="center"/>
          </w:tcPr>
          <w:p w14:paraId="1A9E1A4C" w14:textId="323B5E9F" w:rsidR="00F31495" w:rsidRPr="00774D49" w:rsidRDefault="00F31495" w:rsidP="00F9621B">
            <w:pPr>
              <w:jc w:val="center"/>
              <w:rPr>
                <w:rFonts w:cs="Arial"/>
                <w:sz w:val="12"/>
                <w:lang w:val="es-PE"/>
              </w:rPr>
            </w:pPr>
            <w:r w:rsidRPr="00774D49">
              <w:rPr>
                <w:rFonts w:cs="Arial"/>
                <w:b/>
                <w:sz w:val="12"/>
                <w:lang w:val="es-PE"/>
              </w:rPr>
              <w:t>COMPETENCIA: Se comunica oralmente en su lengua materna</w:t>
            </w:r>
          </w:p>
        </w:tc>
      </w:tr>
      <w:tr w:rsidR="00F31495" w:rsidRPr="00774D49" w14:paraId="2665CF79" w14:textId="77777777" w:rsidTr="00F9621B">
        <w:trPr>
          <w:jc w:val="center"/>
        </w:trPr>
        <w:tc>
          <w:tcPr>
            <w:tcW w:w="1813" w:type="dxa"/>
            <w:vAlign w:val="center"/>
          </w:tcPr>
          <w:p w14:paraId="2B4CC815" w14:textId="77777777" w:rsidR="00F31495" w:rsidRPr="00774D49" w:rsidRDefault="00F31495">
            <w:pPr>
              <w:rPr>
                <w:rFonts w:cs="Arial"/>
                <w:lang w:val="es-PE"/>
              </w:rPr>
            </w:pPr>
            <w:r w:rsidRPr="00774D49">
              <w:rPr>
                <w:rFonts w:cs="Arial"/>
                <w:sz w:val="12"/>
                <w:lang w:val="es-PE"/>
              </w:rPr>
              <w:t>Obtiene información del texto oral.</w:t>
            </w:r>
            <w:r w:rsidRPr="00774D49">
              <w:rPr>
                <w:rFonts w:cs="Arial"/>
                <w:sz w:val="12"/>
                <w:lang w:val="es-PE"/>
              </w:rPr>
              <w:br/>
              <w:t>Infiere e interpreta.</w:t>
            </w:r>
            <w:r w:rsidRPr="00774D49">
              <w:rPr>
                <w:rFonts w:cs="Arial"/>
                <w:sz w:val="12"/>
                <w:lang w:val="es-PE"/>
              </w:rPr>
              <w:br/>
              <w:t>Adecúa, organiza y desarrolla ideas.</w:t>
            </w:r>
            <w:r w:rsidRPr="00774D49">
              <w:rPr>
                <w:rFonts w:cs="Arial"/>
                <w:sz w:val="12"/>
                <w:lang w:val="es-PE"/>
              </w:rPr>
              <w:br/>
              <w:t>Utiliza recursos no verbales.</w:t>
            </w:r>
            <w:r w:rsidRPr="00774D49">
              <w:rPr>
                <w:rFonts w:cs="Arial"/>
                <w:sz w:val="12"/>
                <w:lang w:val="es-PE"/>
              </w:rPr>
              <w:br/>
              <w:t>Interactúa estratégicamente.</w:t>
            </w:r>
          </w:p>
        </w:tc>
        <w:tc>
          <w:tcPr>
            <w:tcW w:w="2379" w:type="dxa"/>
            <w:vAlign w:val="center"/>
          </w:tcPr>
          <w:p w14:paraId="3BA49530" w14:textId="77777777" w:rsidR="00F31495" w:rsidRPr="00774D49" w:rsidRDefault="00F31495">
            <w:pPr>
              <w:rPr>
                <w:rFonts w:cs="Arial"/>
                <w:lang w:val="es-PE"/>
              </w:rPr>
            </w:pPr>
            <w:r w:rsidRPr="00774D49">
              <w:rPr>
                <w:rFonts w:cs="Arial"/>
                <w:sz w:val="12"/>
                <w:lang w:val="es-PE"/>
              </w:rPr>
              <w:t>Expresa sus necesidades, emociones, intereses y da cuenta de algunas experiencias al interactuar con personas de su entorno familiar, escolar o local.</w:t>
            </w:r>
          </w:p>
        </w:tc>
        <w:tc>
          <w:tcPr>
            <w:tcW w:w="2152" w:type="dxa"/>
            <w:vAlign w:val="center"/>
          </w:tcPr>
          <w:p w14:paraId="121D23F4" w14:textId="77777777" w:rsidR="00F31495" w:rsidRPr="002F27F3" w:rsidRDefault="00F31495" w:rsidP="00736A15">
            <w:pPr>
              <w:pStyle w:val="Prrafodelista"/>
              <w:numPr>
                <w:ilvl w:val="0"/>
                <w:numId w:val="150"/>
              </w:numPr>
              <w:tabs>
                <w:tab w:val="clear" w:pos="720"/>
              </w:tabs>
              <w:ind w:left="403"/>
              <w:rPr>
                <w:rFonts w:cs="Arial"/>
                <w:sz w:val="12"/>
                <w:lang w:val="es-PE"/>
              </w:rPr>
            </w:pPr>
            <w:r w:rsidRPr="002F27F3">
              <w:rPr>
                <w:rFonts w:cs="Arial"/>
                <w:sz w:val="12"/>
                <w:lang w:val="es-PE"/>
              </w:rPr>
              <w:t>Comunica necesidades, emociones e intereses mediante gestos, palabras o frases simples durante situaciones cotidianas de juego, cuidado y exploración.</w:t>
            </w:r>
          </w:p>
          <w:p w14:paraId="6AB9CF5C" w14:textId="1934AD3B" w:rsidR="002F27F3" w:rsidRPr="002F27F3" w:rsidRDefault="002F27F3" w:rsidP="00736A15">
            <w:pPr>
              <w:pStyle w:val="Prrafodelista"/>
              <w:numPr>
                <w:ilvl w:val="0"/>
                <w:numId w:val="150"/>
              </w:numPr>
              <w:tabs>
                <w:tab w:val="clear" w:pos="720"/>
              </w:tabs>
              <w:ind w:left="403"/>
              <w:rPr>
                <w:rFonts w:cs="Arial"/>
                <w:sz w:val="12"/>
                <w:lang w:val="es-PE"/>
              </w:rPr>
            </w:pPr>
            <w:r w:rsidRPr="002F27F3">
              <w:rPr>
                <w:rFonts w:cs="Arial"/>
                <w:sz w:val="12"/>
                <w:lang w:val="es-PE"/>
              </w:rPr>
              <w:t>Participa activamente en conversaciones breves respondiendo a preguntas directas o comentando sobre las acciones reales que ejecuta en sus momentos de juego.</w:t>
            </w:r>
          </w:p>
          <w:p w14:paraId="14E66569" w14:textId="4E63A144" w:rsidR="002F27F3" w:rsidRPr="002F27F3" w:rsidRDefault="002F27F3" w:rsidP="00736A15">
            <w:pPr>
              <w:pStyle w:val="Prrafodelista"/>
              <w:numPr>
                <w:ilvl w:val="0"/>
                <w:numId w:val="150"/>
              </w:numPr>
              <w:tabs>
                <w:tab w:val="clear" w:pos="720"/>
              </w:tabs>
              <w:ind w:left="403"/>
              <w:rPr>
                <w:rFonts w:cs="Arial"/>
                <w:sz w:val="12"/>
                <w:lang w:val="es-PE"/>
              </w:rPr>
            </w:pPr>
            <w:r w:rsidRPr="002F27F3">
              <w:rPr>
                <w:rFonts w:cs="Arial"/>
                <w:sz w:val="12"/>
                <w:lang w:val="es-PE"/>
              </w:rPr>
              <w:t>Da cuenta de algunas vivencias personales y relata con sus propias palabras experiencias sencillas que ha experimentado en relación con su entorno familiar, escolar o natural.</w:t>
            </w:r>
          </w:p>
          <w:p w14:paraId="33FC17D2" w14:textId="25D80162" w:rsidR="002F27F3" w:rsidRPr="002F27F3" w:rsidRDefault="002F27F3">
            <w:pPr>
              <w:rPr>
                <w:rFonts w:cs="Arial"/>
                <w:lang w:val="es-PE"/>
              </w:rPr>
            </w:pPr>
          </w:p>
        </w:tc>
        <w:tc>
          <w:tcPr>
            <w:tcW w:w="2548" w:type="dxa"/>
            <w:vAlign w:val="center"/>
          </w:tcPr>
          <w:p w14:paraId="130BBBC0" w14:textId="47243F6B" w:rsidR="002F27F3" w:rsidRDefault="002F27F3">
            <w:pPr>
              <w:rPr>
                <w:rFonts w:cs="Arial"/>
                <w:sz w:val="12"/>
                <w:lang w:val="es-PE"/>
              </w:rPr>
            </w:pPr>
            <w:r w:rsidRPr="002F27F3">
              <w:rPr>
                <w:rFonts w:cs="Arial"/>
                <w:sz w:val="12"/>
                <w:lang w:val="es-PE"/>
              </w:rPr>
              <w:t>Expresa de forma gestual o verbal lo que necesita durante las rutinas de cuidado, alimentación e higiene de la jornada.</w:t>
            </w:r>
            <w:r w:rsidRPr="002F27F3">
              <w:rPr>
                <w:rFonts w:cs="Arial"/>
                <w:sz w:val="12"/>
                <w:lang w:val="es-PE"/>
              </w:rPr>
              <w:t xml:space="preserve"> </w:t>
            </w:r>
          </w:p>
          <w:p w14:paraId="6C09025F" w14:textId="77777777" w:rsidR="002F27F3" w:rsidRDefault="002F27F3">
            <w:pPr>
              <w:rPr>
                <w:rFonts w:cs="Arial"/>
                <w:sz w:val="12"/>
                <w:lang w:val="es-PE"/>
              </w:rPr>
            </w:pPr>
            <w:r w:rsidRPr="002F27F3">
              <w:rPr>
                <w:rFonts w:cs="Arial"/>
                <w:sz w:val="12"/>
                <w:lang w:val="es-PE"/>
              </w:rPr>
              <w:t>Responde con palabras claras o frases simples a preguntas sencillas formuladas por la docente sobre lo que está haciendo o construyendo.</w:t>
            </w:r>
          </w:p>
          <w:p w14:paraId="726B4B4D" w14:textId="77777777" w:rsidR="002F27F3" w:rsidRDefault="002F27F3">
            <w:pPr>
              <w:rPr>
                <w:rFonts w:cs="Arial"/>
                <w:sz w:val="12"/>
                <w:lang w:val="es-PE"/>
              </w:rPr>
            </w:pPr>
            <w:r w:rsidRPr="002F27F3">
              <w:rPr>
                <w:rFonts w:cs="Arial"/>
                <w:sz w:val="12"/>
                <w:lang w:val="es-PE"/>
              </w:rPr>
              <w:t>Mantiene el hilo de una conversación corta con un compañero de equipo mientras manipulan los mismos recursos lúdicos.</w:t>
            </w:r>
          </w:p>
          <w:p w14:paraId="01FB3AA9" w14:textId="77777777" w:rsidR="002F27F3" w:rsidRDefault="002F27F3">
            <w:pPr>
              <w:rPr>
                <w:rFonts w:cs="Arial"/>
                <w:sz w:val="12"/>
                <w:lang w:val="es-PE"/>
              </w:rPr>
            </w:pPr>
            <w:r w:rsidRPr="002F27F3">
              <w:rPr>
                <w:rFonts w:cs="Arial"/>
                <w:sz w:val="12"/>
                <w:lang w:val="es-PE"/>
              </w:rPr>
              <w:t>Interviene en la asamblea inicial o final respondiendo con gestos o palabras a las provocaciones de la docente.</w:t>
            </w:r>
          </w:p>
          <w:p w14:paraId="2DC58065" w14:textId="77777777" w:rsidR="002F27F3" w:rsidRDefault="002F27F3">
            <w:pPr>
              <w:rPr>
                <w:rFonts w:cs="Arial"/>
                <w:sz w:val="12"/>
                <w:lang w:val="es-PE"/>
              </w:rPr>
            </w:pPr>
            <w:r w:rsidRPr="002F27F3">
              <w:rPr>
                <w:rFonts w:cs="Arial"/>
                <w:sz w:val="12"/>
                <w:lang w:val="es-PE"/>
              </w:rPr>
              <w:t>Comenta con palabras o frases breves una experiencia significativa vivida con la naturaleza (fui al parque, vi un pajarito).</w:t>
            </w:r>
          </w:p>
          <w:p w14:paraId="692AB4C5" w14:textId="7B3E4A29" w:rsidR="002F27F3" w:rsidRPr="002F27F3" w:rsidRDefault="002F27F3">
            <w:pPr>
              <w:rPr>
                <w:rFonts w:cs="Arial"/>
                <w:sz w:val="12"/>
                <w:lang w:val="es-PE"/>
              </w:rPr>
            </w:pPr>
            <w:r w:rsidRPr="002F27F3">
              <w:rPr>
                <w:rFonts w:cs="Arial"/>
                <w:sz w:val="12"/>
                <w:lang w:val="es-PE"/>
              </w:rPr>
              <w:t>Menciona de qué manera celebra o juega con su familia cuando observa fotografías de la comunidad en el panel visual.</w:t>
            </w:r>
          </w:p>
        </w:tc>
      </w:tr>
      <w:tr w:rsidR="00F31495" w:rsidRPr="00774D49" w14:paraId="42F2CA50" w14:textId="77777777" w:rsidTr="0094516D">
        <w:trPr>
          <w:jc w:val="center"/>
        </w:trPr>
        <w:tc>
          <w:tcPr>
            <w:tcW w:w="8892" w:type="dxa"/>
            <w:gridSpan w:val="4"/>
            <w:shd w:val="clear" w:color="auto" w:fill="66FFFF"/>
            <w:vAlign w:val="center"/>
          </w:tcPr>
          <w:p w14:paraId="572BB605" w14:textId="48487225" w:rsidR="00F31495" w:rsidRPr="00774D49" w:rsidRDefault="00F31495" w:rsidP="00F9621B">
            <w:pPr>
              <w:jc w:val="center"/>
              <w:rPr>
                <w:rFonts w:cs="Arial"/>
                <w:sz w:val="12"/>
                <w:lang w:val="es-PE"/>
              </w:rPr>
            </w:pPr>
            <w:r w:rsidRPr="00774D49">
              <w:rPr>
                <w:rFonts w:cs="Arial"/>
                <w:b/>
                <w:sz w:val="12"/>
                <w:lang w:val="es-PE"/>
              </w:rPr>
              <w:t>COMPETENCIA: Lee diversos tipos de textos en su lengua materna</w:t>
            </w:r>
          </w:p>
        </w:tc>
      </w:tr>
      <w:tr w:rsidR="00F31495" w:rsidRPr="00774D49" w14:paraId="679C7658" w14:textId="77777777" w:rsidTr="00F9621B">
        <w:trPr>
          <w:jc w:val="center"/>
        </w:trPr>
        <w:tc>
          <w:tcPr>
            <w:tcW w:w="1813" w:type="dxa"/>
            <w:vAlign w:val="center"/>
          </w:tcPr>
          <w:p w14:paraId="49DF59ED" w14:textId="77777777" w:rsidR="00F31495" w:rsidRPr="00774D49" w:rsidRDefault="00F31495">
            <w:pPr>
              <w:rPr>
                <w:rFonts w:cs="Arial"/>
                <w:lang w:val="es-PE"/>
              </w:rPr>
            </w:pPr>
            <w:r w:rsidRPr="00774D49">
              <w:rPr>
                <w:rFonts w:cs="Arial"/>
                <w:sz w:val="12"/>
                <w:lang w:val="es-PE"/>
              </w:rPr>
              <w:t>Obtiene información del texto escrito.</w:t>
            </w:r>
            <w:r w:rsidRPr="00774D49">
              <w:rPr>
                <w:rFonts w:cs="Arial"/>
                <w:sz w:val="12"/>
                <w:lang w:val="es-PE"/>
              </w:rPr>
              <w:br/>
              <w:t>Infiere e interpreta.</w:t>
            </w:r>
            <w:r w:rsidRPr="00774D49">
              <w:rPr>
                <w:rFonts w:cs="Arial"/>
                <w:sz w:val="12"/>
                <w:lang w:val="es-PE"/>
              </w:rPr>
              <w:br/>
              <w:t>Reflexiona y evalúa.</w:t>
            </w:r>
          </w:p>
        </w:tc>
        <w:tc>
          <w:tcPr>
            <w:tcW w:w="2379" w:type="dxa"/>
            <w:vAlign w:val="center"/>
          </w:tcPr>
          <w:p w14:paraId="1889BD48" w14:textId="77777777" w:rsidR="00F31495" w:rsidRPr="00774D49" w:rsidRDefault="00F31495">
            <w:pPr>
              <w:rPr>
                <w:rFonts w:cs="Arial"/>
                <w:lang w:val="es-PE"/>
              </w:rPr>
            </w:pPr>
            <w:r w:rsidRPr="00774D49">
              <w:rPr>
                <w:rFonts w:cs="Arial"/>
                <w:sz w:val="12"/>
                <w:lang w:val="es-PE"/>
              </w:rPr>
              <w:t>Identifica características de personas, personajes, animales u objetos a partir de lo que observa en las ilustraciones cuando explora cuentos, etiquetas, carteles, que se presentan en variados soportes.</w:t>
            </w:r>
          </w:p>
        </w:tc>
        <w:tc>
          <w:tcPr>
            <w:tcW w:w="2152" w:type="dxa"/>
            <w:vAlign w:val="center"/>
          </w:tcPr>
          <w:p w14:paraId="41BB1FE1" w14:textId="77777777" w:rsidR="00F31495" w:rsidRDefault="00F31495">
            <w:pPr>
              <w:rPr>
                <w:rFonts w:cs="Arial"/>
                <w:sz w:val="12"/>
                <w:lang w:val="es-PE"/>
              </w:rPr>
            </w:pPr>
            <w:r w:rsidRPr="00774D49">
              <w:rPr>
                <w:rFonts w:cs="Arial"/>
                <w:sz w:val="12"/>
                <w:lang w:val="es-PE"/>
              </w:rPr>
              <w:t>Explora cuentos, láminas y carteles sobre naturaleza obteniendo información a partir de lo que observa durante lectura compartida.</w:t>
            </w:r>
          </w:p>
          <w:p w14:paraId="7742E3BB" w14:textId="77777777" w:rsidR="002F27F3" w:rsidRDefault="002F27F3">
            <w:pPr>
              <w:rPr>
                <w:rFonts w:cs="Arial"/>
                <w:sz w:val="12"/>
                <w:lang w:val="es-PE"/>
              </w:rPr>
            </w:pPr>
            <w:r w:rsidRPr="002F27F3">
              <w:rPr>
                <w:rFonts w:cs="Arial"/>
                <w:sz w:val="12"/>
                <w:lang w:val="es-PE"/>
              </w:rPr>
              <w:t>Identifica y nombra características de personas, personajes, animales u objetos a partir de la observación directa de las ilustraciones en lecturas compartidas.</w:t>
            </w:r>
          </w:p>
          <w:p w14:paraId="772F2102" w14:textId="52F88E1B" w:rsidR="002F27F3" w:rsidRPr="002F27F3" w:rsidRDefault="002F27F3">
            <w:pPr>
              <w:rPr>
                <w:rFonts w:cs="Arial"/>
                <w:lang w:val="es-PE"/>
              </w:rPr>
            </w:pPr>
            <w:r w:rsidRPr="002F27F3">
              <w:rPr>
                <w:rFonts w:cs="Arial"/>
                <w:sz w:val="12"/>
                <w:lang w:val="es-PE"/>
              </w:rPr>
              <w:t>Anticipa de qué tratará el texto o comenta las situaciones de la historia con apoyo de las imágenes antes y durante la lectura, manifestando las emociones que esta le genera.</w:t>
            </w:r>
          </w:p>
        </w:tc>
        <w:tc>
          <w:tcPr>
            <w:tcW w:w="2548" w:type="dxa"/>
            <w:vAlign w:val="center"/>
          </w:tcPr>
          <w:p w14:paraId="696FA3B6" w14:textId="77777777" w:rsidR="002F27F3" w:rsidRDefault="002F27F3">
            <w:pPr>
              <w:rPr>
                <w:rFonts w:cs="Arial"/>
                <w:sz w:val="12"/>
                <w:lang w:val="es-PE"/>
              </w:rPr>
            </w:pPr>
            <w:r w:rsidRPr="002F27F3">
              <w:rPr>
                <w:rFonts w:cs="Arial"/>
                <w:sz w:val="12"/>
                <w:lang w:val="es-PE"/>
              </w:rPr>
              <w:t>Selecciona de manera totalmente autónoma un libro o cartel del estante bajo del sector de lectura para observar su contenido gráfico.</w:t>
            </w:r>
          </w:p>
          <w:p w14:paraId="6E5BFA66" w14:textId="77777777" w:rsidR="00F31495" w:rsidRDefault="002F27F3">
            <w:pPr>
              <w:rPr>
                <w:rFonts w:cs="Arial"/>
                <w:sz w:val="12"/>
                <w:lang w:val="es-PE"/>
              </w:rPr>
            </w:pPr>
            <w:r w:rsidRPr="002F27F3">
              <w:rPr>
                <w:rFonts w:cs="Arial"/>
                <w:sz w:val="12"/>
                <w:lang w:val="es-PE"/>
              </w:rPr>
              <w:t>Señala con curiosidad las etiquetas o letras familiares distribuidas en los diferentes escenarios de juego del aula.</w:t>
            </w:r>
          </w:p>
          <w:p w14:paraId="6F5E832F" w14:textId="77777777" w:rsidR="002F27F3" w:rsidRDefault="002F27F3">
            <w:pPr>
              <w:rPr>
                <w:rFonts w:cs="Arial"/>
                <w:sz w:val="12"/>
                <w:lang w:val="es-PE"/>
              </w:rPr>
            </w:pPr>
            <w:r w:rsidRPr="002F27F3">
              <w:rPr>
                <w:rFonts w:cs="Arial"/>
                <w:sz w:val="12"/>
                <w:lang w:val="es-PE"/>
              </w:rPr>
              <w:t>Señala o nombra plantas, animales, hojas, lluvia u objetos específicos que descubre en los cuentos, etiquetas o láminas didácticas.</w:t>
            </w:r>
          </w:p>
          <w:p w14:paraId="7E282061" w14:textId="77777777" w:rsidR="002F27F3" w:rsidRPr="002F27F3" w:rsidRDefault="002F27F3">
            <w:pPr>
              <w:rPr>
                <w:rFonts w:cs="Arial"/>
                <w:sz w:val="12"/>
                <w:lang w:val="es-PE"/>
              </w:rPr>
            </w:pPr>
            <w:r w:rsidRPr="002F27F3">
              <w:rPr>
                <w:rFonts w:cs="Arial"/>
                <w:sz w:val="12"/>
                <w:lang w:val="es-PE"/>
              </w:rPr>
              <w:t>Comenta con apoyo de la docente quién aparece o qué sucede en una imagen antes de finalizar el relato oral.</w:t>
            </w:r>
          </w:p>
          <w:p w14:paraId="175668A5" w14:textId="77777777" w:rsidR="002F27F3" w:rsidRPr="002F27F3" w:rsidRDefault="002F27F3">
            <w:pPr>
              <w:rPr>
                <w:rFonts w:cs="Arial"/>
                <w:sz w:val="12"/>
                <w:lang w:val="es-PE"/>
              </w:rPr>
            </w:pPr>
            <w:r w:rsidRPr="002F27F3">
              <w:rPr>
                <w:rFonts w:cs="Arial"/>
                <w:sz w:val="12"/>
                <w:lang w:val="es-PE"/>
              </w:rPr>
              <w:t>Expresa de forma verbal o a través de gestos faciales sus hipótesis sobre el final de la historia mirando la portada del cuento.</w:t>
            </w:r>
          </w:p>
          <w:p w14:paraId="66125039" w14:textId="646F27CA" w:rsidR="002F27F3" w:rsidRPr="002F27F3" w:rsidRDefault="002F27F3">
            <w:pPr>
              <w:rPr>
                <w:rFonts w:cs="Arial"/>
                <w:lang w:val="es-PE"/>
              </w:rPr>
            </w:pPr>
            <w:r w:rsidRPr="002F27F3">
              <w:rPr>
                <w:rFonts w:cs="Arial"/>
                <w:sz w:val="12"/>
                <w:lang w:val="es-PE"/>
              </w:rPr>
              <w:t>Manifiesta agrado, sorpresa, miedo o risa espontánea ante los sucesos o personajes que descubre en la narración iconográfica.</w:t>
            </w:r>
          </w:p>
        </w:tc>
      </w:tr>
      <w:tr w:rsidR="00F31495" w:rsidRPr="00774D49" w14:paraId="553E9106" w14:textId="77777777" w:rsidTr="0094516D">
        <w:trPr>
          <w:jc w:val="center"/>
        </w:trPr>
        <w:tc>
          <w:tcPr>
            <w:tcW w:w="8892" w:type="dxa"/>
            <w:gridSpan w:val="4"/>
            <w:shd w:val="clear" w:color="auto" w:fill="66FFFF"/>
            <w:vAlign w:val="center"/>
          </w:tcPr>
          <w:p w14:paraId="7327B458" w14:textId="069AB92E" w:rsidR="00F31495" w:rsidRPr="00774D49" w:rsidRDefault="00F31495" w:rsidP="00F9621B">
            <w:pPr>
              <w:jc w:val="center"/>
              <w:rPr>
                <w:rFonts w:cs="Arial"/>
                <w:sz w:val="12"/>
                <w:lang w:val="es-PE"/>
              </w:rPr>
            </w:pPr>
            <w:r w:rsidRPr="00774D49">
              <w:rPr>
                <w:rFonts w:cs="Arial"/>
                <w:b/>
                <w:sz w:val="12"/>
                <w:lang w:val="es-PE"/>
              </w:rPr>
              <w:t>COMPETENCIA: Crea proyectos desde los lenguajes artísticos</w:t>
            </w:r>
          </w:p>
        </w:tc>
      </w:tr>
      <w:tr w:rsidR="00F31495" w:rsidRPr="00774D49" w14:paraId="12C67DD5" w14:textId="77777777" w:rsidTr="00F9621B">
        <w:trPr>
          <w:jc w:val="center"/>
        </w:trPr>
        <w:tc>
          <w:tcPr>
            <w:tcW w:w="1813" w:type="dxa"/>
            <w:vAlign w:val="center"/>
          </w:tcPr>
          <w:p w14:paraId="38C5582C" w14:textId="77777777" w:rsidR="00F31495" w:rsidRPr="00774D49" w:rsidRDefault="00F31495">
            <w:pPr>
              <w:rPr>
                <w:rFonts w:cs="Arial"/>
                <w:lang w:val="es-PE"/>
              </w:rPr>
            </w:pPr>
            <w:r w:rsidRPr="00774D49">
              <w:rPr>
                <w:rFonts w:cs="Arial"/>
                <w:sz w:val="12"/>
                <w:lang w:val="es-PE"/>
              </w:rPr>
              <w:t>Explora y experimenta lenguajes del arte.</w:t>
            </w:r>
            <w:r w:rsidRPr="00774D49">
              <w:rPr>
                <w:rFonts w:cs="Arial"/>
                <w:sz w:val="12"/>
                <w:lang w:val="es-PE"/>
              </w:rPr>
              <w:br/>
              <w:t>Aplica procesos creativos.</w:t>
            </w:r>
            <w:r w:rsidRPr="00774D49">
              <w:rPr>
                <w:rFonts w:cs="Arial"/>
                <w:sz w:val="12"/>
                <w:lang w:val="es-PE"/>
              </w:rPr>
              <w:br/>
              <w:t>Socializa procesos y proyectos.</w:t>
            </w:r>
          </w:p>
        </w:tc>
        <w:tc>
          <w:tcPr>
            <w:tcW w:w="2379" w:type="dxa"/>
            <w:vAlign w:val="center"/>
          </w:tcPr>
          <w:p w14:paraId="05D46748" w14:textId="78C7B9C9" w:rsidR="00F31495" w:rsidRPr="00774D49" w:rsidRDefault="00F31495">
            <w:pPr>
              <w:rPr>
                <w:rFonts w:cs="Arial"/>
                <w:lang w:val="es-PE"/>
              </w:rPr>
            </w:pPr>
            <w:r w:rsidRPr="00774D49">
              <w:rPr>
                <w:rFonts w:cs="Arial"/>
                <w:sz w:val="12"/>
                <w:lang w:val="es-PE"/>
              </w:rPr>
              <w:t xml:space="preserve">Explora por iniciativa propia diversos materiales de acuerdo con sus necesidades e intereses. </w:t>
            </w:r>
          </w:p>
        </w:tc>
        <w:tc>
          <w:tcPr>
            <w:tcW w:w="2152" w:type="dxa"/>
            <w:vAlign w:val="center"/>
          </w:tcPr>
          <w:p w14:paraId="00201327" w14:textId="77777777" w:rsidR="00F31495" w:rsidRDefault="00F31495">
            <w:pPr>
              <w:rPr>
                <w:rFonts w:cs="Arial"/>
                <w:sz w:val="12"/>
                <w:lang w:val="es-PE"/>
              </w:rPr>
            </w:pPr>
            <w:r w:rsidRPr="00774D49">
              <w:rPr>
                <w:rFonts w:cs="Arial"/>
                <w:sz w:val="12"/>
                <w:lang w:val="es-PE"/>
              </w:rPr>
              <w:t>Explora materiales naturales y artísticos experimentando sus posibilidades expresivas durante actividades de juego y creación libre.</w:t>
            </w:r>
          </w:p>
          <w:p w14:paraId="3EEC39EF" w14:textId="77777777" w:rsidR="00963D6B" w:rsidRDefault="00963D6B">
            <w:pPr>
              <w:rPr>
                <w:rFonts w:cs="Arial"/>
                <w:sz w:val="12"/>
                <w:lang w:val="es-PE"/>
              </w:rPr>
            </w:pPr>
            <w:r w:rsidRPr="00963D6B">
              <w:rPr>
                <w:rFonts w:cs="Arial"/>
                <w:sz w:val="12"/>
                <w:lang w:val="es-PE"/>
              </w:rPr>
              <w:t>Manipula y experimenta por iniciativa propia con una variedad de materiales naturales y artísticos abiertos, descubriendo sus posibilidades plásticas según sus intereses.</w:t>
            </w:r>
          </w:p>
          <w:p w14:paraId="6E48A8EE" w14:textId="77777777" w:rsidR="00963D6B" w:rsidRDefault="00963D6B">
            <w:pPr>
              <w:rPr>
                <w:rFonts w:cs="Arial"/>
                <w:sz w:val="12"/>
                <w:lang w:val="es-PE"/>
              </w:rPr>
            </w:pPr>
            <w:r w:rsidRPr="00963D6B">
              <w:rPr>
                <w:rFonts w:cs="Arial"/>
                <w:sz w:val="12"/>
                <w:lang w:val="es-PE"/>
              </w:rPr>
              <w:t>Realiza marcas, trazos y creaciones tridimensionales de forma totalmente libre sobre soportes variados, priorizando el proceso creativo y el disfrute del color sin modelos rígidos.</w:t>
            </w:r>
          </w:p>
          <w:p w14:paraId="408AD9B9" w14:textId="43D4FD09" w:rsidR="00963D6B" w:rsidRPr="00963D6B" w:rsidRDefault="00963D6B">
            <w:pPr>
              <w:rPr>
                <w:rFonts w:cs="Arial"/>
                <w:lang w:val="es-PE"/>
              </w:rPr>
            </w:pPr>
            <w:r w:rsidRPr="00963D6B">
              <w:rPr>
                <w:rFonts w:cs="Arial"/>
                <w:sz w:val="12"/>
                <w:lang w:val="es-PE"/>
              </w:rPr>
              <w:lastRenderedPageBreak/>
              <w:t>Muestra o comenta de forma espontánea sus producciones plásticas y descubrimientos artísticos compartiendo su experiencia con la docente y sus pares.</w:t>
            </w:r>
          </w:p>
        </w:tc>
        <w:tc>
          <w:tcPr>
            <w:tcW w:w="2548" w:type="dxa"/>
            <w:vAlign w:val="center"/>
          </w:tcPr>
          <w:p w14:paraId="47DD25D0" w14:textId="77777777" w:rsidR="00963D6B" w:rsidRDefault="00963D6B">
            <w:pPr>
              <w:rPr>
                <w:rFonts w:cs="Arial"/>
                <w:sz w:val="12"/>
                <w:lang w:val="es-PE"/>
              </w:rPr>
            </w:pPr>
            <w:r w:rsidRPr="00963D6B">
              <w:rPr>
                <w:rFonts w:cs="Arial"/>
                <w:sz w:val="12"/>
                <w:lang w:val="es-PE"/>
              </w:rPr>
              <w:lastRenderedPageBreak/>
              <w:t>Manipula pintura, hojas, tierra, agua, crayolas, masa casera, papel, carbón o telas experimentando sus texturas con las manos.</w:t>
            </w:r>
          </w:p>
          <w:p w14:paraId="50EA66A6" w14:textId="77777777" w:rsidR="00963D6B" w:rsidRDefault="00963D6B">
            <w:pPr>
              <w:rPr>
                <w:rFonts w:cs="Arial"/>
                <w:sz w:val="12"/>
                <w:lang w:val="es-PE"/>
              </w:rPr>
            </w:pPr>
            <w:r w:rsidRPr="00963D6B">
              <w:rPr>
                <w:rFonts w:cs="Arial"/>
                <w:sz w:val="12"/>
                <w:lang w:val="es-PE"/>
              </w:rPr>
              <w:t>Mezcla de forma libre elementos secos y húmedos (agua y tierra, témpera y harina) para descubrir nuevos efectos sensoriales sobre la mesa.</w:t>
            </w:r>
          </w:p>
          <w:p w14:paraId="2230EDBC" w14:textId="77777777" w:rsidR="00F31495" w:rsidRDefault="00963D6B">
            <w:pPr>
              <w:rPr>
                <w:rFonts w:cs="Arial"/>
                <w:sz w:val="12"/>
                <w:lang w:val="es-PE"/>
              </w:rPr>
            </w:pPr>
            <w:r w:rsidRPr="00963D6B">
              <w:rPr>
                <w:rFonts w:cs="Arial"/>
                <w:sz w:val="12"/>
                <w:lang w:val="es-PE"/>
              </w:rPr>
              <w:t>Selecciona las herramientas plásticas de su preferencia (brochas, esponjas, rodillos) para iniciar una exploración gráfica autónoma.</w:t>
            </w:r>
          </w:p>
          <w:p w14:paraId="3A248161" w14:textId="77777777" w:rsidR="00963D6B" w:rsidRPr="00963D6B" w:rsidRDefault="00963D6B">
            <w:pPr>
              <w:rPr>
                <w:rFonts w:cs="Arial"/>
                <w:sz w:val="12"/>
                <w:lang w:val="es-PE"/>
              </w:rPr>
            </w:pPr>
            <w:r w:rsidRPr="00963D6B">
              <w:rPr>
                <w:rFonts w:cs="Arial"/>
                <w:sz w:val="12"/>
                <w:lang w:val="es-PE"/>
              </w:rPr>
              <w:t>Estampa las formas de las hojas, tapas o esponjas sobre el papel de manera espontánea y repetitiva combinando colores de su agrado.</w:t>
            </w:r>
          </w:p>
          <w:p w14:paraId="7B32482A" w14:textId="77777777" w:rsidR="00963D6B" w:rsidRDefault="00963D6B">
            <w:pPr>
              <w:rPr>
                <w:rFonts w:cs="Arial"/>
                <w:sz w:val="12"/>
                <w:lang w:val="es-PE"/>
              </w:rPr>
            </w:pPr>
            <w:r w:rsidRPr="00963D6B">
              <w:rPr>
                <w:rFonts w:cs="Arial"/>
                <w:sz w:val="12"/>
                <w:lang w:val="es-PE"/>
              </w:rPr>
              <w:lastRenderedPageBreak/>
              <w:t>Moldea la masa casera dándole formas volumétricas libres con sus dedos, palmas y moldes abiertos en las mesas de trabajo.</w:t>
            </w:r>
          </w:p>
          <w:p w14:paraId="29CF5A43" w14:textId="1411465C" w:rsidR="00963D6B" w:rsidRPr="00963D6B" w:rsidRDefault="00963D6B">
            <w:pPr>
              <w:rPr>
                <w:rFonts w:cs="Arial"/>
                <w:lang w:val="es-PE"/>
              </w:rPr>
            </w:pPr>
            <w:r w:rsidRPr="00963D6B">
              <w:rPr>
                <w:rFonts w:cs="Arial"/>
                <w:sz w:val="12"/>
                <w:lang w:val="es-PE"/>
              </w:rPr>
              <w:t>Muestra o comenta su producción terminada con apoyo de la docente, utilizando palabras cortas o gestos expresivos para señalar su obra.</w:t>
            </w:r>
          </w:p>
        </w:tc>
      </w:tr>
      <w:tr w:rsidR="00F31495" w:rsidRPr="00774D49" w14:paraId="5F75DBDB" w14:textId="77777777" w:rsidTr="0094516D">
        <w:trPr>
          <w:jc w:val="center"/>
        </w:trPr>
        <w:tc>
          <w:tcPr>
            <w:tcW w:w="8892" w:type="dxa"/>
            <w:gridSpan w:val="4"/>
            <w:shd w:val="clear" w:color="auto" w:fill="66FF66"/>
            <w:vAlign w:val="center"/>
          </w:tcPr>
          <w:p w14:paraId="59565132" w14:textId="5F163ABB" w:rsidR="00F31495" w:rsidRPr="00774D49" w:rsidRDefault="00F31495" w:rsidP="00F9621B">
            <w:pPr>
              <w:jc w:val="center"/>
              <w:rPr>
                <w:rFonts w:cs="Arial"/>
                <w:sz w:val="12"/>
                <w:lang w:val="es-PE"/>
              </w:rPr>
            </w:pPr>
            <w:r w:rsidRPr="00774D49">
              <w:rPr>
                <w:rFonts w:cs="Arial"/>
                <w:b/>
                <w:sz w:val="12"/>
                <w:lang w:val="es-PE"/>
              </w:rPr>
              <w:lastRenderedPageBreak/>
              <w:t>ÁREA: Ciencia y Tecnología</w:t>
            </w:r>
          </w:p>
        </w:tc>
      </w:tr>
      <w:tr w:rsidR="00F31495" w:rsidRPr="00774D49" w14:paraId="74E82245" w14:textId="77777777" w:rsidTr="0094516D">
        <w:trPr>
          <w:jc w:val="center"/>
        </w:trPr>
        <w:tc>
          <w:tcPr>
            <w:tcW w:w="8892" w:type="dxa"/>
            <w:gridSpan w:val="4"/>
            <w:shd w:val="clear" w:color="auto" w:fill="66FF66"/>
            <w:vAlign w:val="center"/>
          </w:tcPr>
          <w:p w14:paraId="7FC99F10" w14:textId="317548B3" w:rsidR="00F31495" w:rsidRPr="00774D49" w:rsidRDefault="00F31495" w:rsidP="00F9621B">
            <w:pPr>
              <w:jc w:val="center"/>
              <w:rPr>
                <w:rFonts w:cs="Arial"/>
                <w:sz w:val="12"/>
                <w:lang w:val="es-PE"/>
              </w:rPr>
            </w:pPr>
            <w:r w:rsidRPr="00774D49">
              <w:rPr>
                <w:rFonts w:cs="Arial"/>
                <w:b/>
                <w:sz w:val="12"/>
                <w:lang w:val="es-PE"/>
              </w:rPr>
              <w:t>COMPETENCIA: Indaga mediante métodos científicos para construir sus conocimientos</w:t>
            </w:r>
          </w:p>
        </w:tc>
      </w:tr>
      <w:tr w:rsidR="00F31495" w:rsidRPr="00774D49" w14:paraId="47CB208A" w14:textId="77777777" w:rsidTr="00F9621B">
        <w:trPr>
          <w:jc w:val="center"/>
        </w:trPr>
        <w:tc>
          <w:tcPr>
            <w:tcW w:w="1813" w:type="dxa"/>
            <w:vAlign w:val="center"/>
          </w:tcPr>
          <w:p w14:paraId="238DFE87" w14:textId="77777777" w:rsidR="00F31495" w:rsidRPr="00774D49" w:rsidRDefault="00F31495">
            <w:pPr>
              <w:rPr>
                <w:rFonts w:cs="Arial"/>
                <w:lang w:val="es-PE"/>
              </w:rPr>
            </w:pPr>
            <w:r w:rsidRPr="00774D49">
              <w:rPr>
                <w:rFonts w:cs="Arial"/>
                <w:sz w:val="12"/>
                <w:lang w:val="es-PE"/>
              </w:rPr>
              <w:t>Problematiza situaciones.</w:t>
            </w:r>
            <w:r w:rsidRPr="00774D49">
              <w:rPr>
                <w:rFonts w:cs="Arial"/>
                <w:sz w:val="12"/>
                <w:lang w:val="es-PE"/>
              </w:rPr>
              <w:br/>
              <w:t>Diseña estrategias.</w:t>
            </w:r>
            <w:r w:rsidRPr="00774D49">
              <w:rPr>
                <w:rFonts w:cs="Arial"/>
                <w:sz w:val="12"/>
                <w:lang w:val="es-PE"/>
              </w:rPr>
              <w:br/>
              <w:t>Genera y registra datos.</w:t>
            </w:r>
            <w:r w:rsidRPr="00774D49">
              <w:rPr>
                <w:rFonts w:cs="Arial"/>
                <w:sz w:val="12"/>
                <w:lang w:val="es-PE"/>
              </w:rPr>
              <w:br/>
              <w:t>Analiza datos.</w:t>
            </w:r>
            <w:r w:rsidRPr="00774D49">
              <w:rPr>
                <w:rFonts w:cs="Arial"/>
                <w:sz w:val="12"/>
                <w:lang w:val="es-PE"/>
              </w:rPr>
              <w:br/>
              <w:t>Evalúa y comunica.</w:t>
            </w:r>
          </w:p>
        </w:tc>
        <w:tc>
          <w:tcPr>
            <w:tcW w:w="2379" w:type="dxa"/>
            <w:vAlign w:val="center"/>
          </w:tcPr>
          <w:p w14:paraId="196A489A" w14:textId="69A1A1C4" w:rsidR="00F31495" w:rsidRPr="00774D49" w:rsidRDefault="00F31495">
            <w:pPr>
              <w:rPr>
                <w:rFonts w:cs="Arial"/>
                <w:lang w:val="es-PE"/>
              </w:rPr>
            </w:pPr>
            <w:r w:rsidRPr="00774D49">
              <w:rPr>
                <w:rFonts w:cs="Arial"/>
                <w:sz w:val="12"/>
                <w:lang w:val="es-PE"/>
              </w:rPr>
              <w:t>Obtiene información sobre las características de los objetos y materiales que explora a través de sus sentidos.</w:t>
            </w:r>
          </w:p>
        </w:tc>
        <w:tc>
          <w:tcPr>
            <w:tcW w:w="2152" w:type="dxa"/>
            <w:vAlign w:val="center"/>
          </w:tcPr>
          <w:p w14:paraId="000E0452" w14:textId="77777777" w:rsidR="00F31495" w:rsidRDefault="009C649B">
            <w:pPr>
              <w:rPr>
                <w:rFonts w:cs="Arial"/>
                <w:sz w:val="12"/>
                <w:lang w:val="es-PE"/>
              </w:rPr>
            </w:pPr>
            <w:r w:rsidRPr="009C649B">
              <w:rPr>
                <w:rFonts w:cs="Arial"/>
                <w:sz w:val="12"/>
                <w:lang w:val="es-PE"/>
              </w:rPr>
              <w:t>Explora objetos, seres vivos y materiales de su entorno natural, obteniendo información directa de sus características físicas a través del uso integrado de todos sus sentidos.</w:t>
            </w:r>
          </w:p>
          <w:p w14:paraId="14346D2F" w14:textId="77777777" w:rsidR="009C649B" w:rsidRPr="009C649B" w:rsidRDefault="009C649B">
            <w:pPr>
              <w:rPr>
                <w:rFonts w:cs="Arial"/>
                <w:sz w:val="12"/>
                <w:lang w:val="es-PE"/>
              </w:rPr>
            </w:pPr>
            <w:r w:rsidRPr="009C649B">
              <w:rPr>
                <w:rFonts w:cs="Arial"/>
                <w:sz w:val="12"/>
                <w:lang w:val="es-PE"/>
              </w:rPr>
              <w:t>Describe las características y propiedades de los elementos que explora, empleando gestos, acciones corporales o un vocabulario inicial para manifestar lo percibido.</w:t>
            </w:r>
          </w:p>
          <w:p w14:paraId="1D700155" w14:textId="2E5C9242" w:rsidR="009C649B" w:rsidRPr="009C649B" w:rsidRDefault="009C649B">
            <w:pPr>
              <w:rPr>
                <w:rFonts w:cs="Arial"/>
                <w:lang w:val="es-PE"/>
              </w:rPr>
            </w:pPr>
            <w:r w:rsidRPr="009C649B">
              <w:rPr>
                <w:rFonts w:cs="Arial"/>
                <w:sz w:val="12"/>
                <w:lang w:val="es-PE"/>
              </w:rPr>
              <w:t>Incorpora de manera autónoma el uso de herramientas sencillas de exploración para potenciar la obtención de información sobre los materiales de la naturaleza.</w:t>
            </w:r>
          </w:p>
        </w:tc>
        <w:tc>
          <w:tcPr>
            <w:tcW w:w="2548" w:type="dxa"/>
            <w:vAlign w:val="center"/>
          </w:tcPr>
          <w:p w14:paraId="2C778FEB" w14:textId="77777777" w:rsidR="009C649B" w:rsidRDefault="009C649B">
            <w:pPr>
              <w:rPr>
                <w:rFonts w:cs="Arial"/>
                <w:sz w:val="12"/>
                <w:lang w:val="es-PE"/>
              </w:rPr>
            </w:pPr>
            <w:r w:rsidRPr="009C649B">
              <w:rPr>
                <w:rFonts w:cs="Arial"/>
                <w:sz w:val="12"/>
                <w:lang w:val="es-PE"/>
              </w:rPr>
              <w:t>Manipula, observa, huele, toca o compara hojas, piedras, tierra, agua, semillas, cortezas o flores secas en las bandejas sensoriales.</w:t>
            </w:r>
          </w:p>
          <w:p w14:paraId="79532D86" w14:textId="77777777" w:rsidR="009C649B" w:rsidRDefault="009C649B">
            <w:pPr>
              <w:rPr>
                <w:rFonts w:cs="Arial"/>
                <w:sz w:val="12"/>
                <w:lang w:val="es-PE"/>
              </w:rPr>
            </w:pPr>
            <w:r w:rsidRPr="009C649B">
              <w:rPr>
                <w:rFonts w:cs="Arial"/>
                <w:sz w:val="12"/>
                <w:lang w:val="es-PE"/>
              </w:rPr>
              <w:t>Utiliza el sentido del tacto y la vista de manera intencional para percibir los cambios físicos en los recursos naturales que recolecta en el aula.</w:t>
            </w:r>
          </w:p>
          <w:p w14:paraId="68763E17" w14:textId="031B079C" w:rsidR="00F31495" w:rsidRDefault="009C649B">
            <w:pPr>
              <w:rPr>
                <w:rFonts w:cs="Arial"/>
                <w:sz w:val="12"/>
                <w:lang w:val="es-PE"/>
              </w:rPr>
            </w:pPr>
            <w:r w:rsidRPr="009C649B">
              <w:rPr>
                <w:rFonts w:cs="Arial"/>
                <w:sz w:val="12"/>
                <w:lang w:val="es-PE"/>
              </w:rPr>
              <w:t>Manifiesta de forma gestual curiosidad, asombro o rechazo espontáneo ante los diferentes estímulos olfativos y táctiles de la materia natural.</w:t>
            </w:r>
          </w:p>
          <w:p w14:paraId="3EFFA91D" w14:textId="33713546" w:rsidR="009C649B" w:rsidRPr="009C649B" w:rsidRDefault="009C649B">
            <w:pPr>
              <w:rPr>
                <w:rFonts w:cs="Arial"/>
                <w:sz w:val="12"/>
                <w:lang w:val="es-PE"/>
              </w:rPr>
            </w:pPr>
            <w:r w:rsidRPr="009C649B">
              <w:rPr>
                <w:rFonts w:cs="Arial"/>
                <w:sz w:val="12"/>
                <w:lang w:val="es-PE"/>
              </w:rPr>
              <w:t>Describe con palabras, gestos o acciones si un material es suave, duro, mojado, seco, grande, pequeño, pesado o liviano durante las actividades de juego.</w:t>
            </w:r>
          </w:p>
          <w:p w14:paraId="4C1D53F4" w14:textId="77777777" w:rsidR="009C649B" w:rsidRDefault="009C649B">
            <w:pPr>
              <w:rPr>
                <w:rFonts w:cs="Arial"/>
                <w:sz w:val="12"/>
                <w:lang w:val="es-PE"/>
              </w:rPr>
            </w:pPr>
            <w:r w:rsidRPr="009C649B">
              <w:rPr>
                <w:rFonts w:cs="Arial"/>
                <w:sz w:val="12"/>
                <w:lang w:val="es-PE"/>
              </w:rPr>
              <w:t>Usa recipientes, lupas, cucharones, embudos, coladores o bandejas plásticas para explorar, recolectar, trasladar o mirar de cerca la materia natural.</w:t>
            </w:r>
          </w:p>
          <w:p w14:paraId="6CEFD4FF" w14:textId="5AAA2369" w:rsidR="009C649B" w:rsidRPr="00774D49" w:rsidRDefault="009C649B">
            <w:pPr>
              <w:rPr>
                <w:rFonts w:cs="Arial"/>
                <w:lang w:val="es-PE"/>
              </w:rPr>
            </w:pPr>
            <w:r w:rsidRPr="009C649B">
              <w:rPr>
                <w:rFonts w:cs="Arial"/>
                <w:sz w:val="12"/>
                <w:lang w:val="es-PE"/>
              </w:rPr>
              <w:t>Prueba de forma empírica y autónoma hacer pasar la arena fina o las semillas por el interior de los embudos midiendo el efecto de su acción.</w:t>
            </w:r>
          </w:p>
        </w:tc>
      </w:tr>
    </w:tbl>
    <w:p w14:paraId="56AC292B" w14:textId="77777777" w:rsidR="00021EFA" w:rsidRPr="00774D49" w:rsidRDefault="00021EFA">
      <w:pPr>
        <w:rPr>
          <w:rFonts w:cs="Arial"/>
          <w:lang w:val="es-PE"/>
        </w:rPr>
      </w:pPr>
    </w:p>
    <w:p w14:paraId="25B44B10" w14:textId="77777777" w:rsidR="00021EFA" w:rsidRPr="00774D49" w:rsidRDefault="00010C46">
      <w:pPr>
        <w:pStyle w:val="Ttulo2"/>
        <w:rPr>
          <w:rFonts w:ascii="Arial" w:hAnsi="Arial" w:cs="Arial"/>
          <w:lang w:val="es-PE"/>
        </w:rPr>
      </w:pPr>
      <w:r w:rsidRPr="00774D49">
        <w:rPr>
          <w:rFonts w:ascii="Arial" w:hAnsi="Arial" w:cs="Arial"/>
          <w:lang w:val="es-PE"/>
        </w:rPr>
        <w:t>VI. ORGANIZACIÓN DEL CONTEXTO DE APRENDIZAJE</w:t>
      </w:r>
    </w:p>
    <w:p w14:paraId="10B062A2" w14:textId="77777777" w:rsidR="00021EFA" w:rsidRPr="00774D49" w:rsidRDefault="00010C46">
      <w:pPr>
        <w:pStyle w:val="Ttulo3"/>
        <w:rPr>
          <w:rFonts w:ascii="Arial" w:hAnsi="Arial" w:cs="Arial"/>
          <w:lang w:val="es-PE"/>
        </w:rPr>
      </w:pPr>
      <w:r w:rsidRPr="00774D49">
        <w:rPr>
          <w:rFonts w:ascii="Arial" w:hAnsi="Arial" w:cs="Arial"/>
          <w:lang w:val="es-PE"/>
        </w:rPr>
        <w:t>6.1. Espacio: ¿Qué espacios acondicionaré?</w:t>
      </w:r>
    </w:p>
    <w:p w14:paraId="59C48EB5" w14:textId="77777777" w:rsidR="00021EFA" w:rsidRPr="00774D49" w:rsidRDefault="00010C46">
      <w:pPr>
        <w:rPr>
          <w:rFonts w:cs="Arial"/>
          <w:lang w:val="es-PE"/>
        </w:rPr>
      </w:pPr>
      <w:r w:rsidRPr="00774D49">
        <w:rPr>
          <w:rFonts w:cs="Arial"/>
          <w:lang w:val="es-PE"/>
        </w:rPr>
        <w:t>Se acondicionarán espacios internos y externos que favorezcan seguridad emocional, movimiento libre, exploración sensorial, juego simbólico, comunicación y convivencia. Los sectores estarán delimitados visualmente, con materiales al alcance de los niños y rutas despejadas para evitar choques o acumulación de objetos.</w:t>
      </w:r>
    </w:p>
    <w:tbl>
      <w:tblPr>
        <w:tblStyle w:val="Tablaconcuadrcula"/>
        <w:tblW w:w="0" w:type="auto"/>
        <w:jc w:val="center"/>
        <w:tblLook w:val="04A0" w:firstRow="1" w:lastRow="0" w:firstColumn="1" w:lastColumn="0" w:noHBand="0" w:noVBand="1"/>
      </w:tblPr>
      <w:tblGrid>
        <w:gridCol w:w="2268"/>
        <w:gridCol w:w="4139"/>
        <w:gridCol w:w="3798"/>
      </w:tblGrid>
      <w:tr w:rsidR="00021EFA" w:rsidRPr="00774D49" w14:paraId="24E01AAE" w14:textId="77777777">
        <w:trPr>
          <w:jc w:val="center"/>
        </w:trPr>
        <w:tc>
          <w:tcPr>
            <w:tcW w:w="2268" w:type="dxa"/>
            <w:shd w:val="clear" w:color="auto" w:fill="D9EAD3"/>
            <w:vAlign w:val="center"/>
          </w:tcPr>
          <w:p w14:paraId="64A395E3" w14:textId="77777777" w:rsidR="00021EFA" w:rsidRPr="00774D49" w:rsidRDefault="00010C46">
            <w:pPr>
              <w:jc w:val="center"/>
              <w:rPr>
                <w:rFonts w:cs="Arial"/>
                <w:lang w:val="es-PE"/>
              </w:rPr>
            </w:pPr>
            <w:r w:rsidRPr="00774D49">
              <w:rPr>
                <w:rFonts w:cs="Arial"/>
                <w:b/>
                <w:sz w:val="14"/>
                <w:lang w:val="es-PE"/>
              </w:rPr>
              <w:t>Espacio</w:t>
            </w:r>
          </w:p>
        </w:tc>
        <w:tc>
          <w:tcPr>
            <w:tcW w:w="4139" w:type="dxa"/>
            <w:shd w:val="clear" w:color="auto" w:fill="D9EAD3"/>
            <w:vAlign w:val="center"/>
          </w:tcPr>
          <w:p w14:paraId="72BA0106" w14:textId="77777777" w:rsidR="00021EFA" w:rsidRPr="00774D49" w:rsidRDefault="00010C46">
            <w:pPr>
              <w:jc w:val="center"/>
              <w:rPr>
                <w:rFonts w:cs="Arial"/>
                <w:lang w:val="es-PE"/>
              </w:rPr>
            </w:pPr>
            <w:r w:rsidRPr="00774D49">
              <w:rPr>
                <w:rFonts w:cs="Arial"/>
                <w:b/>
                <w:sz w:val="14"/>
                <w:lang w:val="es-PE"/>
              </w:rPr>
              <w:t>Organización del espacio</w:t>
            </w:r>
          </w:p>
        </w:tc>
        <w:tc>
          <w:tcPr>
            <w:tcW w:w="3798" w:type="dxa"/>
            <w:shd w:val="clear" w:color="auto" w:fill="D9EAD3"/>
            <w:vAlign w:val="center"/>
          </w:tcPr>
          <w:p w14:paraId="64C64208" w14:textId="77777777" w:rsidR="00021EFA" w:rsidRPr="00774D49" w:rsidRDefault="00010C46">
            <w:pPr>
              <w:jc w:val="center"/>
              <w:rPr>
                <w:rFonts w:cs="Arial"/>
                <w:lang w:val="es-PE"/>
              </w:rPr>
            </w:pPr>
            <w:r w:rsidRPr="00774D49">
              <w:rPr>
                <w:rFonts w:cs="Arial"/>
                <w:b/>
                <w:sz w:val="14"/>
                <w:lang w:val="es-PE"/>
              </w:rPr>
              <w:t>Intención pedagógica</w:t>
            </w:r>
          </w:p>
        </w:tc>
      </w:tr>
      <w:tr w:rsidR="00021EFA" w:rsidRPr="00774D49" w14:paraId="607071C8" w14:textId="77777777">
        <w:trPr>
          <w:jc w:val="center"/>
        </w:trPr>
        <w:tc>
          <w:tcPr>
            <w:tcW w:w="2268" w:type="dxa"/>
            <w:vAlign w:val="center"/>
          </w:tcPr>
          <w:p w14:paraId="446C3CA8" w14:textId="77777777" w:rsidR="00021EFA" w:rsidRPr="00774D49" w:rsidRDefault="00010C46">
            <w:pPr>
              <w:rPr>
                <w:rFonts w:cs="Arial"/>
                <w:lang w:val="es-PE"/>
              </w:rPr>
            </w:pPr>
            <w:r w:rsidRPr="00774D49">
              <w:rPr>
                <w:rFonts w:cs="Arial"/>
                <w:sz w:val="14"/>
                <w:lang w:val="es-PE"/>
              </w:rPr>
              <w:t>Espacio de acogida o recibimiento</w:t>
            </w:r>
          </w:p>
        </w:tc>
        <w:tc>
          <w:tcPr>
            <w:tcW w:w="4139" w:type="dxa"/>
            <w:vAlign w:val="center"/>
          </w:tcPr>
          <w:p w14:paraId="075FE2C2" w14:textId="77777777" w:rsidR="00021EFA" w:rsidRPr="00774D49" w:rsidRDefault="00010C46">
            <w:pPr>
              <w:rPr>
                <w:rFonts w:cs="Arial"/>
                <w:lang w:val="es-PE"/>
              </w:rPr>
            </w:pPr>
            <w:r w:rsidRPr="00774D49">
              <w:rPr>
                <w:rFonts w:cs="Arial"/>
                <w:sz w:val="14"/>
                <w:lang w:val="es-PE"/>
              </w:rPr>
              <w:t>Cerca de la entrada, con cartel de bienvenida, canasto para pertenencias, fotos o símbolos de los niños y un objeto de apego permitido.</w:t>
            </w:r>
          </w:p>
        </w:tc>
        <w:tc>
          <w:tcPr>
            <w:tcW w:w="3798" w:type="dxa"/>
            <w:vAlign w:val="center"/>
          </w:tcPr>
          <w:p w14:paraId="048AEB45" w14:textId="77777777" w:rsidR="00021EFA" w:rsidRPr="00774D49" w:rsidRDefault="00010C46">
            <w:pPr>
              <w:rPr>
                <w:rFonts w:cs="Arial"/>
                <w:lang w:val="es-PE"/>
              </w:rPr>
            </w:pPr>
            <w:r w:rsidRPr="00774D49">
              <w:rPr>
                <w:rFonts w:cs="Arial"/>
                <w:sz w:val="14"/>
                <w:lang w:val="es-PE"/>
              </w:rPr>
              <w:t>Favorece la separación progresiva de la familia, seguridad emocional y vínculo con la docente.</w:t>
            </w:r>
          </w:p>
        </w:tc>
      </w:tr>
      <w:tr w:rsidR="00021EFA" w:rsidRPr="00774D49" w14:paraId="6E8DF0C4" w14:textId="77777777">
        <w:trPr>
          <w:jc w:val="center"/>
        </w:trPr>
        <w:tc>
          <w:tcPr>
            <w:tcW w:w="2268" w:type="dxa"/>
            <w:vAlign w:val="center"/>
          </w:tcPr>
          <w:p w14:paraId="54C9FCF1" w14:textId="77777777" w:rsidR="00021EFA" w:rsidRPr="00774D49" w:rsidRDefault="00010C46">
            <w:pPr>
              <w:rPr>
                <w:rFonts w:cs="Arial"/>
                <w:lang w:val="es-PE"/>
              </w:rPr>
            </w:pPr>
            <w:r w:rsidRPr="00774D49">
              <w:rPr>
                <w:rFonts w:cs="Arial"/>
                <w:sz w:val="14"/>
                <w:lang w:val="es-PE"/>
              </w:rPr>
              <w:t>Espacio de asamblea breve</w:t>
            </w:r>
          </w:p>
        </w:tc>
        <w:tc>
          <w:tcPr>
            <w:tcW w:w="4139" w:type="dxa"/>
            <w:vAlign w:val="center"/>
          </w:tcPr>
          <w:p w14:paraId="63F989FB" w14:textId="77777777" w:rsidR="00021EFA" w:rsidRPr="00774D49" w:rsidRDefault="00010C46">
            <w:pPr>
              <w:rPr>
                <w:rFonts w:cs="Arial"/>
                <w:lang w:val="es-PE"/>
              </w:rPr>
            </w:pPr>
            <w:r w:rsidRPr="00774D49">
              <w:rPr>
                <w:rFonts w:cs="Arial"/>
                <w:sz w:val="14"/>
                <w:lang w:val="es-PE"/>
              </w:rPr>
              <w:t>Alfombra o cojines en semicírculo. Se usa para saludo, anticipación de la jornada, expresión de emociones y cierre corto.</w:t>
            </w:r>
          </w:p>
        </w:tc>
        <w:tc>
          <w:tcPr>
            <w:tcW w:w="3798" w:type="dxa"/>
            <w:vAlign w:val="center"/>
          </w:tcPr>
          <w:p w14:paraId="772F599E" w14:textId="77777777" w:rsidR="00021EFA" w:rsidRPr="00774D49" w:rsidRDefault="00010C46">
            <w:pPr>
              <w:rPr>
                <w:rFonts w:cs="Arial"/>
                <w:lang w:val="es-PE"/>
              </w:rPr>
            </w:pPr>
            <w:r w:rsidRPr="00774D49">
              <w:rPr>
                <w:rFonts w:cs="Arial"/>
                <w:sz w:val="14"/>
                <w:lang w:val="es-PE"/>
              </w:rPr>
              <w:t>Organiza el tiempo, permite escuchar a los niños, recordar acuerdos y fortalecer lenguaje oral.</w:t>
            </w:r>
          </w:p>
        </w:tc>
      </w:tr>
      <w:tr w:rsidR="00021EFA" w:rsidRPr="00774D49" w14:paraId="5D9AE4B2" w14:textId="77777777">
        <w:trPr>
          <w:jc w:val="center"/>
        </w:trPr>
        <w:tc>
          <w:tcPr>
            <w:tcW w:w="2268" w:type="dxa"/>
            <w:vAlign w:val="center"/>
          </w:tcPr>
          <w:p w14:paraId="565A7E78" w14:textId="77777777" w:rsidR="00021EFA" w:rsidRPr="00774D49" w:rsidRDefault="00010C46">
            <w:pPr>
              <w:rPr>
                <w:rFonts w:cs="Arial"/>
                <w:lang w:val="es-PE"/>
              </w:rPr>
            </w:pPr>
            <w:r w:rsidRPr="00774D49">
              <w:rPr>
                <w:rFonts w:cs="Arial"/>
                <w:sz w:val="14"/>
                <w:lang w:val="es-PE"/>
              </w:rPr>
              <w:t>Sector de exploración natural</w:t>
            </w:r>
          </w:p>
        </w:tc>
        <w:tc>
          <w:tcPr>
            <w:tcW w:w="4139" w:type="dxa"/>
            <w:vAlign w:val="center"/>
          </w:tcPr>
          <w:p w14:paraId="68B2B7C1" w14:textId="77777777" w:rsidR="00021EFA" w:rsidRPr="00774D49" w:rsidRDefault="00010C46">
            <w:pPr>
              <w:rPr>
                <w:rFonts w:cs="Arial"/>
                <w:lang w:val="es-PE"/>
              </w:rPr>
            </w:pPr>
            <w:r w:rsidRPr="00774D49">
              <w:rPr>
                <w:rFonts w:cs="Arial"/>
                <w:sz w:val="14"/>
                <w:lang w:val="es-PE"/>
              </w:rPr>
              <w:t>Bandejas con hojas, piedras lisas, semillas grandes, ramas, flores resistentes, tierra seca/húmeda, lupas plásticas y recipientes.</w:t>
            </w:r>
          </w:p>
        </w:tc>
        <w:tc>
          <w:tcPr>
            <w:tcW w:w="3798" w:type="dxa"/>
            <w:vAlign w:val="center"/>
          </w:tcPr>
          <w:p w14:paraId="2B40521D" w14:textId="77777777" w:rsidR="00021EFA" w:rsidRPr="00774D49" w:rsidRDefault="00010C46">
            <w:pPr>
              <w:rPr>
                <w:rFonts w:cs="Arial"/>
                <w:lang w:val="es-PE"/>
              </w:rPr>
            </w:pPr>
            <w:r w:rsidRPr="00774D49">
              <w:rPr>
                <w:rFonts w:cs="Arial"/>
                <w:sz w:val="14"/>
                <w:lang w:val="es-PE"/>
              </w:rPr>
              <w:t>Promueve curiosidad, indagación sensorial, comparación de características y lenguaje descriptivo.</w:t>
            </w:r>
          </w:p>
        </w:tc>
      </w:tr>
      <w:tr w:rsidR="00021EFA" w:rsidRPr="00774D49" w14:paraId="74DD2078" w14:textId="77777777">
        <w:trPr>
          <w:jc w:val="center"/>
        </w:trPr>
        <w:tc>
          <w:tcPr>
            <w:tcW w:w="2268" w:type="dxa"/>
            <w:vAlign w:val="center"/>
          </w:tcPr>
          <w:p w14:paraId="1A44696B" w14:textId="10FC3531" w:rsidR="00021EFA" w:rsidRPr="00774D49" w:rsidRDefault="00443698">
            <w:pPr>
              <w:rPr>
                <w:rFonts w:cs="Arial"/>
                <w:lang w:val="es-PE"/>
              </w:rPr>
            </w:pPr>
            <w:r w:rsidRPr="00774D49">
              <w:rPr>
                <w:rFonts w:cs="Arial"/>
                <w:sz w:val="14"/>
                <w:lang w:val="es-PE"/>
              </w:rPr>
              <w:t>Espacio de higiene</w:t>
            </w:r>
          </w:p>
        </w:tc>
        <w:tc>
          <w:tcPr>
            <w:tcW w:w="4139" w:type="dxa"/>
            <w:vAlign w:val="center"/>
          </w:tcPr>
          <w:p w14:paraId="4D8CDECC" w14:textId="77777777" w:rsidR="00021EFA" w:rsidRPr="00774D49" w:rsidRDefault="00010C46">
            <w:pPr>
              <w:rPr>
                <w:rFonts w:cs="Arial"/>
                <w:lang w:val="es-PE"/>
              </w:rPr>
            </w:pPr>
            <w:r w:rsidRPr="00774D49">
              <w:rPr>
                <w:rFonts w:cs="Arial"/>
                <w:sz w:val="14"/>
                <w:lang w:val="es-PE"/>
              </w:rPr>
              <w:t>Tinas pequeñas, jarras livianas, cucharones, embudos, esponjas, botellas transparentes y manteles impermeables.</w:t>
            </w:r>
          </w:p>
        </w:tc>
        <w:tc>
          <w:tcPr>
            <w:tcW w:w="3798" w:type="dxa"/>
            <w:vAlign w:val="center"/>
          </w:tcPr>
          <w:p w14:paraId="304C2967" w14:textId="77777777" w:rsidR="00021EFA" w:rsidRPr="00774D49" w:rsidRDefault="00010C46">
            <w:pPr>
              <w:rPr>
                <w:rFonts w:cs="Arial"/>
                <w:lang w:val="es-PE"/>
              </w:rPr>
            </w:pPr>
            <w:r w:rsidRPr="00774D49">
              <w:rPr>
                <w:rFonts w:cs="Arial"/>
                <w:sz w:val="14"/>
                <w:lang w:val="es-PE"/>
              </w:rPr>
              <w:t>Favorece coordinación, exploración de causa-efecto, autonomía y regulación de movimientos.</w:t>
            </w:r>
          </w:p>
        </w:tc>
      </w:tr>
      <w:tr w:rsidR="00021EFA" w:rsidRPr="00774D49" w14:paraId="38B5A89E" w14:textId="77777777">
        <w:trPr>
          <w:jc w:val="center"/>
        </w:trPr>
        <w:tc>
          <w:tcPr>
            <w:tcW w:w="2268" w:type="dxa"/>
            <w:vAlign w:val="center"/>
          </w:tcPr>
          <w:p w14:paraId="62338371" w14:textId="3C215ED2" w:rsidR="00021EFA" w:rsidRPr="00774D49" w:rsidRDefault="00CB38A2">
            <w:pPr>
              <w:rPr>
                <w:rFonts w:cs="Arial"/>
                <w:lang w:val="es-PE"/>
              </w:rPr>
            </w:pPr>
            <w:r w:rsidRPr="00774D49">
              <w:rPr>
                <w:rFonts w:cs="Arial"/>
                <w:sz w:val="14"/>
                <w:lang w:val="es-PE"/>
              </w:rPr>
              <w:t>Espacio</w:t>
            </w:r>
            <w:r w:rsidR="00010C46" w:rsidRPr="00774D49">
              <w:rPr>
                <w:rFonts w:cs="Arial"/>
                <w:sz w:val="14"/>
                <w:lang w:val="es-PE"/>
              </w:rPr>
              <w:t xml:space="preserve"> de construcción</w:t>
            </w:r>
          </w:p>
        </w:tc>
        <w:tc>
          <w:tcPr>
            <w:tcW w:w="4139" w:type="dxa"/>
            <w:vAlign w:val="center"/>
          </w:tcPr>
          <w:p w14:paraId="6D467CF6" w14:textId="77777777" w:rsidR="00021EFA" w:rsidRPr="00774D49" w:rsidRDefault="00010C46">
            <w:pPr>
              <w:rPr>
                <w:rFonts w:cs="Arial"/>
                <w:lang w:val="es-PE"/>
              </w:rPr>
            </w:pPr>
            <w:r w:rsidRPr="00774D49">
              <w:rPr>
                <w:rFonts w:cs="Arial"/>
                <w:sz w:val="14"/>
                <w:lang w:val="es-PE"/>
              </w:rPr>
              <w:t>Cajas grandes, tubos, telas, bloques, piedras grandes supervisadas, tronquitos lijados, canastas y caminos marcados.</w:t>
            </w:r>
          </w:p>
        </w:tc>
        <w:tc>
          <w:tcPr>
            <w:tcW w:w="3798" w:type="dxa"/>
            <w:vAlign w:val="center"/>
          </w:tcPr>
          <w:p w14:paraId="4434CD52" w14:textId="77777777" w:rsidR="00021EFA" w:rsidRPr="00774D49" w:rsidRDefault="00010C46">
            <w:pPr>
              <w:rPr>
                <w:rFonts w:cs="Arial"/>
                <w:lang w:val="es-PE"/>
              </w:rPr>
            </w:pPr>
            <w:r w:rsidRPr="00774D49">
              <w:rPr>
                <w:rFonts w:cs="Arial"/>
                <w:sz w:val="14"/>
                <w:lang w:val="es-PE"/>
              </w:rPr>
              <w:t>Favorece juego simbólico, nociones espaciales, resolución de retos y movimiento libre.</w:t>
            </w:r>
          </w:p>
        </w:tc>
      </w:tr>
      <w:tr w:rsidR="00021EFA" w:rsidRPr="00774D49" w14:paraId="1FC4902E" w14:textId="77777777">
        <w:trPr>
          <w:jc w:val="center"/>
        </w:trPr>
        <w:tc>
          <w:tcPr>
            <w:tcW w:w="2268" w:type="dxa"/>
            <w:vAlign w:val="center"/>
          </w:tcPr>
          <w:p w14:paraId="2C128978" w14:textId="77777777" w:rsidR="00021EFA" w:rsidRPr="00774D49" w:rsidRDefault="00010C46">
            <w:pPr>
              <w:rPr>
                <w:rFonts w:cs="Arial"/>
                <w:lang w:val="es-PE"/>
              </w:rPr>
            </w:pPr>
            <w:r w:rsidRPr="00774D49">
              <w:rPr>
                <w:rFonts w:cs="Arial"/>
                <w:sz w:val="14"/>
                <w:lang w:val="es-PE"/>
              </w:rPr>
              <w:t>Sector de lectura</w:t>
            </w:r>
          </w:p>
        </w:tc>
        <w:tc>
          <w:tcPr>
            <w:tcW w:w="4139" w:type="dxa"/>
            <w:vAlign w:val="center"/>
          </w:tcPr>
          <w:p w14:paraId="5E3092CA" w14:textId="77777777" w:rsidR="00021EFA" w:rsidRPr="00774D49" w:rsidRDefault="00010C46">
            <w:pPr>
              <w:rPr>
                <w:rFonts w:cs="Arial"/>
                <w:lang w:val="es-PE"/>
              </w:rPr>
            </w:pPr>
            <w:r w:rsidRPr="00774D49">
              <w:rPr>
                <w:rFonts w:cs="Arial"/>
                <w:sz w:val="14"/>
                <w:lang w:val="es-PE"/>
              </w:rPr>
              <w:t>Cuentos de imágenes grandes sobre naturaleza, animales, lluvia, plantas, carteles con fotografías reales, títeres.</w:t>
            </w:r>
          </w:p>
        </w:tc>
        <w:tc>
          <w:tcPr>
            <w:tcW w:w="3798" w:type="dxa"/>
            <w:vAlign w:val="center"/>
          </w:tcPr>
          <w:p w14:paraId="087C3331" w14:textId="77777777" w:rsidR="00021EFA" w:rsidRPr="00774D49" w:rsidRDefault="00010C46">
            <w:pPr>
              <w:rPr>
                <w:rFonts w:cs="Arial"/>
                <w:lang w:val="es-PE"/>
              </w:rPr>
            </w:pPr>
            <w:r w:rsidRPr="00774D49">
              <w:rPr>
                <w:rFonts w:cs="Arial"/>
                <w:sz w:val="14"/>
                <w:lang w:val="es-PE"/>
              </w:rPr>
              <w:t>Favorece lectura de imágenes, atención conjunta, descripción oral y acercamiento afectivo a textos.</w:t>
            </w:r>
          </w:p>
        </w:tc>
      </w:tr>
      <w:tr w:rsidR="00021EFA" w:rsidRPr="00774D49" w14:paraId="0172BD56" w14:textId="77777777">
        <w:trPr>
          <w:jc w:val="center"/>
        </w:trPr>
        <w:tc>
          <w:tcPr>
            <w:tcW w:w="2268" w:type="dxa"/>
            <w:vAlign w:val="center"/>
          </w:tcPr>
          <w:p w14:paraId="52DC0316" w14:textId="77777777" w:rsidR="00021EFA" w:rsidRPr="00774D49" w:rsidRDefault="00010C46">
            <w:pPr>
              <w:rPr>
                <w:rFonts w:cs="Arial"/>
                <w:lang w:val="es-PE"/>
              </w:rPr>
            </w:pPr>
            <w:r w:rsidRPr="00774D49">
              <w:rPr>
                <w:rFonts w:cs="Arial"/>
                <w:sz w:val="14"/>
                <w:lang w:val="es-PE"/>
              </w:rPr>
              <w:t>Sector de arte natural</w:t>
            </w:r>
          </w:p>
        </w:tc>
        <w:tc>
          <w:tcPr>
            <w:tcW w:w="4139" w:type="dxa"/>
            <w:vAlign w:val="center"/>
          </w:tcPr>
          <w:p w14:paraId="5D6F3CAE" w14:textId="77777777" w:rsidR="00021EFA" w:rsidRPr="00774D49" w:rsidRDefault="00010C46">
            <w:pPr>
              <w:rPr>
                <w:rFonts w:cs="Arial"/>
                <w:lang w:val="es-PE"/>
              </w:rPr>
            </w:pPr>
            <w:r w:rsidRPr="00774D49">
              <w:rPr>
                <w:rFonts w:cs="Arial"/>
                <w:sz w:val="14"/>
                <w:lang w:val="es-PE"/>
              </w:rPr>
              <w:t xml:space="preserve">Papel </w:t>
            </w:r>
            <w:proofErr w:type="spellStart"/>
            <w:r w:rsidRPr="00774D49">
              <w:rPr>
                <w:rFonts w:cs="Arial"/>
                <w:sz w:val="14"/>
                <w:lang w:val="es-PE"/>
              </w:rPr>
              <w:t>kraft</w:t>
            </w:r>
            <w:proofErr w:type="spellEnd"/>
            <w:r w:rsidRPr="00774D49">
              <w:rPr>
                <w:rFonts w:cs="Arial"/>
                <w:sz w:val="14"/>
                <w:lang w:val="es-PE"/>
              </w:rPr>
              <w:t>, témperas, crayolas gruesas, hojas, ramas como sellos, esponjas, masa, retazos de tela y mandiles.</w:t>
            </w:r>
          </w:p>
        </w:tc>
        <w:tc>
          <w:tcPr>
            <w:tcW w:w="3798" w:type="dxa"/>
            <w:vAlign w:val="center"/>
          </w:tcPr>
          <w:p w14:paraId="0F77C950" w14:textId="77777777" w:rsidR="00021EFA" w:rsidRPr="00774D49" w:rsidRDefault="00010C46">
            <w:pPr>
              <w:rPr>
                <w:rFonts w:cs="Arial"/>
                <w:lang w:val="es-PE"/>
              </w:rPr>
            </w:pPr>
            <w:r w:rsidRPr="00774D49">
              <w:rPr>
                <w:rFonts w:cs="Arial"/>
                <w:sz w:val="14"/>
                <w:lang w:val="es-PE"/>
              </w:rPr>
              <w:t>Permite explorar texturas, huellas, trazos y composiciones libres sin imponer modelos.</w:t>
            </w:r>
          </w:p>
        </w:tc>
      </w:tr>
      <w:tr w:rsidR="00021EFA" w:rsidRPr="00774D49" w14:paraId="0F55C4E4" w14:textId="77777777">
        <w:trPr>
          <w:jc w:val="center"/>
        </w:trPr>
        <w:tc>
          <w:tcPr>
            <w:tcW w:w="2268" w:type="dxa"/>
            <w:vAlign w:val="center"/>
          </w:tcPr>
          <w:p w14:paraId="29D6335B" w14:textId="77777777" w:rsidR="00021EFA" w:rsidRPr="00774D49" w:rsidRDefault="00010C46">
            <w:pPr>
              <w:rPr>
                <w:rFonts w:cs="Arial"/>
                <w:lang w:val="es-PE"/>
              </w:rPr>
            </w:pPr>
            <w:r w:rsidRPr="00774D49">
              <w:rPr>
                <w:rFonts w:cs="Arial"/>
                <w:sz w:val="14"/>
                <w:lang w:val="es-PE"/>
              </w:rPr>
              <w:t>Espacio de psicomotricidad</w:t>
            </w:r>
          </w:p>
        </w:tc>
        <w:tc>
          <w:tcPr>
            <w:tcW w:w="4139" w:type="dxa"/>
            <w:vAlign w:val="center"/>
          </w:tcPr>
          <w:p w14:paraId="197CFCDC" w14:textId="77777777" w:rsidR="00021EFA" w:rsidRPr="00774D49" w:rsidRDefault="00010C46">
            <w:pPr>
              <w:rPr>
                <w:rFonts w:cs="Arial"/>
                <w:lang w:val="es-PE"/>
              </w:rPr>
            </w:pPr>
            <w:r w:rsidRPr="00774D49">
              <w:rPr>
                <w:rFonts w:cs="Arial"/>
                <w:sz w:val="14"/>
                <w:lang w:val="es-PE"/>
              </w:rPr>
              <w:t>Colchonetas, aros, túnel, cajas, caminos sensoriales, sogas cortas supervisadas y obstáculos seguros.</w:t>
            </w:r>
          </w:p>
        </w:tc>
        <w:tc>
          <w:tcPr>
            <w:tcW w:w="3798" w:type="dxa"/>
            <w:vAlign w:val="center"/>
          </w:tcPr>
          <w:p w14:paraId="6AFD37E2" w14:textId="77777777" w:rsidR="00021EFA" w:rsidRPr="00774D49" w:rsidRDefault="00010C46">
            <w:pPr>
              <w:rPr>
                <w:rFonts w:cs="Arial"/>
                <w:lang w:val="es-PE"/>
              </w:rPr>
            </w:pPr>
            <w:r w:rsidRPr="00774D49">
              <w:rPr>
                <w:rFonts w:cs="Arial"/>
                <w:sz w:val="14"/>
                <w:lang w:val="es-PE"/>
              </w:rPr>
              <w:t>Favorece orientación espacial, equilibrio, control corporal y seguridad motriz.</w:t>
            </w:r>
          </w:p>
        </w:tc>
      </w:tr>
      <w:tr w:rsidR="00021EFA" w:rsidRPr="00774D49" w14:paraId="075651A2" w14:textId="77777777">
        <w:trPr>
          <w:jc w:val="center"/>
        </w:trPr>
        <w:tc>
          <w:tcPr>
            <w:tcW w:w="2268" w:type="dxa"/>
            <w:vAlign w:val="center"/>
          </w:tcPr>
          <w:p w14:paraId="686F0A5C" w14:textId="77777777" w:rsidR="00021EFA" w:rsidRPr="00774D49" w:rsidRDefault="00010C46">
            <w:pPr>
              <w:rPr>
                <w:rFonts w:cs="Arial"/>
                <w:lang w:val="es-PE"/>
              </w:rPr>
            </w:pPr>
            <w:r w:rsidRPr="00774D49">
              <w:rPr>
                <w:rFonts w:cs="Arial"/>
                <w:sz w:val="14"/>
                <w:lang w:val="es-PE"/>
              </w:rPr>
              <w:t>Espacio de calma</w:t>
            </w:r>
          </w:p>
        </w:tc>
        <w:tc>
          <w:tcPr>
            <w:tcW w:w="4139" w:type="dxa"/>
            <w:vAlign w:val="center"/>
          </w:tcPr>
          <w:p w14:paraId="06ED59B8" w14:textId="77777777" w:rsidR="00021EFA" w:rsidRPr="00774D49" w:rsidRDefault="00010C46">
            <w:pPr>
              <w:rPr>
                <w:rFonts w:cs="Arial"/>
                <w:lang w:val="es-PE"/>
              </w:rPr>
            </w:pPr>
            <w:r w:rsidRPr="00774D49">
              <w:rPr>
                <w:rFonts w:cs="Arial"/>
                <w:sz w:val="14"/>
                <w:lang w:val="es-PE"/>
              </w:rPr>
              <w:t>Cojines, botella sensorial segura, cuento breve, muñeco, tarjetas de emociones y tela suave.</w:t>
            </w:r>
          </w:p>
        </w:tc>
        <w:tc>
          <w:tcPr>
            <w:tcW w:w="3798" w:type="dxa"/>
            <w:vAlign w:val="center"/>
          </w:tcPr>
          <w:p w14:paraId="5A97A9B4" w14:textId="77777777" w:rsidR="00021EFA" w:rsidRPr="00774D49" w:rsidRDefault="00010C46">
            <w:pPr>
              <w:rPr>
                <w:rFonts w:cs="Arial"/>
                <w:lang w:val="es-PE"/>
              </w:rPr>
            </w:pPr>
            <w:r w:rsidRPr="00774D49">
              <w:rPr>
                <w:rFonts w:cs="Arial"/>
                <w:sz w:val="14"/>
                <w:lang w:val="es-PE"/>
              </w:rPr>
              <w:t>Acompaña regulación emocional, descanso y recuperación de tranquilidad sin usarlo como castigo.</w:t>
            </w:r>
          </w:p>
        </w:tc>
      </w:tr>
    </w:tbl>
    <w:p w14:paraId="15867544" w14:textId="77777777" w:rsidR="00021EFA" w:rsidRPr="00774D49" w:rsidRDefault="00021EFA">
      <w:pPr>
        <w:rPr>
          <w:rFonts w:cs="Arial"/>
          <w:lang w:val="es-PE"/>
        </w:rPr>
      </w:pPr>
    </w:p>
    <w:p w14:paraId="624D7B22" w14:textId="77777777" w:rsidR="00021EFA" w:rsidRPr="00774D49" w:rsidRDefault="00010C46">
      <w:pPr>
        <w:pStyle w:val="Ttulo3"/>
        <w:rPr>
          <w:rFonts w:ascii="Arial" w:hAnsi="Arial" w:cs="Arial"/>
          <w:lang w:val="es-PE"/>
        </w:rPr>
      </w:pPr>
      <w:r w:rsidRPr="00774D49">
        <w:rPr>
          <w:rFonts w:ascii="Arial" w:hAnsi="Arial" w:cs="Arial"/>
          <w:lang w:val="es-PE"/>
        </w:rPr>
        <w:t>6.2. Materiales: ¿Qué materiales serán pertinentes y adecuados?</w:t>
      </w:r>
    </w:p>
    <w:tbl>
      <w:tblPr>
        <w:tblStyle w:val="Tablaconcuadrcula"/>
        <w:tblW w:w="0" w:type="auto"/>
        <w:jc w:val="center"/>
        <w:tblLook w:val="04A0" w:firstRow="1" w:lastRow="0" w:firstColumn="1" w:lastColumn="0" w:noHBand="0" w:noVBand="1"/>
      </w:tblPr>
      <w:tblGrid>
        <w:gridCol w:w="1984"/>
        <w:gridCol w:w="2835"/>
        <w:gridCol w:w="2835"/>
        <w:gridCol w:w="2551"/>
      </w:tblGrid>
      <w:tr w:rsidR="00021EFA" w:rsidRPr="00774D49" w14:paraId="059EFC2E" w14:textId="77777777">
        <w:trPr>
          <w:jc w:val="center"/>
        </w:trPr>
        <w:tc>
          <w:tcPr>
            <w:tcW w:w="1984" w:type="dxa"/>
            <w:shd w:val="clear" w:color="auto" w:fill="FCE5CD"/>
            <w:vAlign w:val="center"/>
          </w:tcPr>
          <w:p w14:paraId="5179A17D" w14:textId="77777777" w:rsidR="00021EFA" w:rsidRPr="00774D49" w:rsidRDefault="00010C46">
            <w:pPr>
              <w:jc w:val="center"/>
              <w:rPr>
                <w:rFonts w:cs="Arial"/>
                <w:lang w:val="es-PE"/>
              </w:rPr>
            </w:pPr>
            <w:r w:rsidRPr="00774D49">
              <w:rPr>
                <w:rFonts w:cs="Arial"/>
                <w:b/>
                <w:sz w:val="14"/>
                <w:lang w:val="es-PE"/>
              </w:rPr>
              <w:t>Tipo de material</w:t>
            </w:r>
          </w:p>
        </w:tc>
        <w:tc>
          <w:tcPr>
            <w:tcW w:w="2835" w:type="dxa"/>
            <w:shd w:val="clear" w:color="auto" w:fill="FCE5CD"/>
            <w:vAlign w:val="center"/>
          </w:tcPr>
          <w:p w14:paraId="423525F5" w14:textId="77777777" w:rsidR="00021EFA" w:rsidRPr="00774D49" w:rsidRDefault="00010C46">
            <w:pPr>
              <w:jc w:val="center"/>
              <w:rPr>
                <w:rFonts w:cs="Arial"/>
                <w:lang w:val="es-PE"/>
              </w:rPr>
            </w:pPr>
            <w:r w:rsidRPr="00774D49">
              <w:rPr>
                <w:rFonts w:cs="Arial"/>
                <w:b/>
                <w:sz w:val="14"/>
                <w:lang w:val="es-PE"/>
              </w:rPr>
              <w:t>Materiales propuestos</w:t>
            </w:r>
          </w:p>
        </w:tc>
        <w:tc>
          <w:tcPr>
            <w:tcW w:w="2835" w:type="dxa"/>
            <w:shd w:val="clear" w:color="auto" w:fill="FCE5CD"/>
            <w:vAlign w:val="center"/>
          </w:tcPr>
          <w:p w14:paraId="0BFDF0EA" w14:textId="77777777" w:rsidR="00021EFA" w:rsidRPr="00774D49" w:rsidRDefault="00010C46">
            <w:pPr>
              <w:jc w:val="center"/>
              <w:rPr>
                <w:rFonts w:cs="Arial"/>
                <w:lang w:val="es-PE"/>
              </w:rPr>
            </w:pPr>
            <w:r w:rsidRPr="00774D49">
              <w:rPr>
                <w:rFonts w:cs="Arial"/>
                <w:b/>
                <w:sz w:val="14"/>
                <w:lang w:val="es-PE"/>
              </w:rPr>
              <w:t>Uso esperado en el contexto</w:t>
            </w:r>
          </w:p>
        </w:tc>
        <w:tc>
          <w:tcPr>
            <w:tcW w:w="2551" w:type="dxa"/>
            <w:shd w:val="clear" w:color="auto" w:fill="FCE5CD"/>
            <w:vAlign w:val="center"/>
          </w:tcPr>
          <w:p w14:paraId="280FEA5F" w14:textId="77777777" w:rsidR="00021EFA" w:rsidRPr="00774D49" w:rsidRDefault="00010C46">
            <w:pPr>
              <w:jc w:val="center"/>
              <w:rPr>
                <w:rFonts w:cs="Arial"/>
                <w:lang w:val="es-PE"/>
              </w:rPr>
            </w:pPr>
            <w:r w:rsidRPr="00774D49">
              <w:rPr>
                <w:rFonts w:cs="Arial"/>
                <w:b/>
                <w:sz w:val="14"/>
                <w:lang w:val="es-PE"/>
              </w:rPr>
              <w:t>Cuidado / prevención</w:t>
            </w:r>
          </w:p>
        </w:tc>
      </w:tr>
      <w:tr w:rsidR="00021EFA" w:rsidRPr="00774D49" w14:paraId="78815380" w14:textId="77777777">
        <w:trPr>
          <w:jc w:val="center"/>
        </w:trPr>
        <w:tc>
          <w:tcPr>
            <w:tcW w:w="1984" w:type="dxa"/>
            <w:vAlign w:val="center"/>
          </w:tcPr>
          <w:p w14:paraId="3F3D36FE" w14:textId="77777777" w:rsidR="00021EFA" w:rsidRPr="00774D49" w:rsidRDefault="00010C46">
            <w:pPr>
              <w:rPr>
                <w:rFonts w:cs="Arial"/>
                <w:lang w:val="es-PE"/>
              </w:rPr>
            </w:pPr>
            <w:r w:rsidRPr="00774D49">
              <w:rPr>
                <w:rFonts w:cs="Arial"/>
                <w:sz w:val="14"/>
                <w:lang w:val="es-PE"/>
              </w:rPr>
              <w:t>Elementos naturales</w:t>
            </w:r>
          </w:p>
        </w:tc>
        <w:tc>
          <w:tcPr>
            <w:tcW w:w="2835" w:type="dxa"/>
            <w:vAlign w:val="center"/>
          </w:tcPr>
          <w:p w14:paraId="2A7396A6" w14:textId="77777777" w:rsidR="00021EFA" w:rsidRPr="00774D49" w:rsidRDefault="00010C46">
            <w:pPr>
              <w:rPr>
                <w:rFonts w:cs="Arial"/>
                <w:lang w:val="es-PE"/>
              </w:rPr>
            </w:pPr>
            <w:r w:rsidRPr="00774D49">
              <w:rPr>
                <w:rFonts w:cs="Arial"/>
                <w:sz w:val="14"/>
                <w:lang w:val="es-PE"/>
              </w:rPr>
              <w:t>Hojas secas y verdes, flores resistentes, piedras lisas grandes, semillas grandes supervisadas, ramas pequeñas sin punta, tierra, arena limpia.</w:t>
            </w:r>
          </w:p>
        </w:tc>
        <w:tc>
          <w:tcPr>
            <w:tcW w:w="2835" w:type="dxa"/>
            <w:vAlign w:val="center"/>
          </w:tcPr>
          <w:p w14:paraId="2F67391E" w14:textId="77777777" w:rsidR="00021EFA" w:rsidRPr="00774D49" w:rsidRDefault="00010C46">
            <w:pPr>
              <w:rPr>
                <w:rFonts w:cs="Arial"/>
                <w:lang w:val="es-PE"/>
              </w:rPr>
            </w:pPr>
            <w:r w:rsidRPr="00774D49">
              <w:rPr>
                <w:rFonts w:cs="Arial"/>
                <w:sz w:val="14"/>
                <w:lang w:val="es-PE"/>
              </w:rPr>
              <w:t>Tocar, oler, comparar, agrupar, trasladar, observar cambios y crear escenarios.</w:t>
            </w:r>
          </w:p>
        </w:tc>
        <w:tc>
          <w:tcPr>
            <w:tcW w:w="2551" w:type="dxa"/>
            <w:vAlign w:val="center"/>
          </w:tcPr>
          <w:p w14:paraId="2607136F" w14:textId="77777777" w:rsidR="00021EFA" w:rsidRPr="00774D49" w:rsidRDefault="00010C46">
            <w:pPr>
              <w:rPr>
                <w:rFonts w:cs="Arial"/>
                <w:lang w:val="es-PE"/>
              </w:rPr>
            </w:pPr>
            <w:r w:rsidRPr="00774D49">
              <w:rPr>
                <w:rFonts w:cs="Arial"/>
                <w:sz w:val="14"/>
                <w:lang w:val="es-PE"/>
              </w:rPr>
              <w:t>Lavar o revisar previamente. Evitar piezas pequeñas que puedan llevarse a la boca. Supervisar permanentemente.</w:t>
            </w:r>
          </w:p>
        </w:tc>
      </w:tr>
      <w:tr w:rsidR="00021EFA" w:rsidRPr="00774D49" w14:paraId="6A534BA4" w14:textId="77777777">
        <w:trPr>
          <w:jc w:val="center"/>
        </w:trPr>
        <w:tc>
          <w:tcPr>
            <w:tcW w:w="1984" w:type="dxa"/>
            <w:vAlign w:val="center"/>
          </w:tcPr>
          <w:p w14:paraId="146D4EF6" w14:textId="77777777" w:rsidR="00021EFA" w:rsidRPr="00774D49" w:rsidRDefault="00010C46">
            <w:pPr>
              <w:rPr>
                <w:rFonts w:cs="Arial"/>
                <w:lang w:val="es-PE"/>
              </w:rPr>
            </w:pPr>
            <w:r w:rsidRPr="00774D49">
              <w:rPr>
                <w:rFonts w:cs="Arial"/>
                <w:sz w:val="14"/>
                <w:lang w:val="es-PE"/>
              </w:rPr>
              <w:t>Agua y trasvases</w:t>
            </w:r>
          </w:p>
        </w:tc>
        <w:tc>
          <w:tcPr>
            <w:tcW w:w="2835" w:type="dxa"/>
            <w:vAlign w:val="center"/>
          </w:tcPr>
          <w:p w14:paraId="407AF7C7" w14:textId="77777777" w:rsidR="00021EFA" w:rsidRPr="00774D49" w:rsidRDefault="00010C46">
            <w:pPr>
              <w:rPr>
                <w:rFonts w:cs="Arial"/>
                <w:lang w:val="es-PE"/>
              </w:rPr>
            </w:pPr>
            <w:r w:rsidRPr="00774D49">
              <w:rPr>
                <w:rFonts w:cs="Arial"/>
                <w:sz w:val="14"/>
                <w:lang w:val="es-PE"/>
              </w:rPr>
              <w:t>Tinas, jarras, vasos plásticos, cucharones, embudos, esponjas, goteros grandes, botellas transparentes.</w:t>
            </w:r>
          </w:p>
        </w:tc>
        <w:tc>
          <w:tcPr>
            <w:tcW w:w="2835" w:type="dxa"/>
            <w:vAlign w:val="center"/>
          </w:tcPr>
          <w:p w14:paraId="488060EA" w14:textId="77777777" w:rsidR="00021EFA" w:rsidRPr="00774D49" w:rsidRDefault="00010C46">
            <w:pPr>
              <w:rPr>
                <w:rFonts w:cs="Arial"/>
                <w:lang w:val="es-PE"/>
              </w:rPr>
            </w:pPr>
            <w:r w:rsidRPr="00774D49">
              <w:rPr>
                <w:rFonts w:cs="Arial"/>
                <w:sz w:val="14"/>
                <w:lang w:val="es-PE"/>
              </w:rPr>
              <w:t>Llenar, vaciar, mojar, escurrir, observar cantidades, peso y cambios de textura.</w:t>
            </w:r>
          </w:p>
        </w:tc>
        <w:tc>
          <w:tcPr>
            <w:tcW w:w="2551" w:type="dxa"/>
            <w:vAlign w:val="center"/>
          </w:tcPr>
          <w:p w14:paraId="0012BFC3" w14:textId="77777777" w:rsidR="00021EFA" w:rsidRPr="00774D49" w:rsidRDefault="00010C46">
            <w:pPr>
              <w:rPr>
                <w:rFonts w:cs="Arial"/>
                <w:lang w:val="es-PE"/>
              </w:rPr>
            </w:pPr>
            <w:r w:rsidRPr="00774D49">
              <w:rPr>
                <w:rFonts w:cs="Arial"/>
                <w:sz w:val="14"/>
                <w:lang w:val="es-PE"/>
              </w:rPr>
              <w:t>Usar poca agua. Secar pisos. Colocar manteles o bandejas. Acompañar lavado de manos.</w:t>
            </w:r>
          </w:p>
        </w:tc>
      </w:tr>
      <w:tr w:rsidR="00021EFA" w:rsidRPr="00774D49" w14:paraId="717AF559" w14:textId="77777777">
        <w:trPr>
          <w:jc w:val="center"/>
        </w:trPr>
        <w:tc>
          <w:tcPr>
            <w:tcW w:w="1984" w:type="dxa"/>
            <w:vAlign w:val="center"/>
          </w:tcPr>
          <w:p w14:paraId="1889CE70" w14:textId="77777777" w:rsidR="00021EFA" w:rsidRPr="00774D49" w:rsidRDefault="00010C46">
            <w:pPr>
              <w:rPr>
                <w:rFonts w:cs="Arial"/>
                <w:lang w:val="es-PE"/>
              </w:rPr>
            </w:pPr>
            <w:r w:rsidRPr="00774D49">
              <w:rPr>
                <w:rFonts w:cs="Arial"/>
                <w:sz w:val="14"/>
                <w:lang w:val="es-PE"/>
              </w:rPr>
              <w:t>Construcción</w:t>
            </w:r>
          </w:p>
        </w:tc>
        <w:tc>
          <w:tcPr>
            <w:tcW w:w="2835" w:type="dxa"/>
            <w:vAlign w:val="center"/>
          </w:tcPr>
          <w:p w14:paraId="79C16976" w14:textId="77777777" w:rsidR="00021EFA" w:rsidRPr="00774D49" w:rsidRDefault="00010C46">
            <w:pPr>
              <w:rPr>
                <w:rFonts w:cs="Arial"/>
                <w:lang w:val="es-PE"/>
              </w:rPr>
            </w:pPr>
            <w:r w:rsidRPr="00774D49">
              <w:rPr>
                <w:rFonts w:cs="Arial"/>
                <w:sz w:val="14"/>
                <w:lang w:val="es-PE"/>
              </w:rPr>
              <w:t>Cajas grandes, tubos de cartón grueso, bloques, telas, canastas, tronquitos lijados, conos, tapas grandes.</w:t>
            </w:r>
          </w:p>
        </w:tc>
        <w:tc>
          <w:tcPr>
            <w:tcW w:w="2835" w:type="dxa"/>
            <w:vAlign w:val="center"/>
          </w:tcPr>
          <w:p w14:paraId="0BF7DEB6" w14:textId="77777777" w:rsidR="00021EFA" w:rsidRPr="00774D49" w:rsidRDefault="00010C46">
            <w:pPr>
              <w:rPr>
                <w:rFonts w:cs="Arial"/>
                <w:lang w:val="es-PE"/>
              </w:rPr>
            </w:pPr>
            <w:r w:rsidRPr="00774D49">
              <w:rPr>
                <w:rFonts w:cs="Arial"/>
                <w:sz w:val="14"/>
                <w:lang w:val="es-PE"/>
              </w:rPr>
              <w:t>Construir refugios, caminos, corrales, casitas, puentes y espacios para juego simbólico.</w:t>
            </w:r>
          </w:p>
        </w:tc>
        <w:tc>
          <w:tcPr>
            <w:tcW w:w="2551" w:type="dxa"/>
            <w:vAlign w:val="center"/>
          </w:tcPr>
          <w:p w14:paraId="3F27B5EC" w14:textId="77777777" w:rsidR="00021EFA" w:rsidRPr="00774D49" w:rsidRDefault="00010C46">
            <w:pPr>
              <w:rPr>
                <w:rFonts w:cs="Arial"/>
                <w:lang w:val="es-PE"/>
              </w:rPr>
            </w:pPr>
            <w:r w:rsidRPr="00774D49">
              <w:rPr>
                <w:rFonts w:cs="Arial"/>
                <w:sz w:val="14"/>
                <w:lang w:val="es-PE"/>
              </w:rPr>
              <w:t>Revisar estabilidad. Retirar materiales rotos. Evitar acumulación en zonas de paso.</w:t>
            </w:r>
          </w:p>
        </w:tc>
      </w:tr>
      <w:tr w:rsidR="00021EFA" w:rsidRPr="00774D49" w14:paraId="5BC91C52" w14:textId="77777777">
        <w:trPr>
          <w:jc w:val="center"/>
        </w:trPr>
        <w:tc>
          <w:tcPr>
            <w:tcW w:w="1984" w:type="dxa"/>
            <w:vAlign w:val="center"/>
          </w:tcPr>
          <w:p w14:paraId="152356A3" w14:textId="77777777" w:rsidR="00021EFA" w:rsidRPr="00774D49" w:rsidRDefault="00010C46">
            <w:pPr>
              <w:rPr>
                <w:rFonts w:cs="Arial"/>
                <w:lang w:val="es-PE"/>
              </w:rPr>
            </w:pPr>
            <w:r w:rsidRPr="00774D49">
              <w:rPr>
                <w:rFonts w:cs="Arial"/>
                <w:sz w:val="14"/>
                <w:lang w:val="es-PE"/>
              </w:rPr>
              <w:lastRenderedPageBreak/>
              <w:t>Arte</w:t>
            </w:r>
          </w:p>
        </w:tc>
        <w:tc>
          <w:tcPr>
            <w:tcW w:w="2835" w:type="dxa"/>
            <w:vAlign w:val="center"/>
          </w:tcPr>
          <w:p w14:paraId="07BF7612" w14:textId="77777777" w:rsidR="00021EFA" w:rsidRPr="00774D49" w:rsidRDefault="00010C46">
            <w:pPr>
              <w:rPr>
                <w:rFonts w:cs="Arial"/>
                <w:lang w:val="es-PE"/>
              </w:rPr>
            </w:pPr>
            <w:r w:rsidRPr="00774D49">
              <w:rPr>
                <w:rFonts w:cs="Arial"/>
                <w:sz w:val="14"/>
                <w:lang w:val="es-PE"/>
              </w:rPr>
              <w:t xml:space="preserve">Papel </w:t>
            </w:r>
            <w:proofErr w:type="spellStart"/>
            <w:r w:rsidRPr="00774D49">
              <w:rPr>
                <w:rFonts w:cs="Arial"/>
                <w:sz w:val="14"/>
                <w:lang w:val="es-PE"/>
              </w:rPr>
              <w:t>kraft</w:t>
            </w:r>
            <w:proofErr w:type="spellEnd"/>
            <w:r w:rsidRPr="00774D49">
              <w:rPr>
                <w:rFonts w:cs="Arial"/>
                <w:sz w:val="14"/>
                <w:lang w:val="es-PE"/>
              </w:rPr>
              <w:t>, témperas lavables, crayolas gruesas, pinceles anchos, esponjas, hojas para estampar, masa, retazos de tela.</w:t>
            </w:r>
          </w:p>
        </w:tc>
        <w:tc>
          <w:tcPr>
            <w:tcW w:w="2835" w:type="dxa"/>
            <w:vAlign w:val="center"/>
          </w:tcPr>
          <w:p w14:paraId="5721559F" w14:textId="77777777" w:rsidR="00021EFA" w:rsidRPr="00774D49" w:rsidRDefault="00010C46">
            <w:pPr>
              <w:rPr>
                <w:rFonts w:cs="Arial"/>
                <w:lang w:val="es-PE"/>
              </w:rPr>
            </w:pPr>
            <w:r w:rsidRPr="00774D49">
              <w:rPr>
                <w:rFonts w:cs="Arial"/>
                <w:sz w:val="14"/>
                <w:lang w:val="es-PE"/>
              </w:rPr>
              <w:t>Realizar huellas, trazos, manchas, composiciones libres y producciones espontáneas.</w:t>
            </w:r>
          </w:p>
        </w:tc>
        <w:tc>
          <w:tcPr>
            <w:tcW w:w="2551" w:type="dxa"/>
            <w:vAlign w:val="center"/>
          </w:tcPr>
          <w:p w14:paraId="34DEA0BC" w14:textId="77777777" w:rsidR="00021EFA" w:rsidRPr="00774D49" w:rsidRDefault="00010C46">
            <w:pPr>
              <w:rPr>
                <w:rFonts w:cs="Arial"/>
                <w:lang w:val="es-PE"/>
              </w:rPr>
            </w:pPr>
            <w:r w:rsidRPr="00774D49">
              <w:rPr>
                <w:rFonts w:cs="Arial"/>
                <w:sz w:val="14"/>
                <w:lang w:val="es-PE"/>
              </w:rPr>
              <w:t>Proteger ropa y mesas. Usar mandiles. Priorizar proceso, no producto final.</w:t>
            </w:r>
          </w:p>
        </w:tc>
      </w:tr>
      <w:tr w:rsidR="00021EFA" w:rsidRPr="00774D49" w14:paraId="510BBAAA" w14:textId="77777777">
        <w:trPr>
          <w:jc w:val="center"/>
        </w:trPr>
        <w:tc>
          <w:tcPr>
            <w:tcW w:w="1984" w:type="dxa"/>
            <w:vAlign w:val="center"/>
          </w:tcPr>
          <w:p w14:paraId="4D504F54" w14:textId="77777777" w:rsidR="00021EFA" w:rsidRPr="00774D49" w:rsidRDefault="00010C46">
            <w:pPr>
              <w:rPr>
                <w:rFonts w:cs="Arial"/>
                <w:lang w:val="es-PE"/>
              </w:rPr>
            </w:pPr>
            <w:r w:rsidRPr="00774D49">
              <w:rPr>
                <w:rFonts w:cs="Arial"/>
                <w:sz w:val="14"/>
                <w:lang w:val="es-PE"/>
              </w:rPr>
              <w:t>Lectura</w:t>
            </w:r>
          </w:p>
        </w:tc>
        <w:tc>
          <w:tcPr>
            <w:tcW w:w="2835" w:type="dxa"/>
            <w:vAlign w:val="center"/>
          </w:tcPr>
          <w:p w14:paraId="1D0025AE" w14:textId="77777777" w:rsidR="00021EFA" w:rsidRPr="00774D49" w:rsidRDefault="00010C46">
            <w:pPr>
              <w:rPr>
                <w:rFonts w:cs="Arial"/>
                <w:lang w:val="es-PE"/>
              </w:rPr>
            </w:pPr>
            <w:r w:rsidRPr="00774D49">
              <w:rPr>
                <w:rFonts w:cs="Arial"/>
                <w:sz w:val="14"/>
                <w:lang w:val="es-PE"/>
              </w:rPr>
              <w:t>Cuentos de cartón o tela, láminas de plantas y animales, fotografías reales, tarjetas de emociones, títeres.</w:t>
            </w:r>
          </w:p>
        </w:tc>
        <w:tc>
          <w:tcPr>
            <w:tcW w:w="2835" w:type="dxa"/>
            <w:vAlign w:val="center"/>
          </w:tcPr>
          <w:p w14:paraId="29B247B9" w14:textId="77777777" w:rsidR="00021EFA" w:rsidRPr="00774D49" w:rsidRDefault="00010C46">
            <w:pPr>
              <w:rPr>
                <w:rFonts w:cs="Arial"/>
                <w:lang w:val="es-PE"/>
              </w:rPr>
            </w:pPr>
            <w:r w:rsidRPr="00774D49">
              <w:rPr>
                <w:rFonts w:cs="Arial"/>
                <w:sz w:val="14"/>
                <w:lang w:val="es-PE"/>
              </w:rPr>
              <w:t>Señalar, nombrar, anticipar, comentar imágenes y relacionarlas con experiencias.</w:t>
            </w:r>
          </w:p>
        </w:tc>
        <w:tc>
          <w:tcPr>
            <w:tcW w:w="2551" w:type="dxa"/>
            <w:vAlign w:val="center"/>
          </w:tcPr>
          <w:p w14:paraId="377650EF" w14:textId="77777777" w:rsidR="00021EFA" w:rsidRPr="00774D49" w:rsidRDefault="00010C46">
            <w:pPr>
              <w:rPr>
                <w:rFonts w:cs="Arial"/>
                <w:lang w:val="es-PE"/>
              </w:rPr>
            </w:pPr>
            <w:r w:rsidRPr="00774D49">
              <w:rPr>
                <w:rFonts w:cs="Arial"/>
                <w:sz w:val="14"/>
                <w:lang w:val="es-PE"/>
              </w:rPr>
              <w:t>Rotar materiales. Enseñar a pasar páginas con cuidado.</w:t>
            </w:r>
          </w:p>
        </w:tc>
      </w:tr>
      <w:tr w:rsidR="00021EFA" w:rsidRPr="00774D49" w14:paraId="0BD89C64" w14:textId="77777777">
        <w:trPr>
          <w:jc w:val="center"/>
        </w:trPr>
        <w:tc>
          <w:tcPr>
            <w:tcW w:w="1984" w:type="dxa"/>
            <w:vAlign w:val="center"/>
          </w:tcPr>
          <w:p w14:paraId="4A04DD6E" w14:textId="77777777" w:rsidR="00021EFA" w:rsidRPr="00774D49" w:rsidRDefault="00010C46">
            <w:pPr>
              <w:rPr>
                <w:rFonts w:cs="Arial"/>
                <w:lang w:val="es-PE"/>
              </w:rPr>
            </w:pPr>
            <w:r w:rsidRPr="00774D49">
              <w:rPr>
                <w:rFonts w:cs="Arial"/>
                <w:sz w:val="14"/>
                <w:lang w:val="es-PE"/>
              </w:rPr>
              <w:t>Cuidado e higiene</w:t>
            </w:r>
          </w:p>
        </w:tc>
        <w:tc>
          <w:tcPr>
            <w:tcW w:w="2835" w:type="dxa"/>
            <w:vAlign w:val="center"/>
          </w:tcPr>
          <w:p w14:paraId="37AF9E5A" w14:textId="77777777" w:rsidR="00021EFA" w:rsidRPr="00774D49" w:rsidRDefault="00010C46">
            <w:pPr>
              <w:rPr>
                <w:rFonts w:cs="Arial"/>
                <w:lang w:val="es-PE"/>
              </w:rPr>
            </w:pPr>
            <w:r w:rsidRPr="00774D49">
              <w:rPr>
                <w:rFonts w:cs="Arial"/>
                <w:sz w:val="14"/>
                <w:lang w:val="es-PE"/>
              </w:rPr>
              <w:t>Jabón líquido, papel toalla, paños, cartel visual de lavado de manos, tachos, canastas rotuladas.</w:t>
            </w:r>
          </w:p>
        </w:tc>
        <w:tc>
          <w:tcPr>
            <w:tcW w:w="2835" w:type="dxa"/>
            <w:vAlign w:val="center"/>
          </w:tcPr>
          <w:p w14:paraId="675AB0EB" w14:textId="77777777" w:rsidR="00021EFA" w:rsidRPr="00774D49" w:rsidRDefault="00010C46">
            <w:pPr>
              <w:rPr>
                <w:rFonts w:cs="Arial"/>
                <w:lang w:val="es-PE"/>
              </w:rPr>
            </w:pPr>
            <w:r w:rsidRPr="00774D49">
              <w:rPr>
                <w:rFonts w:cs="Arial"/>
                <w:sz w:val="14"/>
                <w:lang w:val="es-PE"/>
              </w:rPr>
              <w:t>Fortalecer hábitos de higiene, cuidado del cuerpo, orden y autonomía.</w:t>
            </w:r>
          </w:p>
        </w:tc>
        <w:tc>
          <w:tcPr>
            <w:tcW w:w="2551" w:type="dxa"/>
            <w:vAlign w:val="center"/>
          </w:tcPr>
          <w:p w14:paraId="1D42197D" w14:textId="77777777" w:rsidR="00021EFA" w:rsidRPr="00774D49" w:rsidRDefault="00010C46">
            <w:pPr>
              <w:rPr>
                <w:rFonts w:cs="Arial"/>
                <w:lang w:val="es-PE"/>
              </w:rPr>
            </w:pPr>
            <w:r w:rsidRPr="00774D49">
              <w:rPr>
                <w:rFonts w:cs="Arial"/>
                <w:sz w:val="14"/>
                <w:lang w:val="es-PE"/>
              </w:rPr>
              <w:t>Ubicar materiales a la altura de los niños y acompañar con lenguaje claro.</w:t>
            </w:r>
          </w:p>
        </w:tc>
      </w:tr>
    </w:tbl>
    <w:p w14:paraId="0FF462DA" w14:textId="77777777" w:rsidR="00021EFA" w:rsidRPr="00774D49" w:rsidRDefault="00021EFA">
      <w:pPr>
        <w:rPr>
          <w:rFonts w:cs="Arial"/>
          <w:lang w:val="es-PE"/>
        </w:rPr>
      </w:pPr>
    </w:p>
    <w:p w14:paraId="2D80F35A" w14:textId="50D8C9F4" w:rsidR="00021EFA" w:rsidRPr="00774D49" w:rsidRDefault="00010C46">
      <w:pPr>
        <w:pStyle w:val="Ttulo3"/>
        <w:rPr>
          <w:rFonts w:ascii="Arial" w:hAnsi="Arial" w:cs="Arial"/>
          <w:lang w:val="es-PE"/>
        </w:rPr>
      </w:pPr>
      <w:r w:rsidRPr="00774D49">
        <w:rPr>
          <w:rFonts w:ascii="Arial" w:hAnsi="Arial" w:cs="Arial"/>
          <w:lang w:val="es-PE"/>
        </w:rPr>
        <w:t>6.3. Acompañamiento: ¿Cuál será mi rol como docente?</w:t>
      </w:r>
    </w:p>
    <w:p w14:paraId="27C86F1B" w14:textId="78E6D1FE" w:rsidR="00811699" w:rsidRPr="00774D49" w:rsidRDefault="00811699" w:rsidP="00811699">
      <w:pPr>
        <w:rPr>
          <w:rFonts w:cs="Arial"/>
          <w:lang w:val="es-PE"/>
        </w:rPr>
      </w:pPr>
      <w:r w:rsidRPr="00774D49">
        <w:rPr>
          <w:rFonts w:cs="Arial"/>
          <w:lang w:val="es-PE"/>
        </w:rPr>
        <w:t>La docente acompaña de manera respetuosa, sensible y cercana, promoviendo la autonomía, la exploración, el juego libre, la comunicación y la expresión de emociones, intereses e ideas de los niños en las situaciones cotidianas de la jornada pedagógica.</w:t>
      </w:r>
    </w:p>
    <w:tbl>
      <w:tblPr>
        <w:tblStyle w:val="Tablaconcuadrcula"/>
        <w:tblW w:w="0" w:type="auto"/>
        <w:tblLook w:val="04A0" w:firstRow="1" w:lastRow="0" w:firstColumn="1" w:lastColumn="0" w:noHBand="0" w:noVBand="1"/>
      </w:tblPr>
      <w:tblGrid>
        <w:gridCol w:w="10686"/>
      </w:tblGrid>
      <w:tr w:rsidR="00922F73" w:rsidRPr="00774D49" w14:paraId="0C5CE0D6" w14:textId="77777777" w:rsidTr="00922F73">
        <w:tc>
          <w:tcPr>
            <w:tcW w:w="10686" w:type="dxa"/>
          </w:tcPr>
          <w:p w14:paraId="46C3E0A3" w14:textId="77777777" w:rsidR="00811699" w:rsidRPr="00774D49" w:rsidRDefault="00811699" w:rsidP="00811699">
            <w:pPr>
              <w:rPr>
                <w:rFonts w:cs="Arial"/>
                <w:b/>
                <w:bCs/>
                <w:lang w:val="es-PE"/>
              </w:rPr>
            </w:pPr>
            <w:r w:rsidRPr="00774D49">
              <w:rPr>
                <w:rFonts w:cs="Arial"/>
                <w:b/>
                <w:bCs/>
                <w:lang w:val="es-PE"/>
              </w:rPr>
              <w:t>EXPERIENCIAS PROPUESTAS (ACOMPAÑAMIENTO DIRECTO)</w:t>
            </w:r>
          </w:p>
          <w:p w14:paraId="638D9C90" w14:textId="77777777" w:rsidR="00811699" w:rsidRPr="00774D49" w:rsidRDefault="00811699" w:rsidP="00811699">
            <w:pPr>
              <w:rPr>
                <w:rFonts w:cs="Arial"/>
                <w:b/>
                <w:bCs/>
                <w:lang w:val="es-PE"/>
              </w:rPr>
            </w:pPr>
            <w:r w:rsidRPr="00774D49">
              <w:rPr>
                <w:rFonts w:cs="Arial"/>
                <w:b/>
                <w:bCs/>
                <w:lang w:val="es-PE"/>
              </w:rPr>
              <w:t>Momento de Recibimiento</w:t>
            </w:r>
          </w:p>
          <w:p w14:paraId="4ABC27DD" w14:textId="77777777" w:rsidR="00811699" w:rsidRPr="00774D49" w:rsidRDefault="00811699" w:rsidP="00811699">
            <w:pPr>
              <w:rPr>
                <w:rFonts w:cs="Arial"/>
                <w:lang w:val="es-PE"/>
              </w:rPr>
            </w:pPr>
            <w:r w:rsidRPr="00774D49">
              <w:rPr>
                <w:rFonts w:cs="Arial"/>
                <w:lang w:val="es-PE"/>
              </w:rPr>
              <w:t>• La docente recibe a cada niño de manera afectuosa y personalizada, observando cómo llega emocionalmente al aula y acompañando progresivamente la separación familiar en un ambiente de calma y seguridad.</w:t>
            </w:r>
          </w:p>
          <w:p w14:paraId="2F52242D" w14:textId="77777777" w:rsidR="00811699" w:rsidRPr="00774D49" w:rsidRDefault="00811699" w:rsidP="00811699">
            <w:pPr>
              <w:rPr>
                <w:rFonts w:cs="Arial"/>
                <w:lang w:val="es-PE"/>
              </w:rPr>
            </w:pPr>
            <w:r w:rsidRPr="00774D49">
              <w:rPr>
                <w:rFonts w:cs="Arial"/>
                <w:lang w:val="es-PE"/>
              </w:rPr>
              <w:t>• Durante este momento, favorece la integración progresiva al aula mediante conversaciones breves, contacto afectivo respetuoso y propuestas tranquilas de inicio como cuentos, materiales sensoriales o espacios de calma.</w:t>
            </w:r>
          </w:p>
          <w:p w14:paraId="7D42927C" w14:textId="77777777" w:rsidR="00811699" w:rsidRPr="00774D49" w:rsidRDefault="00811699" w:rsidP="00811699">
            <w:pPr>
              <w:rPr>
                <w:rFonts w:cs="Arial"/>
                <w:lang w:val="es-PE"/>
              </w:rPr>
            </w:pPr>
            <w:r w:rsidRPr="00774D49">
              <w:rPr>
                <w:rFonts w:cs="Arial"/>
                <w:lang w:val="es-PE"/>
              </w:rPr>
              <w:t>• Asimismo, acompaña a los niños en la organización de sus pertenencias y en la elección de un espacio o actividad de inicio según sus intereses y necesidades emocionales.</w:t>
            </w:r>
          </w:p>
          <w:p w14:paraId="7DFA8B77" w14:textId="77777777" w:rsidR="00811699" w:rsidRPr="00774D49" w:rsidRDefault="00811699" w:rsidP="00811699">
            <w:pPr>
              <w:rPr>
                <w:rFonts w:cs="Arial"/>
                <w:b/>
                <w:bCs/>
                <w:lang w:val="es-PE"/>
              </w:rPr>
            </w:pPr>
            <w:r w:rsidRPr="00774D49">
              <w:rPr>
                <w:rFonts w:cs="Arial"/>
                <w:b/>
                <w:bCs/>
                <w:lang w:val="es-PE"/>
              </w:rPr>
              <w:t>Momento de Aseo</w:t>
            </w:r>
          </w:p>
          <w:p w14:paraId="0FC54E24" w14:textId="77777777" w:rsidR="00811699" w:rsidRPr="00774D49" w:rsidRDefault="00811699" w:rsidP="00811699">
            <w:pPr>
              <w:rPr>
                <w:rFonts w:cs="Arial"/>
                <w:lang w:val="es-PE"/>
              </w:rPr>
            </w:pPr>
            <w:r w:rsidRPr="00774D49">
              <w:rPr>
                <w:rFonts w:cs="Arial"/>
                <w:lang w:val="es-PE"/>
              </w:rPr>
              <w:t>• La docente orienta y acompaña a los niños en las acciones de higiene, promoviendo progresivamente su autonomía. Durante este momento, modela la secuencia del lavado de manos utilizando indicaciones claras y sencillas.</w:t>
            </w:r>
          </w:p>
          <w:p w14:paraId="1F5382F0" w14:textId="77777777" w:rsidR="00811699" w:rsidRPr="00774D49" w:rsidRDefault="00811699" w:rsidP="00811699">
            <w:pPr>
              <w:rPr>
                <w:rFonts w:cs="Arial"/>
                <w:lang w:val="es-PE"/>
              </w:rPr>
            </w:pPr>
            <w:r w:rsidRPr="00774D49">
              <w:rPr>
                <w:rFonts w:cs="Arial"/>
                <w:lang w:val="es-PE"/>
              </w:rPr>
              <w:t>• Asimismo, invita a los niños a expresar sus necesidades mediante palabras o gestos, como solicitar agua, jabón o ayuda. Acompaña respetando el ritmo de cada niño, brindando apoyo cuando lo requiere y reforzando hábitos de cuidado personal en un ambiente tranquilo y seguro.</w:t>
            </w:r>
          </w:p>
          <w:p w14:paraId="61D2EC14" w14:textId="77777777" w:rsidR="00811699" w:rsidRPr="00774D49" w:rsidRDefault="00811699" w:rsidP="00811699">
            <w:pPr>
              <w:rPr>
                <w:rFonts w:cs="Arial"/>
                <w:b/>
                <w:bCs/>
                <w:lang w:val="es-PE"/>
              </w:rPr>
            </w:pPr>
            <w:r w:rsidRPr="00774D49">
              <w:rPr>
                <w:rFonts w:cs="Arial"/>
                <w:b/>
                <w:bCs/>
                <w:lang w:val="es-PE"/>
              </w:rPr>
              <w:t>Momento de Alimentación</w:t>
            </w:r>
          </w:p>
          <w:p w14:paraId="73B7B2A0" w14:textId="77777777" w:rsidR="00811699" w:rsidRPr="00774D49" w:rsidRDefault="00811699" w:rsidP="00811699">
            <w:pPr>
              <w:rPr>
                <w:rFonts w:cs="Arial"/>
                <w:lang w:val="es-PE"/>
              </w:rPr>
            </w:pPr>
            <w:r w:rsidRPr="00774D49">
              <w:rPr>
                <w:rFonts w:cs="Arial"/>
                <w:lang w:val="es-PE"/>
              </w:rPr>
              <w:t>• La docente acompaña a los niños promoviendo su participación autónoma durante la alimentación, orientando el uso de utensilios y el manejo de sus pertenencias.</w:t>
            </w:r>
          </w:p>
          <w:p w14:paraId="694C8B86" w14:textId="77777777" w:rsidR="00811699" w:rsidRPr="00774D49" w:rsidRDefault="00811699" w:rsidP="00811699">
            <w:pPr>
              <w:rPr>
                <w:rFonts w:cs="Arial"/>
                <w:lang w:val="es-PE"/>
              </w:rPr>
            </w:pPr>
            <w:r w:rsidRPr="00774D49">
              <w:rPr>
                <w:rFonts w:cs="Arial"/>
                <w:lang w:val="es-PE"/>
              </w:rPr>
              <w:t>• Durante este momento, fomenta la expresión de necesidades, intereses o preferencias mediante palabras o gestos, como pedir más, indicar que ya terminó o expresar si algo le agrada o no.</w:t>
            </w:r>
          </w:p>
          <w:p w14:paraId="389186FF" w14:textId="77777777" w:rsidR="00811699" w:rsidRPr="00774D49" w:rsidRDefault="00811699" w:rsidP="00811699">
            <w:pPr>
              <w:rPr>
                <w:rFonts w:cs="Arial"/>
                <w:lang w:val="es-PE"/>
              </w:rPr>
            </w:pPr>
            <w:r w:rsidRPr="00774D49">
              <w:rPr>
                <w:rFonts w:cs="Arial"/>
                <w:lang w:val="es-PE"/>
              </w:rPr>
              <w:t>• Asimismo, genera un ambiente de respeto y tranquilidad, validando las emociones de los niños y favoreciendo progresivamente la convivencia durante la lonchera.</w:t>
            </w:r>
          </w:p>
          <w:p w14:paraId="41F4AD05" w14:textId="77777777" w:rsidR="00811699" w:rsidRPr="00774D49" w:rsidRDefault="00811699" w:rsidP="00811699">
            <w:pPr>
              <w:rPr>
                <w:rFonts w:cs="Arial"/>
                <w:b/>
                <w:bCs/>
                <w:lang w:val="es-PE"/>
              </w:rPr>
            </w:pPr>
            <w:r w:rsidRPr="00774D49">
              <w:rPr>
                <w:rFonts w:cs="Arial"/>
                <w:b/>
                <w:bCs/>
                <w:lang w:val="es-PE"/>
              </w:rPr>
              <w:t>Momento de Cierre y preparación para la salida</w:t>
            </w:r>
          </w:p>
          <w:p w14:paraId="629E5E20" w14:textId="77777777" w:rsidR="00811699" w:rsidRPr="00774D49" w:rsidRDefault="00811699" w:rsidP="00811699">
            <w:pPr>
              <w:rPr>
                <w:rFonts w:cs="Arial"/>
                <w:lang w:val="es-PE"/>
              </w:rPr>
            </w:pPr>
            <w:r w:rsidRPr="00774D49">
              <w:rPr>
                <w:rFonts w:cs="Arial"/>
                <w:lang w:val="es-PE"/>
              </w:rPr>
              <w:t>• La docente acompaña el cierre de la jornada mediante canciones, conversaciones breves y organización progresiva del aula, favoreciendo que los niños recuerden las experiencias vividas durante el día.</w:t>
            </w:r>
          </w:p>
          <w:p w14:paraId="708DCC23" w14:textId="77777777" w:rsidR="00811699" w:rsidRPr="00774D49" w:rsidRDefault="00811699" w:rsidP="00811699">
            <w:pPr>
              <w:rPr>
                <w:rFonts w:cs="Arial"/>
                <w:lang w:val="es-PE"/>
              </w:rPr>
            </w:pPr>
            <w:r w:rsidRPr="00774D49">
              <w:rPr>
                <w:rFonts w:cs="Arial"/>
                <w:lang w:val="es-PE"/>
              </w:rPr>
              <w:t>• Durante este momento, promueve que los niños guarden materiales, organicen sus pertenencias y participen progresivamente en el orden del espacio común.</w:t>
            </w:r>
          </w:p>
          <w:p w14:paraId="0ADD44BE" w14:textId="77777777" w:rsidR="00811699" w:rsidRPr="00774D49" w:rsidRDefault="00811699" w:rsidP="00811699">
            <w:pPr>
              <w:rPr>
                <w:rFonts w:cs="Arial"/>
                <w:lang w:val="es-PE"/>
              </w:rPr>
            </w:pPr>
            <w:r w:rsidRPr="00774D49">
              <w:rPr>
                <w:rFonts w:cs="Arial"/>
                <w:lang w:val="es-PE"/>
              </w:rPr>
              <w:t>• Asimismo, realiza una despedida afectuosa y personalizada, fortaleciendo el vínculo y brindando seguridad antes del reencuentro familiar.</w:t>
            </w:r>
          </w:p>
          <w:p w14:paraId="65A2E165" w14:textId="77777777" w:rsidR="00811699" w:rsidRPr="00774D49" w:rsidRDefault="00811699" w:rsidP="00811699">
            <w:pPr>
              <w:rPr>
                <w:rFonts w:cs="Arial"/>
                <w:b/>
                <w:bCs/>
                <w:lang w:val="es-PE"/>
              </w:rPr>
            </w:pPr>
            <w:r w:rsidRPr="00774D49">
              <w:rPr>
                <w:rFonts w:cs="Arial"/>
                <w:b/>
                <w:bCs/>
                <w:lang w:val="es-PE"/>
              </w:rPr>
              <w:t>EXPERIENCIAS DE EXPLORACIÓN Y JUEGO (ACOMPAÑAMIENTO INDIRECTO)</w:t>
            </w:r>
          </w:p>
          <w:p w14:paraId="34ADDE9F" w14:textId="77777777" w:rsidR="00811699" w:rsidRPr="00774D49" w:rsidRDefault="00811699" w:rsidP="00811699">
            <w:pPr>
              <w:rPr>
                <w:rFonts w:cs="Arial"/>
                <w:b/>
                <w:bCs/>
                <w:lang w:val="es-PE"/>
              </w:rPr>
            </w:pPr>
            <w:r w:rsidRPr="00774D49">
              <w:rPr>
                <w:rFonts w:cs="Arial"/>
                <w:b/>
                <w:bCs/>
                <w:lang w:val="es-PE"/>
              </w:rPr>
              <w:t>Momento: Actividad autónoma y de juego libre en espacios (internos/externos)</w:t>
            </w:r>
          </w:p>
          <w:p w14:paraId="0D424811" w14:textId="77777777" w:rsidR="00811699" w:rsidRPr="00774D49" w:rsidRDefault="00811699" w:rsidP="00811699">
            <w:pPr>
              <w:rPr>
                <w:rFonts w:cs="Arial"/>
                <w:lang w:val="es-PE"/>
              </w:rPr>
            </w:pPr>
            <w:r w:rsidRPr="00774D49">
              <w:rPr>
                <w:rFonts w:cs="Arial"/>
                <w:lang w:val="es-PE"/>
              </w:rPr>
              <w:t>• La docente observa de manera atenta cómo los niños exploran los materiales y se desenvuelven en los diferentes espacios, identificando sus intereses, formas de juego, interacciones y maneras de expresar emociones e ideas.</w:t>
            </w:r>
          </w:p>
          <w:p w14:paraId="42D36089" w14:textId="77777777" w:rsidR="00811699" w:rsidRPr="00774D49" w:rsidRDefault="00811699" w:rsidP="00811699">
            <w:pPr>
              <w:rPr>
                <w:rFonts w:cs="Arial"/>
                <w:lang w:val="es-PE"/>
              </w:rPr>
            </w:pPr>
            <w:r w:rsidRPr="00774D49">
              <w:rPr>
                <w:rFonts w:cs="Arial"/>
                <w:lang w:val="es-PE"/>
              </w:rPr>
              <w:t>• Durante este momento, permite que los niños elijan libremente los materiales y espacios según sus intereses, respetando sus iniciativas, ritmos y formas de interacción durante el juego individual, paralelo o compartido.</w:t>
            </w:r>
          </w:p>
          <w:p w14:paraId="422B2FA0" w14:textId="77777777" w:rsidR="00811699" w:rsidRPr="00774D49" w:rsidRDefault="00811699" w:rsidP="00811699">
            <w:pPr>
              <w:rPr>
                <w:rFonts w:cs="Arial"/>
                <w:lang w:val="es-PE"/>
              </w:rPr>
            </w:pPr>
            <w:r w:rsidRPr="00774D49">
              <w:rPr>
                <w:rFonts w:cs="Arial"/>
                <w:lang w:val="es-PE"/>
              </w:rPr>
              <w:t>• Asimismo, presta atención a las expresiones de los niños mediante gestos, palabras, movimientos, desplazamientos, construcciones o producciones espontáneas, registrando evidencias significativas en el cuaderno de campo.</w:t>
            </w:r>
          </w:p>
          <w:p w14:paraId="0DCEEE63" w14:textId="77777777" w:rsidR="00811699" w:rsidRPr="00774D49" w:rsidRDefault="00811699" w:rsidP="00811699">
            <w:pPr>
              <w:rPr>
                <w:rFonts w:cs="Arial"/>
                <w:lang w:val="es-PE"/>
              </w:rPr>
            </w:pPr>
            <w:r w:rsidRPr="00774D49">
              <w:rPr>
                <w:rFonts w:cs="Arial"/>
                <w:lang w:val="es-PE"/>
              </w:rPr>
              <w:t>• La docente interviene de manera oportuna solo cuando es necesario, principalmente para acompañar emocionalmente, ampliar el lenguaje, favorecer la comunicación entre pares o brindar seguridad durante la exploración y el juego.</w:t>
            </w:r>
          </w:p>
          <w:p w14:paraId="569BF699" w14:textId="77777777" w:rsidR="00811699" w:rsidRPr="00774D49" w:rsidRDefault="00811699" w:rsidP="00811699">
            <w:pPr>
              <w:rPr>
                <w:rFonts w:cs="Arial"/>
                <w:lang w:val="es-PE"/>
              </w:rPr>
            </w:pPr>
            <w:r w:rsidRPr="00774D49">
              <w:rPr>
                <w:rFonts w:cs="Arial"/>
                <w:lang w:val="es-PE"/>
              </w:rPr>
              <w:t>• Además, asegura que los espacios y materiales se encuentren organizados, accesibles y seguros, favoreciendo la autonomía, el movimiento libre y el desenvolvimiento seguro de los niños.</w:t>
            </w:r>
          </w:p>
          <w:p w14:paraId="385032FC" w14:textId="77777777" w:rsidR="00811699" w:rsidRPr="00774D49" w:rsidRDefault="00811699" w:rsidP="00811699">
            <w:pPr>
              <w:rPr>
                <w:rFonts w:cs="Arial"/>
                <w:b/>
                <w:bCs/>
                <w:lang w:val="es-PE"/>
              </w:rPr>
            </w:pPr>
            <w:r w:rsidRPr="00774D49">
              <w:rPr>
                <w:rFonts w:cs="Arial"/>
                <w:b/>
                <w:bCs/>
                <w:lang w:val="es-PE"/>
              </w:rPr>
              <w:t>Momento: Actividad grupal o socialización</w:t>
            </w:r>
          </w:p>
          <w:p w14:paraId="77C0BA7F" w14:textId="77777777" w:rsidR="00811699" w:rsidRPr="00774D49" w:rsidRDefault="00811699" w:rsidP="00811699">
            <w:pPr>
              <w:rPr>
                <w:rFonts w:cs="Arial"/>
                <w:lang w:val="es-PE"/>
              </w:rPr>
            </w:pPr>
            <w:r w:rsidRPr="00774D49">
              <w:rPr>
                <w:rFonts w:cs="Arial"/>
                <w:lang w:val="es-PE"/>
              </w:rPr>
              <w:t>• La docente propone experiencias grupales relacionadas con la exploración, el movimiento, el arte, el juego y la comunicación, favoreciendo la participación activa y el intercambio entre los niños.</w:t>
            </w:r>
          </w:p>
          <w:p w14:paraId="37BF88E2" w14:textId="77777777" w:rsidR="00811699" w:rsidRPr="00774D49" w:rsidRDefault="00811699" w:rsidP="00811699">
            <w:pPr>
              <w:rPr>
                <w:rFonts w:cs="Arial"/>
                <w:lang w:val="es-PE"/>
              </w:rPr>
            </w:pPr>
            <w:r w:rsidRPr="00774D49">
              <w:rPr>
                <w:rFonts w:cs="Arial"/>
                <w:lang w:val="es-PE"/>
              </w:rPr>
              <w:lastRenderedPageBreak/>
              <w:t>• Durante estas experiencias, acompaña mediante preguntas sencillas, comentarios descriptivos y mediación respetuosa, promoviendo que los niños expresen descubrimientos, emociones, ideas y sensaciones relacionadas con los materiales y situaciones exploradas.</w:t>
            </w:r>
          </w:p>
          <w:p w14:paraId="49F30B8F" w14:textId="77777777" w:rsidR="00811699" w:rsidRPr="00774D49" w:rsidRDefault="00811699" w:rsidP="00811699">
            <w:pPr>
              <w:rPr>
                <w:rFonts w:cs="Arial"/>
                <w:lang w:val="es-PE"/>
              </w:rPr>
            </w:pPr>
            <w:r w:rsidRPr="00774D49">
              <w:rPr>
                <w:rFonts w:cs="Arial"/>
                <w:lang w:val="es-PE"/>
              </w:rPr>
              <w:t>• Asimismo, favorece pequeños espacios de diálogo y escucha donde los niños puedan compartir lo que hicieron, observar a sus compañeros y participar progresivamente en experiencias colectivas.</w:t>
            </w:r>
          </w:p>
          <w:p w14:paraId="0C0F5567" w14:textId="77777777" w:rsidR="00811699" w:rsidRPr="00774D49" w:rsidRDefault="00811699" w:rsidP="00811699">
            <w:pPr>
              <w:rPr>
                <w:rFonts w:cs="Arial"/>
                <w:lang w:val="es-PE"/>
              </w:rPr>
            </w:pPr>
            <w:r w:rsidRPr="00774D49">
              <w:rPr>
                <w:rFonts w:cs="Arial"/>
                <w:lang w:val="es-PE"/>
              </w:rPr>
              <w:t>• La docente observa cómo los niños participan, esperan turnos, se relacionan con sus pares, utilizan el lenguaje oral y resuelven pequeñas situaciones durante las experiencias compartidas.</w:t>
            </w:r>
          </w:p>
          <w:p w14:paraId="1385BAD3" w14:textId="748240CC" w:rsidR="00922F73" w:rsidRPr="00774D49" w:rsidRDefault="00811699" w:rsidP="00D07604">
            <w:pPr>
              <w:rPr>
                <w:rFonts w:cs="Arial"/>
                <w:lang w:val="es-PE"/>
              </w:rPr>
            </w:pPr>
            <w:r w:rsidRPr="00774D49">
              <w:rPr>
                <w:rFonts w:cs="Arial"/>
                <w:lang w:val="es-PE"/>
              </w:rPr>
              <w:t>• Además, registra evidencias significativas relacionadas con la participación, la comunicación, la exploración y la convivencia para tomar decisiones pedagógicas posteriores.</w:t>
            </w:r>
          </w:p>
        </w:tc>
      </w:tr>
    </w:tbl>
    <w:p w14:paraId="5978C5A0" w14:textId="77777777" w:rsidR="00D07604" w:rsidRPr="00774D49" w:rsidRDefault="00D07604" w:rsidP="00D07604">
      <w:pPr>
        <w:rPr>
          <w:rFonts w:cs="Arial"/>
          <w:lang w:val="es-PE"/>
        </w:rPr>
      </w:pPr>
    </w:p>
    <w:p w14:paraId="67585863" w14:textId="77777777" w:rsidR="00021EFA" w:rsidRPr="00774D49" w:rsidRDefault="00021EFA">
      <w:pPr>
        <w:rPr>
          <w:rFonts w:cs="Arial"/>
          <w:lang w:val="es-PE"/>
        </w:rPr>
      </w:pPr>
    </w:p>
    <w:p w14:paraId="4343CD0B" w14:textId="77777777" w:rsidR="00021EFA" w:rsidRPr="00774D49" w:rsidRDefault="00010C46">
      <w:pPr>
        <w:pStyle w:val="Ttulo2"/>
        <w:rPr>
          <w:rFonts w:ascii="Arial" w:hAnsi="Arial" w:cs="Arial"/>
          <w:lang w:val="es-PE"/>
        </w:rPr>
      </w:pPr>
      <w:r w:rsidRPr="00774D49">
        <w:rPr>
          <w:rFonts w:ascii="Arial" w:hAnsi="Arial" w:cs="Arial"/>
          <w:lang w:val="es-PE"/>
        </w:rPr>
        <w:t>VII. PLANIFICACIÓN DE MOMENTOS DE CUIDADO</w:t>
      </w:r>
    </w:p>
    <w:p w14:paraId="1B1DFB3C" w14:textId="77777777" w:rsidR="00021EFA" w:rsidRPr="00774D49" w:rsidRDefault="00010C46">
      <w:pPr>
        <w:rPr>
          <w:rFonts w:cs="Arial"/>
          <w:lang w:val="es-PE"/>
        </w:rPr>
      </w:pPr>
      <w:r w:rsidRPr="00774D49">
        <w:rPr>
          <w:rFonts w:cs="Arial"/>
          <w:lang w:val="es-PE"/>
        </w:rPr>
        <w:t>Los momentos de cuidado son experiencias pedagógicas esenciales porque fortalecen vínculo, autonomía, lenguaje, seguridad emocional, cuidado del cuerpo y convivencia. No se consideran pausas de la jornada, sino situaciones cotidianas con alto valor formativo.</w:t>
      </w:r>
    </w:p>
    <w:tbl>
      <w:tblPr>
        <w:tblStyle w:val="Tablaconcuadrcula"/>
        <w:tblW w:w="0" w:type="auto"/>
        <w:jc w:val="center"/>
        <w:tblLook w:val="04A0" w:firstRow="1" w:lastRow="0" w:firstColumn="1" w:lastColumn="0" w:noHBand="0" w:noVBand="1"/>
      </w:tblPr>
      <w:tblGrid>
        <w:gridCol w:w="1302"/>
        <w:gridCol w:w="2266"/>
        <w:gridCol w:w="3002"/>
        <w:gridCol w:w="2379"/>
        <w:gridCol w:w="1813"/>
      </w:tblGrid>
      <w:tr w:rsidR="00021EFA" w:rsidRPr="00774D49" w14:paraId="5DB43A16" w14:textId="77777777">
        <w:trPr>
          <w:jc w:val="center"/>
        </w:trPr>
        <w:tc>
          <w:tcPr>
            <w:tcW w:w="1304" w:type="dxa"/>
            <w:shd w:val="clear" w:color="auto" w:fill="F4CCCC"/>
            <w:vAlign w:val="center"/>
          </w:tcPr>
          <w:p w14:paraId="683BF746" w14:textId="77777777" w:rsidR="00021EFA" w:rsidRPr="00774D49" w:rsidRDefault="00010C46">
            <w:pPr>
              <w:jc w:val="center"/>
              <w:rPr>
                <w:rFonts w:cs="Arial"/>
                <w:lang w:val="es-PE"/>
              </w:rPr>
            </w:pPr>
            <w:r w:rsidRPr="00774D49">
              <w:rPr>
                <w:rFonts w:cs="Arial"/>
                <w:b/>
                <w:sz w:val="12"/>
                <w:lang w:val="es-PE"/>
              </w:rPr>
              <w:t>Momento</w:t>
            </w:r>
          </w:p>
        </w:tc>
        <w:tc>
          <w:tcPr>
            <w:tcW w:w="2268" w:type="dxa"/>
            <w:shd w:val="clear" w:color="auto" w:fill="F4CCCC"/>
            <w:vAlign w:val="center"/>
          </w:tcPr>
          <w:p w14:paraId="5F8A2766" w14:textId="77777777" w:rsidR="00021EFA" w:rsidRPr="00774D49" w:rsidRDefault="00010C46">
            <w:pPr>
              <w:jc w:val="center"/>
              <w:rPr>
                <w:rFonts w:cs="Arial"/>
                <w:lang w:val="es-PE"/>
              </w:rPr>
            </w:pPr>
            <w:r w:rsidRPr="00774D49">
              <w:rPr>
                <w:rFonts w:cs="Arial"/>
                <w:b/>
                <w:sz w:val="12"/>
                <w:lang w:val="es-PE"/>
              </w:rPr>
              <w:t>Propósito</w:t>
            </w:r>
          </w:p>
        </w:tc>
        <w:tc>
          <w:tcPr>
            <w:tcW w:w="3005" w:type="dxa"/>
            <w:shd w:val="clear" w:color="auto" w:fill="F4CCCC"/>
            <w:vAlign w:val="center"/>
          </w:tcPr>
          <w:p w14:paraId="52164E44" w14:textId="77777777" w:rsidR="00021EFA" w:rsidRPr="00774D49" w:rsidRDefault="00010C46">
            <w:pPr>
              <w:jc w:val="center"/>
              <w:rPr>
                <w:rFonts w:cs="Arial"/>
                <w:lang w:val="es-PE"/>
              </w:rPr>
            </w:pPr>
            <w:r w:rsidRPr="00774D49">
              <w:rPr>
                <w:rFonts w:cs="Arial"/>
                <w:b/>
                <w:sz w:val="12"/>
                <w:lang w:val="es-PE"/>
              </w:rPr>
              <w:t>Intervención docente</w:t>
            </w:r>
          </w:p>
        </w:tc>
        <w:tc>
          <w:tcPr>
            <w:tcW w:w="2381" w:type="dxa"/>
            <w:shd w:val="clear" w:color="auto" w:fill="F4CCCC"/>
            <w:vAlign w:val="center"/>
          </w:tcPr>
          <w:p w14:paraId="3CC57B38" w14:textId="77777777" w:rsidR="00021EFA" w:rsidRPr="00774D49" w:rsidRDefault="00010C46">
            <w:pPr>
              <w:jc w:val="center"/>
              <w:rPr>
                <w:rFonts w:cs="Arial"/>
                <w:lang w:val="es-PE"/>
              </w:rPr>
            </w:pPr>
            <w:r w:rsidRPr="00774D49">
              <w:rPr>
                <w:rFonts w:cs="Arial"/>
                <w:b/>
                <w:sz w:val="12"/>
                <w:lang w:val="es-PE"/>
              </w:rPr>
              <w:t>Evidencia observable</w:t>
            </w:r>
          </w:p>
        </w:tc>
        <w:tc>
          <w:tcPr>
            <w:tcW w:w="1814" w:type="dxa"/>
            <w:shd w:val="clear" w:color="auto" w:fill="F4CCCC"/>
            <w:vAlign w:val="center"/>
          </w:tcPr>
          <w:p w14:paraId="7F14D820" w14:textId="77777777" w:rsidR="00021EFA" w:rsidRPr="00774D49" w:rsidRDefault="00010C46">
            <w:pPr>
              <w:jc w:val="center"/>
              <w:rPr>
                <w:rFonts w:cs="Arial"/>
                <w:lang w:val="es-PE"/>
              </w:rPr>
            </w:pPr>
            <w:r w:rsidRPr="00774D49">
              <w:rPr>
                <w:rFonts w:cs="Arial"/>
                <w:b/>
                <w:sz w:val="12"/>
                <w:lang w:val="es-PE"/>
              </w:rPr>
              <w:t>Decisión posterior</w:t>
            </w:r>
          </w:p>
        </w:tc>
      </w:tr>
      <w:tr w:rsidR="00021EFA" w:rsidRPr="00774D49" w14:paraId="3E8A96C7" w14:textId="77777777">
        <w:trPr>
          <w:jc w:val="center"/>
        </w:trPr>
        <w:tc>
          <w:tcPr>
            <w:tcW w:w="1304" w:type="dxa"/>
            <w:vAlign w:val="center"/>
          </w:tcPr>
          <w:p w14:paraId="66253E93" w14:textId="77777777" w:rsidR="00021EFA" w:rsidRPr="00774D49" w:rsidRDefault="00010C46">
            <w:pPr>
              <w:rPr>
                <w:rFonts w:cs="Arial"/>
                <w:lang w:val="es-PE"/>
              </w:rPr>
            </w:pPr>
            <w:r w:rsidRPr="00774D49">
              <w:rPr>
                <w:rFonts w:cs="Arial"/>
                <w:sz w:val="12"/>
                <w:lang w:val="es-PE"/>
              </w:rPr>
              <w:t>Ingreso</w:t>
            </w:r>
          </w:p>
        </w:tc>
        <w:tc>
          <w:tcPr>
            <w:tcW w:w="2268" w:type="dxa"/>
            <w:vAlign w:val="center"/>
          </w:tcPr>
          <w:p w14:paraId="3DDE6C69" w14:textId="77777777" w:rsidR="00021EFA" w:rsidRPr="00774D49" w:rsidRDefault="00010C46">
            <w:pPr>
              <w:rPr>
                <w:rFonts w:cs="Arial"/>
                <w:lang w:val="es-PE"/>
              </w:rPr>
            </w:pPr>
            <w:r w:rsidRPr="00774D49">
              <w:rPr>
                <w:rFonts w:cs="Arial"/>
                <w:sz w:val="12"/>
                <w:lang w:val="es-PE"/>
              </w:rPr>
              <w:t>Recibir al niño con calidez, identificar su estado emocional y acompañar la separación familiar.</w:t>
            </w:r>
          </w:p>
        </w:tc>
        <w:tc>
          <w:tcPr>
            <w:tcW w:w="3005" w:type="dxa"/>
            <w:vAlign w:val="center"/>
          </w:tcPr>
          <w:p w14:paraId="18F1DE46" w14:textId="77777777" w:rsidR="00021EFA" w:rsidRPr="00774D49" w:rsidRDefault="00010C46">
            <w:pPr>
              <w:rPr>
                <w:rFonts w:cs="Arial"/>
                <w:lang w:val="es-PE"/>
              </w:rPr>
            </w:pPr>
            <w:r w:rsidRPr="00774D49">
              <w:rPr>
                <w:rFonts w:cs="Arial"/>
                <w:sz w:val="12"/>
                <w:lang w:val="es-PE"/>
              </w:rPr>
              <w:t>Saludo personalizado, validación emocional, apoyo para guardar pertenencias y elección de un espacio de inicio.</w:t>
            </w:r>
          </w:p>
        </w:tc>
        <w:tc>
          <w:tcPr>
            <w:tcW w:w="2381" w:type="dxa"/>
            <w:vAlign w:val="center"/>
          </w:tcPr>
          <w:p w14:paraId="11E8ED03" w14:textId="77777777" w:rsidR="00021EFA" w:rsidRPr="00774D49" w:rsidRDefault="00010C46">
            <w:pPr>
              <w:rPr>
                <w:rFonts w:cs="Arial"/>
                <w:lang w:val="es-PE"/>
              </w:rPr>
            </w:pPr>
            <w:r w:rsidRPr="00774D49">
              <w:rPr>
                <w:rFonts w:cs="Arial"/>
                <w:sz w:val="12"/>
                <w:lang w:val="es-PE"/>
              </w:rPr>
              <w:t>Llega con mayor seguridad, acepta despedirse progresivamente de la familia y se integra a un espacio del aula.</w:t>
            </w:r>
          </w:p>
        </w:tc>
        <w:tc>
          <w:tcPr>
            <w:tcW w:w="1814" w:type="dxa"/>
            <w:vAlign w:val="center"/>
          </w:tcPr>
          <w:p w14:paraId="2FD94DCE" w14:textId="77777777" w:rsidR="00021EFA" w:rsidRPr="00774D49" w:rsidRDefault="00010C46">
            <w:pPr>
              <w:rPr>
                <w:rFonts w:cs="Arial"/>
                <w:lang w:val="es-PE"/>
              </w:rPr>
            </w:pPr>
            <w:r w:rsidRPr="00774D49">
              <w:rPr>
                <w:rFonts w:cs="Arial"/>
                <w:sz w:val="12"/>
                <w:lang w:val="es-PE"/>
              </w:rPr>
              <w:t>Mantener objeto de apego, ajustar recibimiento o comunicar a la familia si se observa ansiedad persistente.</w:t>
            </w:r>
          </w:p>
        </w:tc>
      </w:tr>
      <w:tr w:rsidR="00021EFA" w:rsidRPr="00774D49" w14:paraId="08827AC5" w14:textId="77777777">
        <w:trPr>
          <w:jc w:val="center"/>
        </w:trPr>
        <w:tc>
          <w:tcPr>
            <w:tcW w:w="1304" w:type="dxa"/>
            <w:vAlign w:val="center"/>
          </w:tcPr>
          <w:p w14:paraId="65C719F2" w14:textId="77777777" w:rsidR="00021EFA" w:rsidRPr="00774D49" w:rsidRDefault="00010C46">
            <w:pPr>
              <w:rPr>
                <w:rFonts w:cs="Arial"/>
                <w:lang w:val="es-PE"/>
              </w:rPr>
            </w:pPr>
            <w:r w:rsidRPr="00774D49">
              <w:rPr>
                <w:rFonts w:cs="Arial"/>
                <w:sz w:val="12"/>
                <w:lang w:val="es-PE"/>
              </w:rPr>
              <w:t>Higiene</w:t>
            </w:r>
          </w:p>
        </w:tc>
        <w:tc>
          <w:tcPr>
            <w:tcW w:w="2268" w:type="dxa"/>
            <w:vAlign w:val="center"/>
          </w:tcPr>
          <w:p w14:paraId="223B47F6" w14:textId="77777777" w:rsidR="00021EFA" w:rsidRPr="00774D49" w:rsidRDefault="00010C46">
            <w:pPr>
              <w:rPr>
                <w:rFonts w:cs="Arial"/>
                <w:lang w:val="es-PE"/>
              </w:rPr>
            </w:pPr>
            <w:r w:rsidRPr="00774D49">
              <w:rPr>
                <w:rFonts w:cs="Arial"/>
                <w:sz w:val="12"/>
                <w:lang w:val="es-PE"/>
              </w:rPr>
              <w:t>Fortalecer hábitos de cuidado del cuerpo después de explorar tierra, agua o pintura.</w:t>
            </w:r>
          </w:p>
        </w:tc>
        <w:tc>
          <w:tcPr>
            <w:tcW w:w="3005" w:type="dxa"/>
            <w:vAlign w:val="center"/>
          </w:tcPr>
          <w:p w14:paraId="5744632F" w14:textId="77777777" w:rsidR="00021EFA" w:rsidRPr="00774D49" w:rsidRDefault="00010C46">
            <w:pPr>
              <w:rPr>
                <w:rFonts w:cs="Arial"/>
                <w:lang w:val="es-PE"/>
              </w:rPr>
            </w:pPr>
            <w:r w:rsidRPr="00774D49">
              <w:rPr>
                <w:rFonts w:cs="Arial"/>
                <w:sz w:val="12"/>
                <w:lang w:val="es-PE"/>
              </w:rPr>
              <w:t>Modelado de lavado de manos, uso de imágenes secuenciales, apoyo verbal y físico solo cuando sea necesario.</w:t>
            </w:r>
          </w:p>
        </w:tc>
        <w:tc>
          <w:tcPr>
            <w:tcW w:w="2381" w:type="dxa"/>
            <w:vAlign w:val="center"/>
          </w:tcPr>
          <w:p w14:paraId="759DF277" w14:textId="77777777" w:rsidR="00021EFA" w:rsidRPr="00774D49" w:rsidRDefault="00010C46">
            <w:pPr>
              <w:rPr>
                <w:rFonts w:cs="Arial"/>
                <w:lang w:val="es-PE"/>
              </w:rPr>
            </w:pPr>
            <w:r w:rsidRPr="00774D49">
              <w:rPr>
                <w:rFonts w:cs="Arial"/>
                <w:sz w:val="12"/>
                <w:lang w:val="es-PE"/>
              </w:rPr>
              <w:t>Se lava las manos con apoyo, reconoce algunos pasos y solicita ayuda cuando lo necesita.</w:t>
            </w:r>
          </w:p>
        </w:tc>
        <w:tc>
          <w:tcPr>
            <w:tcW w:w="1814" w:type="dxa"/>
            <w:vAlign w:val="center"/>
          </w:tcPr>
          <w:p w14:paraId="476BAAC1" w14:textId="77777777" w:rsidR="00021EFA" w:rsidRPr="00774D49" w:rsidRDefault="00010C46">
            <w:pPr>
              <w:rPr>
                <w:rFonts w:cs="Arial"/>
                <w:lang w:val="es-PE"/>
              </w:rPr>
            </w:pPr>
            <w:r w:rsidRPr="00774D49">
              <w:rPr>
                <w:rFonts w:cs="Arial"/>
                <w:sz w:val="12"/>
                <w:lang w:val="es-PE"/>
              </w:rPr>
              <w:t>Reforzar pasos con canciones, imágenes o acompañamiento individual.</w:t>
            </w:r>
          </w:p>
        </w:tc>
      </w:tr>
      <w:tr w:rsidR="00021EFA" w:rsidRPr="00774D49" w14:paraId="028873E5" w14:textId="77777777">
        <w:trPr>
          <w:jc w:val="center"/>
        </w:trPr>
        <w:tc>
          <w:tcPr>
            <w:tcW w:w="1304" w:type="dxa"/>
            <w:vAlign w:val="center"/>
          </w:tcPr>
          <w:p w14:paraId="10AC8414" w14:textId="77777777" w:rsidR="00021EFA" w:rsidRPr="00774D49" w:rsidRDefault="00010C46">
            <w:pPr>
              <w:rPr>
                <w:rFonts w:cs="Arial"/>
                <w:lang w:val="es-PE"/>
              </w:rPr>
            </w:pPr>
            <w:r w:rsidRPr="00774D49">
              <w:rPr>
                <w:rFonts w:cs="Arial"/>
                <w:sz w:val="12"/>
                <w:lang w:val="es-PE"/>
              </w:rPr>
              <w:t>Alimentación</w:t>
            </w:r>
          </w:p>
        </w:tc>
        <w:tc>
          <w:tcPr>
            <w:tcW w:w="2268" w:type="dxa"/>
            <w:vAlign w:val="center"/>
          </w:tcPr>
          <w:p w14:paraId="4553A2B2" w14:textId="77777777" w:rsidR="00021EFA" w:rsidRPr="00774D49" w:rsidRDefault="00010C46">
            <w:pPr>
              <w:rPr>
                <w:rFonts w:cs="Arial"/>
                <w:lang w:val="es-PE"/>
              </w:rPr>
            </w:pPr>
            <w:r w:rsidRPr="00774D49">
              <w:rPr>
                <w:rFonts w:cs="Arial"/>
                <w:sz w:val="12"/>
                <w:lang w:val="es-PE"/>
              </w:rPr>
              <w:t>Promover autonomía, calma y convivencia durante el consumo de alimentos.</w:t>
            </w:r>
          </w:p>
        </w:tc>
        <w:tc>
          <w:tcPr>
            <w:tcW w:w="3005" w:type="dxa"/>
            <w:vAlign w:val="center"/>
          </w:tcPr>
          <w:p w14:paraId="34955FAE" w14:textId="77777777" w:rsidR="00021EFA" w:rsidRPr="00774D49" w:rsidRDefault="00010C46">
            <w:pPr>
              <w:rPr>
                <w:rFonts w:cs="Arial"/>
                <w:lang w:val="es-PE"/>
              </w:rPr>
            </w:pPr>
            <w:r w:rsidRPr="00774D49">
              <w:rPr>
                <w:rFonts w:cs="Arial"/>
                <w:sz w:val="12"/>
                <w:lang w:val="es-PE"/>
              </w:rPr>
              <w:t>Organización de mesas, anticipación de acuerdos, apoyo para abrir loncheras, uso de servilleta y recojo de residuos.</w:t>
            </w:r>
          </w:p>
        </w:tc>
        <w:tc>
          <w:tcPr>
            <w:tcW w:w="2381" w:type="dxa"/>
            <w:vAlign w:val="center"/>
          </w:tcPr>
          <w:p w14:paraId="618467F5" w14:textId="77777777" w:rsidR="00021EFA" w:rsidRPr="00774D49" w:rsidRDefault="00010C46">
            <w:pPr>
              <w:rPr>
                <w:rFonts w:cs="Arial"/>
                <w:lang w:val="es-PE"/>
              </w:rPr>
            </w:pPr>
            <w:r w:rsidRPr="00774D49">
              <w:rPr>
                <w:rFonts w:cs="Arial"/>
                <w:sz w:val="12"/>
                <w:lang w:val="es-PE"/>
              </w:rPr>
              <w:t>Consume alimentos con acompañamiento, cuida su espacio y recoge progresivamente sus pertenencias.</w:t>
            </w:r>
          </w:p>
        </w:tc>
        <w:tc>
          <w:tcPr>
            <w:tcW w:w="1814" w:type="dxa"/>
            <w:vAlign w:val="center"/>
          </w:tcPr>
          <w:p w14:paraId="2F95025D" w14:textId="77777777" w:rsidR="00021EFA" w:rsidRPr="00774D49" w:rsidRDefault="00010C46">
            <w:pPr>
              <w:rPr>
                <w:rFonts w:cs="Arial"/>
                <w:lang w:val="es-PE"/>
              </w:rPr>
            </w:pPr>
            <w:r w:rsidRPr="00774D49">
              <w:rPr>
                <w:rFonts w:cs="Arial"/>
                <w:sz w:val="12"/>
                <w:lang w:val="es-PE"/>
              </w:rPr>
              <w:t>Ubicar a niños que requieren más apoyo cerca de la docente.</w:t>
            </w:r>
          </w:p>
        </w:tc>
      </w:tr>
      <w:tr w:rsidR="00021EFA" w:rsidRPr="00774D49" w14:paraId="23FEDA94" w14:textId="77777777">
        <w:trPr>
          <w:jc w:val="center"/>
        </w:trPr>
        <w:tc>
          <w:tcPr>
            <w:tcW w:w="1304" w:type="dxa"/>
            <w:vAlign w:val="center"/>
          </w:tcPr>
          <w:p w14:paraId="47D2BDF5" w14:textId="77777777" w:rsidR="00021EFA" w:rsidRPr="00774D49" w:rsidRDefault="00010C46">
            <w:pPr>
              <w:rPr>
                <w:rFonts w:cs="Arial"/>
                <w:lang w:val="es-PE"/>
              </w:rPr>
            </w:pPr>
            <w:r w:rsidRPr="00774D49">
              <w:rPr>
                <w:rFonts w:cs="Arial"/>
                <w:sz w:val="12"/>
                <w:lang w:val="es-PE"/>
              </w:rPr>
              <w:t>Uso de servicios higiénicos</w:t>
            </w:r>
          </w:p>
        </w:tc>
        <w:tc>
          <w:tcPr>
            <w:tcW w:w="2268" w:type="dxa"/>
            <w:vAlign w:val="center"/>
          </w:tcPr>
          <w:p w14:paraId="7ACE2875" w14:textId="77777777" w:rsidR="00021EFA" w:rsidRPr="00774D49" w:rsidRDefault="00010C46">
            <w:pPr>
              <w:rPr>
                <w:rFonts w:cs="Arial"/>
                <w:lang w:val="es-PE"/>
              </w:rPr>
            </w:pPr>
            <w:r w:rsidRPr="00774D49">
              <w:rPr>
                <w:rFonts w:cs="Arial"/>
                <w:sz w:val="12"/>
                <w:lang w:val="es-PE"/>
              </w:rPr>
              <w:t>Acompañar el reconocimiento de necesidades corporales y cuidado de la intimidad.</w:t>
            </w:r>
          </w:p>
        </w:tc>
        <w:tc>
          <w:tcPr>
            <w:tcW w:w="3005" w:type="dxa"/>
            <w:vAlign w:val="center"/>
          </w:tcPr>
          <w:p w14:paraId="51F31A25" w14:textId="77777777" w:rsidR="00021EFA" w:rsidRPr="00774D49" w:rsidRDefault="00010C46">
            <w:pPr>
              <w:rPr>
                <w:rFonts w:cs="Arial"/>
                <w:lang w:val="es-PE"/>
              </w:rPr>
            </w:pPr>
            <w:r w:rsidRPr="00774D49">
              <w:rPr>
                <w:rFonts w:cs="Arial"/>
                <w:sz w:val="12"/>
                <w:lang w:val="es-PE"/>
              </w:rPr>
              <w:t>Recordatorios respetuosos, palabras claras, acompañamiento cercano y respeto por el ritmo de cada niño.</w:t>
            </w:r>
          </w:p>
        </w:tc>
        <w:tc>
          <w:tcPr>
            <w:tcW w:w="2381" w:type="dxa"/>
            <w:vAlign w:val="center"/>
          </w:tcPr>
          <w:p w14:paraId="763EF134" w14:textId="77777777" w:rsidR="00021EFA" w:rsidRPr="00774D49" w:rsidRDefault="00010C46">
            <w:pPr>
              <w:rPr>
                <w:rFonts w:cs="Arial"/>
                <w:lang w:val="es-PE"/>
              </w:rPr>
            </w:pPr>
            <w:r w:rsidRPr="00774D49">
              <w:rPr>
                <w:rFonts w:cs="Arial"/>
                <w:sz w:val="12"/>
                <w:lang w:val="es-PE"/>
              </w:rPr>
              <w:t>Comunica cuando necesita ir al baño o acepta acompañamiento para hacerlo.</w:t>
            </w:r>
          </w:p>
        </w:tc>
        <w:tc>
          <w:tcPr>
            <w:tcW w:w="1814" w:type="dxa"/>
            <w:vAlign w:val="center"/>
          </w:tcPr>
          <w:p w14:paraId="67B84A14" w14:textId="77777777" w:rsidR="00021EFA" w:rsidRPr="00774D49" w:rsidRDefault="00010C46">
            <w:pPr>
              <w:rPr>
                <w:rFonts w:cs="Arial"/>
                <w:lang w:val="es-PE"/>
              </w:rPr>
            </w:pPr>
            <w:r w:rsidRPr="00774D49">
              <w:rPr>
                <w:rFonts w:cs="Arial"/>
                <w:sz w:val="12"/>
                <w:lang w:val="es-PE"/>
              </w:rPr>
              <w:t>Coordinar con familia si se requieren rutinas comunes o ropa adicional.</w:t>
            </w:r>
          </w:p>
        </w:tc>
      </w:tr>
      <w:tr w:rsidR="00021EFA" w:rsidRPr="00774D49" w14:paraId="0D423AEF" w14:textId="77777777">
        <w:trPr>
          <w:jc w:val="center"/>
        </w:trPr>
        <w:tc>
          <w:tcPr>
            <w:tcW w:w="1304" w:type="dxa"/>
            <w:vAlign w:val="center"/>
          </w:tcPr>
          <w:p w14:paraId="0314162B" w14:textId="77777777" w:rsidR="00021EFA" w:rsidRPr="00774D49" w:rsidRDefault="00010C46">
            <w:pPr>
              <w:rPr>
                <w:rFonts w:cs="Arial"/>
                <w:lang w:val="es-PE"/>
              </w:rPr>
            </w:pPr>
            <w:r w:rsidRPr="00774D49">
              <w:rPr>
                <w:rFonts w:cs="Arial"/>
                <w:sz w:val="12"/>
                <w:lang w:val="es-PE"/>
              </w:rPr>
              <w:t>Orden de materiales</w:t>
            </w:r>
          </w:p>
        </w:tc>
        <w:tc>
          <w:tcPr>
            <w:tcW w:w="2268" w:type="dxa"/>
            <w:vAlign w:val="center"/>
          </w:tcPr>
          <w:p w14:paraId="34A31E27" w14:textId="77777777" w:rsidR="00021EFA" w:rsidRPr="00774D49" w:rsidRDefault="00010C46">
            <w:pPr>
              <w:rPr>
                <w:rFonts w:cs="Arial"/>
                <w:lang w:val="es-PE"/>
              </w:rPr>
            </w:pPr>
            <w:r w:rsidRPr="00774D49">
              <w:rPr>
                <w:rFonts w:cs="Arial"/>
                <w:sz w:val="12"/>
                <w:lang w:val="es-PE"/>
              </w:rPr>
              <w:t>Promover cuidado de los materiales naturales y del espacio común.</w:t>
            </w:r>
          </w:p>
        </w:tc>
        <w:tc>
          <w:tcPr>
            <w:tcW w:w="3005" w:type="dxa"/>
            <w:vAlign w:val="center"/>
          </w:tcPr>
          <w:p w14:paraId="70C8904A" w14:textId="77777777" w:rsidR="00021EFA" w:rsidRPr="00774D49" w:rsidRDefault="00010C46">
            <w:pPr>
              <w:rPr>
                <w:rFonts w:cs="Arial"/>
                <w:lang w:val="es-PE"/>
              </w:rPr>
            </w:pPr>
            <w:r w:rsidRPr="00774D49">
              <w:rPr>
                <w:rFonts w:cs="Arial"/>
                <w:sz w:val="12"/>
                <w:lang w:val="es-PE"/>
              </w:rPr>
              <w:t>Anticipar el cierre, entregar canastas con imágenes y modelar cómo separar hojas, piedras, recipientes y telas.</w:t>
            </w:r>
          </w:p>
        </w:tc>
        <w:tc>
          <w:tcPr>
            <w:tcW w:w="2381" w:type="dxa"/>
            <w:vAlign w:val="center"/>
          </w:tcPr>
          <w:p w14:paraId="59545AB9" w14:textId="77777777" w:rsidR="00021EFA" w:rsidRPr="00774D49" w:rsidRDefault="00010C46">
            <w:pPr>
              <w:rPr>
                <w:rFonts w:cs="Arial"/>
                <w:lang w:val="es-PE"/>
              </w:rPr>
            </w:pPr>
            <w:r w:rsidRPr="00774D49">
              <w:rPr>
                <w:rFonts w:cs="Arial"/>
                <w:sz w:val="12"/>
                <w:lang w:val="es-PE"/>
              </w:rPr>
              <w:t>Guarda materiales con apoyo, entrega objetos o ayuda a ordenar un sector.</w:t>
            </w:r>
          </w:p>
        </w:tc>
        <w:tc>
          <w:tcPr>
            <w:tcW w:w="1814" w:type="dxa"/>
            <w:vAlign w:val="center"/>
          </w:tcPr>
          <w:p w14:paraId="14293E28" w14:textId="77777777" w:rsidR="00021EFA" w:rsidRPr="00774D49" w:rsidRDefault="00010C46">
            <w:pPr>
              <w:rPr>
                <w:rFonts w:cs="Arial"/>
                <w:lang w:val="es-PE"/>
              </w:rPr>
            </w:pPr>
            <w:r w:rsidRPr="00774D49">
              <w:rPr>
                <w:rFonts w:cs="Arial"/>
                <w:sz w:val="12"/>
                <w:lang w:val="es-PE"/>
              </w:rPr>
              <w:t>Ajustar cantidad de materiales y rotular visualmente las canastas.</w:t>
            </w:r>
          </w:p>
        </w:tc>
      </w:tr>
      <w:tr w:rsidR="00021EFA" w:rsidRPr="00774D49" w14:paraId="35FF6677" w14:textId="77777777">
        <w:trPr>
          <w:jc w:val="center"/>
        </w:trPr>
        <w:tc>
          <w:tcPr>
            <w:tcW w:w="1304" w:type="dxa"/>
            <w:vAlign w:val="center"/>
          </w:tcPr>
          <w:p w14:paraId="40DB915B" w14:textId="77777777" w:rsidR="00021EFA" w:rsidRPr="00774D49" w:rsidRDefault="00010C46">
            <w:pPr>
              <w:rPr>
                <w:rFonts w:cs="Arial"/>
                <w:lang w:val="es-PE"/>
              </w:rPr>
            </w:pPr>
            <w:r w:rsidRPr="00774D49">
              <w:rPr>
                <w:rFonts w:cs="Arial"/>
                <w:sz w:val="12"/>
                <w:lang w:val="es-PE"/>
              </w:rPr>
              <w:t>Descanso o calma</w:t>
            </w:r>
          </w:p>
        </w:tc>
        <w:tc>
          <w:tcPr>
            <w:tcW w:w="2268" w:type="dxa"/>
            <w:vAlign w:val="center"/>
          </w:tcPr>
          <w:p w14:paraId="4264222E" w14:textId="77777777" w:rsidR="00021EFA" w:rsidRPr="00774D49" w:rsidRDefault="00010C46">
            <w:pPr>
              <w:rPr>
                <w:rFonts w:cs="Arial"/>
                <w:lang w:val="es-PE"/>
              </w:rPr>
            </w:pPr>
            <w:r w:rsidRPr="00774D49">
              <w:rPr>
                <w:rFonts w:cs="Arial"/>
                <w:sz w:val="12"/>
                <w:lang w:val="es-PE"/>
              </w:rPr>
              <w:t>Ofrecer un espacio para regular emociones y recuperar tranquilidad.</w:t>
            </w:r>
          </w:p>
        </w:tc>
        <w:tc>
          <w:tcPr>
            <w:tcW w:w="3005" w:type="dxa"/>
            <w:vAlign w:val="center"/>
          </w:tcPr>
          <w:p w14:paraId="16801B8D" w14:textId="77777777" w:rsidR="00021EFA" w:rsidRPr="00774D49" w:rsidRDefault="00010C46">
            <w:pPr>
              <w:rPr>
                <w:rFonts w:cs="Arial"/>
                <w:lang w:val="es-PE"/>
              </w:rPr>
            </w:pPr>
            <w:r w:rsidRPr="00774D49">
              <w:rPr>
                <w:rFonts w:cs="Arial"/>
                <w:sz w:val="12"/>
                <w:lang w:val="es-PE"/>
              </w:rPr>
              <w:t>Uso del sector de calma, respiración sencilla, cuento breve, objeto de apego o acompañamiento silencioso.</w:t>
            </w:r>
          </w:p>
        </w:tc>
        <w:tc>
          <w:tcPr>
            <w:tcW w:w="2381" w:type="dxa"/>
            <w:vAlign w:val="center"/>
          </w:tcPr>
          <w:p w14:paraId="4BADA5B9" w14:textId="77777777" w:rsidR="00021EFA" w:rsidRPr="00774D49" w:rsidRDefault="00010C46">
            <w:pPr>
              <w:rPr>
                <w:rFonts w:cs="Arial"/>
                <w:lang w:val="es-PE"/>
              </w:rPr>
            </w:pPr>
            <w:r w:rsidRPr="00774D49">
              <w:rPr>
                <w:rFonts w:cs="Arial"/>
                <w:sz w:val="12"/>
                <w:lang w:val="es-PE"/>
              </w:rPr>
              <w:t>Busca o acepta un espacio tranquilo cuando se siente cansado, triste o frustrado.</w:t>
            </w:r>
          </w:p>
        </w:tc>
        <w:tc>
          <w:tcPr>
            <w:tcW w:w="1814" w:type="dxa"/>
            <w:vAlign w:val="center"/>
          </w:tcPr>
          <w:p w14:paraId="5FBB7835" w14:textId="77777777" w:rsidR="00021EFA" w:rsidRPr="00774D49" w:rsidRDefault="00010C46">
            <w:pPr>
              <w:rPr>
                <w:rFonts w:cs="Arial"/>
                <w:lang w:val="es-PE"/>
              </w:rPr>
            </w:pPr>
            <w:r w:rsidRPr="00774D49">
              <w:rPr>
                <w:rFonts w:cs="Arial"/>
                <w:sz w:val="12"/>
                <w:lang w:val="es-PE"/>
              </w:rPr>
              <w:t>Observar detonantes emocionales y ajustar organización del ambiente.</w:t>
            </w:r>
          </w:p>
        </w:tc>
      </w:tr>
      <w:tr w:rsidR="00021EFA" w:rsidRPr="00774D49" w14:paraId="3064FC8B" w14:textId="77777777">
        <w:trPr>
          <w:jc w:val="center"/>
        </w:trPr>
        <w:tc>
          <w:tcPr>
            <w:tcW w:w="1304" w:type="dxa"/>
            <w:vAlign w:val="center"/>
          </w:tcPr>
          <w:p w14:paraId="220ABB93" w14:textId="77777777" w:rsidR="00021EFA" w:rsidRPr="00774D49" w:rsidRDefault="00010C46">
            <w:pPr>
              <w:rPr>
                <w:rFonts w:cs="Arial"/>
                <w:lang w:val="es-PE"/>
              </w:rPr>
            </w:pPr>
            <w:r w:rsidRPr="00774D49">
              <w:rPr>
                <w:rFonts w:cs="Arial"/>
                <w:sz w:val="12"/>
                <w:lang w:val="es-PE"/>
              </w:rPr>
              <w:t>Salida</w:t>
            </w:r>
          </w:p>
        </w:tc>
        <w:tc>
          <w:tcPr>
            <w:tcW w:w="2268" w:type="dxa"/>
            <w:vAlign w:val="center"/>
          </w:tcPr>
          <w:p w14:paraId="10CAAFCD" w14:textId="77777777" w:rsidR="00021EFA" w:rsidRPr="00774D49" w:rsidRDefault="00010C46">
            <w:pPr>
              <w:rPr>
                <w:rFonts w:cs="Arial"/>
                <w:lang w:val="es-PE"/>
              </w:rPr>
            </w:pPr>
            <w:r w:rsidRPr="00774D49">
              <w:rPr>
                <w:rFonts w:cs="Arial"/>
                <w:sz w:val="12"/>
                <w:lang w:val="es-PE"/>
              </w:rPr>
              <w:t>Cerrar la jornada con seguridad afectiva y anticipación del reencuentro familiar.</w:t>
            </w:r>
          </w:p>
        </w:tc>
        <w:tc>
          <w:tcPr>
            <w:tcW w:w="3005" w:type="dxa"/>
            <w:vAlign w:val="center"/>
          </w:tcPr>
          <w:p w14:paraId="4AC70431" w14:textId="77777777" w:rsidR="00021EFA" w:rsidRPr="00774D49" w:rsidRDefault="00010C46">
            <w:pPr>
              <w:rPr>
                <w:rFonts w:cs="Arial"/>
                <w:lang w:val="es-PE"/>
              </w:rPr>
            </w:pPr>
            <w:r w:rsidRPr="00774D49">
              <w:rPr>
                <w:rFonts w:cs="Arial"/>
                <w:sz w:val="12"/>
                <w:lang w:val="es-PE"/>
              </w:rPr>
              <w:t>Revisión de pertenencias, despedida personal y comunicación breve con familia si es necesario.</w:t>
            </w:r>
          </w:p>
        </w:tc>
        <w:tc>
          <w:tcPr>
            <w:tcW w:w="2381" w:type="dxa"/>
            <w:vAlign w:val="center"/>
          </w:tcPr>
          <w:p w14:paraId="4FF8B8E5" w14:textId="77777777" w:rsidR="00021EFA" w:rsidRPr="00774D49" w:rsidRDefault="00010C46">
            <w:pPr>
              <w:rPr>
                <w:rFonts w:cs="Arial"/>
                <w:lang w:val="es-PE"/>
              </w:rPr>
            </w:pPr>
            <w:r w:rsidRPr="00774D49">
              <w:rPr>
                <w:rFonts w:cs="Arial"/>
                <w:sz w:val="12"/>
                <w:lang w:val="es-PE"/>
              </w:rPr>
              <w:t>Se prepara para salir, reconoce sus pertenencias y se despide con apoyo de la docente.</w:t>
            </w:r>
          </w:p>
        </w:tc>
        <w:tc>
          <w:tcPr>
            <w:tcW w:w="1814" w:type="dxa"/>
            <w:vAlign w:val="center"/>
          </w:tcPr>
          <w:p w14:paraId="13DA1504" w14:textId="77777777" w:rsidR="00021EFA" w:rsidRPr="00774D49" w:rsidRDefault="00010C46">
            <w:pPr>
              <w:rPr>
                <w:rFonts w:cs="Arial"/>
                <w:lang w:val="es-PE"/>
              </w:rPr>
            </w:pPr>
            <w:r w:rsidRPr="00774D49">
              <w:rPr>
                <w:rFonts w:cs="Arial"/>
                <w:sz w:val="12"/>
                <w:lang w:val="es-PE"/>
              </w:rPr>
              <w:t>Registrar información relevante para seguimiento.</w:t>
            </w:r>
          </w:p>
        </w:tc>
      </w:tr>
    </w:tbl>
    <w:p w14:paraId="2D391BEA" w14:textId="77777777" w:rsidR="00021EFA" w:rsidRPr="00774D49" w:rsidRDefault="00021EFA">
      <w:pPr>
        <w:rPr>
          <w:rFonts w:cs="Arial"/>
          <w:lang w:val="es-PE"/>
        </w:rPr>
      </w:pPr>
    </w:p>
    <w:p w14:paraId="02F0BB6D" w14:textId="3D9E6B58" w:rsidR="00021EFA" w:rsidRPr="00774D49" w:rsidRDefault="00010C46">
      <w:pPr>
        <w:pStyle w:val="Ttulo2"/>
        <w:rPr>
          <w:rFonts w:ascii="Arial" w:hAnsi="Arial" w:cs="Arial"/>
          <w:lang w:val="es-PE"/>
        </w:rPr>
      </w:pPr>
      <w:r w:rsidRPr="00774D49">
        <w:rPr>
          <w:rFonts w:ascii="Arial" w:hAnsi="Arial" w:cs="Arial"/>
          <w:lang w:val="es-PE"/>
        </w:rPr>
        <w:t xml:space="preserve">VIII. </w:t>
      </w:r>
      <w:bookmarkStart w:id="0" w:name="_Hlk231024048"/>
      <w:r w:rsidRPr="00774D49">
        <w:rPr>
          <w:rFonts w:ascii="Arial" w:hAnsi="Arial" w:cs="Arial"/>
          <w:lang w:val="es-PE"/>
        </w:rPr>
        <w:t>DESARROLLO DE LA PROPUESTA DE CONTEXTO</w:t>
      </w:r>
      <w:r w:rsidR="00F5459A" w:rsidRPr="00774D49">
        <w:rPr>
          <w:rFonts w:ascii="Arial" w:hAnsi="Arial" w:cs="Arial"/>
          <w:lang w:val="es-PE"/>
        </w:rPr>
        <w:t xml:space="preserve"> </w:t>
      </w:r>
    </w:p>
    <w:p w14:paraId="6852E8C9" w14:textId="77777777" w:rsidR="00021EFA" w:rsidRPr="00774D49" w:rsidRDefault="00010C46">
      <w:pPr>
        <w:rPr>
          <w:rFonts w:cs="Arial"/>
          <w:lang w:val="es-PE"/>
        </w:rPr>
      </w:pPr>
      <w:r w:rsidRPr="00774D49">
        <w:rPr>
          <w:rFonts w:cs="Arial"/>
          <w:b/>
          <w:lang w:val="es-PE"/>
        </w:rPr>
        <w:t>Propósito general de la propuesta:</w:t>
      </w:r>
    </w:p>
    <w:p w14:paraId="4FB95CF5" w14:textId="77777777" w:rsidR="00021EFA" w:rsidRPr="00774D49" w:rsidRDefault="00010C46">
      <w:pPr>
        <w:rPr>
          <w:rFonts w:cs="Arial"/>
          <w:lang w:val="es-PE"/>
        </w:rPr>
      </w:pPr>
      <w:r w:rsidRPr="00774D49">
        <w:rPr>
          <w:rFonts w:cs="Arial"/>
          <w:lang w:val="es-PE"/>
        </w:rPr>
        <w:t>Que los niños y niñas exploren de manera libre y segura elementos naturales y materiales abiertos, movilizando su curiosidad, comunicación oral, movimiento, convivencia, autonomía y expresión artística, mientras la docente observa, acompaña y registra evidencias reales de aprendizaje.</w:t>
      </w:r>
    </w:p>
    <w:p w14:paraId="1530101A" w14:textId="77777777" w:rsidR="00021EFA" w:rsidRPr="00774D49" w:rsidRDefault="00010C46">
      <w:pPr>
        <w:rPr>
          <w:rFonts w:cs="Arial"/>
          <w:lang w:val="es-PE"/>
        </w:rPr>
      </w:pPr>
      <w:r w:rsidRPr="00774D49">
        <w:rPr>
          <w:rFonts w:cs="Arial"/>
          <w:b/>
          <w:lang w:val="es-PE"/>
        </w:rPr>
        <w:t>Pregunta orientadora para la docente:</w:t>
      </w:r>
    </w:p>
    <w:p w14:paraId="6FE67AE7" w14:textId="75DE2075" w:rsidR="00021EFA" w:rsidRPr="00774D49" w:rsidRDefault="00010C46">
      <w:pPr>
        <w:rPr>
          <w:rFonts w:cs="Arial"/>
          <w:lang w:val="es-PE"/>
        </w:rPr>
      </w:pPr>
      <w:r w:rsidRPr="00774D49">
        <w:rPr>
          <w:rFonts w:cs="Arial"/>
          <w:lang w:val="es-PE"/>
        </w:rPr>
        <w:t>¿Qué descubren los niños cuando tienen a su alcance elementos naturales, espacios seguros y libertad para explorar desde su propia iniciativa?</w:t>
      </w:r>
    </w:p>
    <w:p w14:paraId="65902CFA" w14:textId="38462325" w:rsidR="00DF54E4" w:rsidRPr="00774D49" w:rsidRDefault="00DF54E4">
      <w:pPr>
        <w:rPr>
          <w:rFonts w:cs="Arial"/>
          <w:lang w:val="es-PE"/>
        </w:rPr>
      </w:pPr>
      <w:r w:rsidRPr="00774D49">
        <w:rPr>
          <w:rFonts w:eastAsiaTheme="majorEastAsia" w:cs="Arial"/>
          <w:b/>
          <w:bCs/>
          <w:color w:val="C71585"/>
          <w:sz w:val="24"/>
          <w:szCs w:val="26"/>
          <w:lang w:val="es-PE"/>
        </w:rPr>
        <w:t>SEMANA 1: Me acerco a la naturaleza con seguridad</w:t>
      </w:r>
    </w:p>
    <w:tbl>
      <w:tblPr>
        <w:tblStyle w:val="Tablaconcuadrcula"/>
        <w:tblW w:w="0" w:type="auto"/>
        <w:jc w:val="center"/>
        <w:tblLook w:val="04A0" w:firstRow="1" w:lastRow="0" w:firstColumn="1" w:lastColumn="0" w:noHBand="0" w:noVBand="1"/>
      </w:tblPr>
      <w:tblGrid>
        <w:gridCol w:w="719"/>
        <w:gridCol w:w="1537"/>
        <w:gridCol w:w="5187"/>
        <w:gridCol w:w="1623"/>
        <w:gridCol w:w="1696"/>
      </w:tblGrid>
      <w:tr w:rsidR="00021EFA" w:rsidRPr="00774D49" w14:paraId="55312B60" w14:textId="77777777" w:rsidTr="00E94D2D">
        <w:trPr>
          <w:jc w:val="center"/>
        </w:trPr>
        <w:tc>
          <w:tcPr>
            <w:tcW w:w="719" w:type="dxa"/>
            <w:shd w:val="clear" w:color="auto" w:fill="FFF2CC"/>
            <w:vAlign w:val="center"/>
          </w:tcPr>
          <w:p w14:paraId="7805D85D" w14:textId="77777777" w:rsidR="00021EFA" w:rsidRPr="00774D49" w:rsidRDefault="00010C46" w:rsidP="00774D49">
            <w:pPr>
              <w:spacing w:after="0"/>
              <w:jc w:val="center"/>
              <w:rPr>
                <w:rFonts w:cs="Arial"/>
                <w:szCs w:val="19"/>
                <w:lang w:val="es-PE"/>
              </w:rPr>
            </w:pPr>
            <w:r w:rsidRPr="00774D49">
              <w:rPr>
                <w:rFonts w:cs="Arial"/>
                <w:b/>
                <w:szCs w:val="19"/>
                <w:lang w:val="es-PE"/>
              </w:rPr>
              <w:t>Día</w:t>
            </w:r>
          </w:p>
        </w:tc>
        <w:tc>
          <w:tcPr>
            <w:tcW w:w="1537" w:type="dxa"/>
            <w:shd w:val="clear" w:color="auto" w:fill="FFF2CC"/>
            <w:vAlign w:val="center"/>
          </w:tcPr>
          <w:p w14:paraId="134A7015" w14:textId="77777777" w:rsidR="00021EFA" w:rsidRPr="00774D49" w:rsidRDefault="00010C46" w:rsidP="00774D49">
            <w:pPr>
              <w:spacing w:after="0"/>
              <w:jc w:val="center"/>
              <w:rPr>
                <w:rFonts w:cs="Arial"/>
                <w:szCs w:val="19"/>
                <w:lang w:val="es-PE"/>
              </w:rPr>
            </w:pPr>
            <w:r w:rsidRPr="00774D49">
              <w:rPr>
                <w:rFonts w:cs="Arial"/>
                <w:b/>
                <w:szCs w:val="19"/>
                <w:lang w:val="es-PE"/>
              </w:rPr>
              <w:t>Provocación / contexto</w:t>
            </w:r>
          </w:p>
        </w:tc>
        <w:tc>
          <w:tcPr>
            <w:tcW w:w="5187" w:type="dxa"/>
            <w:shd w:val="clear" w:color="auto" w:fill="FFF2CC"/>
            <w:vAlign w:val="center"/>
          </w:tcPr>
          <w:p w14:paraId="29BA98B1" w14:textId="77777777" w:rsidR="00021EFA" w:rsidRPr="00774D49" w:rsidRDefault="00010C46" w:rsidP="00774D49">
            <w:pPr>
              <w:spacing w:after="0"/>
              <w:jc w:val="center"/>
              <w:rPr>
                <w:rFonts w:cs="Arial"/>
                <w:szCs w:val="19"/>
                <w:lang w:val="es-PE"/>
              </w:rPr>
            </w:pPr>
            <w:r w:rsidRPr="00774D49">
              <w:rPr>
                <w:rFonts w:cs="Arial"/>
                <w:b/>
                <w:szCs w:val="19"/>
                <w:lang w:val="es-PE"/>
              </w:rPr>
              <w:t>Descripción de la experiencia</w:t>
            </w:r>
          </w:p>
        </w:tc>
        <w:tc>
          <w:tcPr>
            <w:tcW w:w="1623" w:type="dxa"/>
            <w:shd w:val="clear" w:color="auto" w:fill="FFF2CC"/>
            <w:vAlign w:val="center"/>
          </w:tcPr>
          <w:p w14:paraId="76808794" w14:textId="77777777" w:rsidR="00021EFA" w:rsidRPr="00774D49" w:rsidRDefault="00010C46" w:rsidP="00774D49">
            <w:pPr>
              <w:spacing w:after="0"/>
              <w:jc w:val="center"/>
              <w:rPr>
                <w:rFonts w:cs="Arial"/>
                <w:szCs w:val="19"/>
                <w:lang w:val="es-PE"/>
              </w:rPr>
            </w:pPr>
            <w:r w:rsidRPr="00774D49">
              <w:rPr>
                <w:rFonts w:cs="Arial"/>
                <w:b/>
                <w:szCs w:val="19"/>
                <w:lang w:val="es-PE"/>
              </w:rPr>
              <w:t>Materiales</w:t>
            </w:r>
          </w:p>
        </w:tc>
        <w:tc>
          <w:tcPr>
            <w:tcW w:w="1696" w:type="dxa"/>
            <w:shd w:val="clear" w:color="auto" w:fill="FFF2CC"/>
            <w:vAlign w:val="center"/>
          </w:tcPr>
          <w:p w14:paraId="3BDE2B55" w14:textId="77777777" w:rsidR="00021EFA" w:rsidRPr="00774D49" w:rsidRDefault="00010C46" w:rsidP="00774D49">
            <w:pPr>
              <w:spacing w:after="0"/>
              <w:jc w:val="center"/>
              <w:rPr>
                <w:rFonts w:cs="Arial"/>
                <w:szCs w:val="19"/>
                <w:lang w:val="es-PE"/>
              </w:rPr>
            </w:pPr>
            <w:r w:rsidRPr="00774D49">
              <w:rPr>
                <w:rFonts w:cs="Arial"/>
                <w:b/>
                <w:szCs w:val="19"/>
                <w:lang w:val="es-PE"/>
              </w:rPr>
              <w:t>Qué observaré</w:t>
            </w:r>
          </w:p>
        </w:tc>
      </w:tr>
      <w:tr w:rsidR="00021EFA" w:rsidRPr="00774D49" w14:paraId="28AF31E7" w14:textId="77777777" w:rsidTr="00E94D2D">
        <w:trPr>
          <w:jc w:val="center"/>
        </w:trPr>
        <w:tc>
          <w:tcPr>
            <w:tcW w:w="719" w:type="dxa"/>
            <w:vAlign w:val="center"/>
          </w:tcPr>
          <w:p w14:paraId="5A59F75C" w14:textId="77777777" w:rsidR="00021EFA" w:rsidRPr="00774D49" w:rsidRDefault="00010C46" w:rsidP="00774D49">
            <w:pPr>
              <w:spacing w:after="0"/>
              <w:rPr>
                <w:rFonts w:cs="Arial"/>
                <w:szCs w:val="19"/>
                <w:lang w:val="es-PE"/>
              </w:rPr>
            </w:pPr>
            <w:r w:rsidRPr="00774D49">
              <w:rPr>
                <w:rFonts w:cs="Arial"/>
                <w:szCs w:val="19"/>
                <w:lang w:val="es-PE"/>
              </w:rPr>
              <w:t>Día 1</w:t>
            </w:r>
          </w:p>
        </w:tc>
        <w:tc>
          <w:tcPr>
            <w:tcW w:w="1537" w:type="dxa"/>
            <w:vAlign w:val="center"/>
          </w:tcPr>
          <w:p w14:paraId="48737D6E" w14:textId="77777777" w:rsidR="00021EFA" w:rsidRPr="00774D49" w:rsidRDefault="00010C46" w:rsidP="00774D49">
            <w:pPr>
              <w:spacing w:after="0"/>
              <w:rPr>
                <w:rFonts w:cs="Arial"/>
                <w:szCs w:val="19"/>
                <w:lang w:val="es-PE"/>
              </w:rPr>
            </w:pPr>
            <w:r w:rsidRPr="00774D49">
              <w:rPr>
                <w:rFonts w:cs="Arial"/>
                <w:szCs w:val="19"/>
                <w:lang w:val="es-PE"/>
              </w:rPr>
              <w:t>Descubrimos la mesa de la naturaleza</w:t>
            </w:r>
          </w:p>
        </w:tc>
        <w:tc>
          <w:tcPr>
            <w:tcW w:w="5187" w:type="dxa"/>
            <w:vAlign w:val="center"/>
          </w:tcPr>
          <w:p w14:paraId="63413AEB" w14:textId="2E3826EF" w:rsidR="009B7559" w:rsidRPr="00774D49" w:rsidRDefault="009B7559" w:rsidP="00774D49">
            <w:pPr>
              <w:spacing w:after="0" w:line="240" w:lineRule="auto"/>
              <w:rPr>
                <w:rFonts w:eastAsia="Times New Roman" w:cs="Arial"/>
                <w:b/>
                <w:bCs/>
                <w:szCs w:val="19"/>
                <w:lang w:val="es-PE" w:eastAsia="es-PE"/>
              </w:rPr>
            </w:pPr>
            <w:r w:rsidRPr="00774D49">
              <w:rPr>
                <w:rFonts w:eastAsia="Times New Roman" w:cs="Arial"/>
                <w:b/>
                <w:bCs/>
                <w:szCs w:val="19"/>
                <w:lang w:val="es-PE" w:eastAsia="es-PE"/>
              </w:rPr>
              <w:t>Rutinas de Entrada (08:00 - 08:30)</w:t>
            </w:r>
          </w:p>
          <w:p w14:paraId="419F1321" w14:textId="77777777" w:rsidR="009B7559" w:rsidRPr="00774D49" w:rsidRDefault="009B7559" w:rsidP="00774D49">
            <w:pPr>
              <w:numPr>
                <w:ilvl w:val="0"/>
                <w:numId w:val="7"/>
              </w:numPr>
              <w:spacing w:after="0" w:line="240" w:lineRule="auto"/>
              <w:rPr>
                <w:rFonts w:eastAsia="Times New Roman" w:cs="Arial"/>
                <w:szCs w:val="19"/>
                <w:lang w:val="es-PE" w:eastAsia="es-PE"/>
              </w:rPr>
            </w:pPr>
            <w:r w:rsidRPr="00774D49">
              <w:rPr>
                <w:rFonts w:eastAsia="Times New Roman" w:cs="Arial"/>
                <w:b/>
                <w:bCs/>
                <w:szCs w:val="19"/>
                <w:lang w:val="es-PE" w:eastAsia="es-PE"/>
              </w:rPr>
              <w:t>Recepción:</w:t>
            </w:r>
            <w:r w:rsidRPr="00774D49">
              <w:rPr>
                <w:rFonts w:eastAsia="Times New Roman" w:cs="Arial"/>
                <w:szCs w:val="19"/>
                <w:lang w:val="es-PE" w:eastAsia="es-PE"/>
              </w:rPr>
              <w:t xml:space="preserve"> Recibimiento personalizado a la altura del niño.</w:t>
            </w:r>
          </w:p>
          <w:p w14:paraId="587E4082" w14:textId="39CA02BF" w:rsidR="009B7559" w:rsidRPr="00774D49" w:rsidRDefault="009B7559" w:rsidP="00774D49">
            <w:pPr>
              <w:numPr>
                <w:ilvl w:val="0"/>
                <w:numId w:val="7"/>
              </w:numPr>
              <w:spacing w:after="0" w:line="240" w:lineRule="auto"/>
              <w:rPr>
                <w:rFonts w:eastAsia="Times New Roman" w:cs="Arial"/>
                <w:szCs w:val="19"/>
                <w:lang w:val="es-PE" w:eastAsia="es-PE"/>
              </w:rPr>
            </w:pPr>
            <w:r w:rsidRPr="00774D49">
              <w:rPr>
                <w:rFonts w:eastAsia="Times New Roman" w:cs="Arial"/>
                <w:szCs w:val="19"/>
                <w:lang w:val="es-PE" w:eastAsia="es-PE"/>
              </w:rPr>
              <w:t>Se permite el uso de un objeto de apego si el niño lo requiere para manejar la separación familiar.</w:t>
            </w:r>
          </w:p>
          <w:p w14:paraId="7E7D8DB8" w14:textId="777D71F6" w:rsidR="009B7559" w:rsidRPr="00774D49" w:rsidRDefault="009B7559" w:rsidP="00774D49">
            <w:pPr>
              <w:numPr>
                <w:ilvl w:val="0"/>
                <w:numId w:val="7"/>
              </w:numPr>
              <w:spacing w:after="0" w:line="240" w:lineRule="auto"/>
              <w:rPr>
                <w:rFonts w:eastAsia="Times New Roman" w:cs="Arial"/>
                <w:szCs w:val="19"/>
                <w:lang w:val="es-PE" w:eastAsia="es-PE"/>
              </w:rPr>
            </w:pPr>
            <w:r w:rsidRPr="00774D49">
              <w:rPr>
                <w:rFonts w:eastAsia="Times New Roman" w:cs="Arial"/>
                <w:b/>
                <w:bCs/>
                <w:szCs w:val="19"/>
                <w:lang w:val="es-PE" w:eastAsia="es-PE"/>
              </w:rPr>
              <w:t>Cajas de Espera:</w:t>
            </w:r>
            <w:r w:rsidRPr="00774D49">
              <w:rPr>
                <w:rFonts w:eastAsia="Times New Roman" w:cs="Arial"/>
                <w:szCs w:val="19"/>
                <w:lang w:val="es-PE" w:eastAsia="es-PE"/>
              </w:rPr>
              <w:t xml:space="preserve"> Colocación de canastas con cuentos de imágenes grandes sobre la naturaleza en las mesas para una transición tranquila.</w:t>
            </w:r>
          </w:p>
          <w:p w14:paraId="31B2CB86" w14:textId="64DB7885" w:rsidR="009B7559" w:rsidRPr="00774D49" w:rsidRDefault="009B7559" w:rsidP="00774D49">
            <w:pPr>
              <w:numPr>
                <w:ilvl w:val="0"/>
                <w:numId w:val="7"/>
              </w:numPr>
              <w:spacing w:after="0" w:line="240" w:lineRule="auto"/>
              <w:rPr>
                <w:rFonts w:eastAsia="Times New Roman" w:cs="Arial"/>
                <w:szCs w:val="19"/>
                <w:lang w:val="es-PE" w:eastAsia="es-PE"/>
              </w:rPr>
            </w:pPr>
            <w:r w:rsidRPr="00774D49">
              <w:rPr>
                <w:rFonts w:eastAsia="Times New Roman" w:cs="Arial"/>
                <w:b/>
                <w:bCs/>
                <w:szCs w:val="19"/>
                <w:lang w:val="es-PE" w:eastAsia="es-PE"/>
              </w:rPr>
              <w:t>Actividades Permanentes:</w:t>
            </w:r>
            <w:r w:rsidRPr="00774D49">
              <w:rPr>
                <w:rFonts w:eastAsia="Times New Roman" w:cs="Arial"/>
                <w:szCs w:val="19"/>
                <w:lang w:val="es-PE" w:eastAsia="es-PE"/>
              </w:rPr>
              <w:t xml:space="preserve"> Asamblea breve en semicírculo sobre cojines. Cantamos para saludarnos, registrar la asistencia de manera visual y revisar el calendario.</w:t>
            </w:r>
          </w:p>
          <w:p w14:paraId="33369AF0" w14:textId="343B2D12" w:rsidR="009B7559" w:rsidRPr="00774D49" w:rsidRDefault="009B7559" w:rsidP="00774D49">
            <w:pPr>
              <w:spacing w:after="0" w:line="240" w:lineRule="auto"/>
              <w:rPr>
                <w:rFonts w:eastAsia="Times New Roman" w:cs="Arial"/>
                <w:b/>
                <w:bCs/>
                <w:szCs w:val="19"/>
                <w:lang w:val="es-PE" w:eastAsia="es-PE"/>
              </w:rPr>
            </w:pPr>
            <w:r w:rsidRPr="00774D49">
              <w:rPr>
                <w:rFonts w:eastAsia="Times New Roman" w:cs="Arial"/>
                <w:b/>
                <w:bCs/>
                <w:szCs w:val="19"/>
                <w:lang w:val="es-PE" w:eastAsia="es-PE"/>
              </w:rPr>
              <w:t xml:space="preserve">Juego Libre en los </w:t>
            </w:r>
            <w:r w:rsidR="00F3025B" w:rsidRPr="00774D49">
              <w:rPr>
                <w:rFonts w:eastAsia="Times New Roman" w:cs="Arial"/>
                <w:b/>
                <w:bCs/>
                <w:szCs w:val="19"/>
                <w:lang w:val="es-PE" w:eastAsia="es-PE"/>
              </w:rPr>
              <w:t>espacios</w:t>
            </w:r>
            <w:r w:rsidRPr="00774D49">
              <w:rPr>
                <w:rFonts w:eastAsia="Times New Roman" w:cs="Arial"/>
                <w:b/>
                <w:bCs/>
                <w:szCs w:val="19"/>
                <w:lang w:val="es-PE" w:eastAsia="es-PE"/>
              </w:rPr>
              <w:t xml:space="preserve"> (08:30 - 09:30)</w:t>
            </w:r>
          </w:p>
          <w:p w14:paraId="50E2B90F" w14:textId="0A202DD3" w:rsidR="009B7559" w:rsidRPr="00774D49" w:rsidRDefault="009B7559" w:rsidP="00774D49">
            <w:pPr>
              <w:numPr>
                <w:ilvl w:val="0"/>
                <w:numId w:val="8"/>
              </w:numPr>
              <w:spacing w:after="0" w:line="240" w:lineRule="auto"/>
              <w:rPr>
                <w:rFonts w:eastAsia="Times New Roman" w:cs="Arial"/>
                <w:szCs w:val="19"/>
                <w:lang w:val="es-PE" w:eastAsia="es-PE"/>
              </w:rPr>
            </w:pPr>
            <w:r w:rsidRPr="00774D49">
              <w:rPr>
                <w:rFonts w:eastAsia="Times New Roman" w:cs="Arial"/>
                <w:b/>
                <w:bCs/>
                <w:szCs w:val="19"/>
                <w:lang w:val="es-PE" w:eastAsia="es-PE"/>
              </w:rPr>
              <w:t>Planificación y Organización (Fase 1):</w:t>
            </w:r>
            <w:r w:rsidRPr="00774D49">
              <w:rPr>
                <w:rFonts w:eastAsia="Times New Roman" w:cs="Arial"/>
                <w:szCs w:val="19"/>
                <w:lang w:val="es-PE" w:eastAsia="es-PE"/>
              </w:rPr>
              <w:t xml:space="preserve"> Los niños se sientan en asamblea, eligen a qué sector </w:t>
            </w:r>
            <w:r w:rsidRPr="00774D49">
              <w:rPr>
                <w:rFonts w:eastAsia="Times New Roman" w:cs="Arial"/>
                <w:szCs w:val="19"/>
                <w:lang w:val="es-PE" w:eastAsia="es-PE"/>
              </w:rPr>
              <w:lastRenderedPageBreak/>
              <w:t>desean ir (Construcción, Lectura, Arte) y se organizan en pequeños grupos.</w:t>
            </w:r>
          </w:p>
          <w:p w14:paraId="24E2666B" w14:textId="1F54F850" w:rsidR="009B7559" w:rsidRPr="00774D49" w:rsidRDefault="009B7559" w:rsidP="00774D49">
            <w:pPr>
              <w:numPr>
                <w:ilvl w:val="0"/>
                <w:numId w:val="8"/>
              </w:numPr>
              <w:spacing w:after="0" w:line="240" w:lineRule="auto"/>
              <w:rPr>
                <w:rFonts w:eastAsia="Times New Roman" w:cs="Arial"/>
                <w:szCs w:val="19"/>
                <w:lang w:val="es-PE" w:eastAsia="es-PE"/>
              </w:rPr>
            </w:pPr>
            <w:r w:rsidRPr="00774D49">
              <w:rPr>
                <w:rFonts w:eastAsia="Times New Roman" w:cs="Arial"/>
                <w:b/>
                <w:bCs/>
                <w:szCs w:val="19"/>
                <w:lang w:val="es-PE" w:eastAsia="es-PE"/>
              </w:rPr>
              <w:t>Desarrollo o Ejecución (Fase 2):</w:t>
            </w:r>
            <w:r w:rsidRPr="00774D49">
              <w:rPr>
                <w:rFonts w:eastAsia="Times New Roman" w:cs="Arial"/>
                <w:szCs w:val="19"/>
                <w:lang w:val="es-PE" w:eastAsia="es-PE"/>
              </w:rPr>
              <w:t xml:space="preserve"> Los niños juegan libremente. La docente observa sin interrumpir, identificando interacciones y registrando evidencias en el cuaderno de campo.</w:t>
            </w:r>
          </w:p>
          <w:p w14:paraId="1C7FD4EA" w14:textId="672AF20E" w:rsidR="009B7559" w:rsidRPr="00774D49" w:rsidRDefault="009B7559" w:rsidP="00774D49">
            <w:pPr>
              <w:numPr>
                <w:ilvl w:val="0"/>
                <w:numId w:val="8"/>
              </w:numPr>
              <w:spacing w:after="0" w:line="240" w:lineRule="auto"/>
              <w:rPr>
                <w:rFonts w:eastAsia="Times New Roman" w:cs="Arial"/>
                <w:szCs w:val="19"/>
                <w:lang w:val="es-PE" w:eastAsia="es-PE"/>
              </w:rPr>
            </w:pPr>
            <w:r w:rsidRPr="00774D49">
              <w:rPr>
                <w:rFonts w:eastAsia="Times New Roman" w:cs="Arial"/>
                <w:b/>
                <w:bCs/>
                <w:szCs w:val="19"/>
                <w:lang w:val="es-PE" w:eastAsia="es-PE"/>
              </w:rPr>
              <w:t>Orden, Socialización y Representación (Fase 3):</w:t>
            </w:r>
            <w:r w:rsidRPr="00774D49">
              <w:rPr>
                <w:rFonts w:eastAsia="Times New Roman" w:cs="Arial"/>
                <w:szCs w:val="19"/>
                <w:lang w:val="es-PE" w:eastAsia="es-PE"/>
              </w:rPr>
              <w:t xml:space="preserve"> Cantamos una canción de orden. Los niños guardan los materiales en canastas rotuladas y verbalizan brevemente a qué jugaron.</w:t>
            </w:r>
          </w:p>
          <w:p w14:paraId="6F17D7C4" w14:textId="0AFDD5BE" w:rsidR="009B7559" w:rsidRPr="00774D49" w:rsidRDefault="009B7559" w:rsidP="00774D49">
            <w:pPr>
              <w:spacing w:after="0" w:line="240" w:lineRule="auto"/>
              <w:rPr>
                <w:rFonts w:eastAsia="Times New Roman" w:cs="Arial"/>
                <w:b/>
                <w:bCs/>
                <w:szCs w:val="19"/>
                <w:lang w:val="es-PE" w:eastAsia="es-PE"/>
              </w:rPr>
            </w:pPr>
            <w:r w:rsidRPr="00774D49">
              <w:rPr>
                <w:rFonts w:eastAsia="Times New Roman" w:cs="Arial"/>
                <w:b/>
                <w:bCs/>
                <w:szCs w:val="19"/>
                <w:lang w:val="es-PE" w:eastAsia="es-PE"/>
              </w:rPr>
              <w:t>Actividad Significativa / Sesión Central (09:30 - 10:30)</w:t>
            </w:r>
          </w:p>
          <w:p w14:paraId="00BD7457" w14:textId="15CE5B77" w:rsidR="009B7559" w:rsidRPr="00774D49" w:rsidRDefault="009B7559" w:rsidP="00774D49">
            <w:pPr>
              <w:numPr>
                <w:ilvl w:val="0"/>
                <w:numId w:val="9"/>
              </w:numPr>
              <w:spacing w:after="0" w:line="240" w:lineRule="auto"/>
              <w:rPr>
                <w:rFonts w:eastAsia="Times New Roman" w:cs="Arial"/>
                <w:szCs w:val="19"/>
                <w:lang w:val="es-PE" w:eastAsia="es-PE"/>
              </w:rPr>
            </w:pPr>
            <w:r w:rsidRPr="00774D49">
              <w:rPr>
                <w:rFonts w:eastAsia="Times New Roman" w:cs="Arial"/>
                <w:b/>
                <w:bCs/>
                <w:szCs w:val="19"/>
                <w:lang w:val="es-PE" w:eastAsia="es-PE"/>
              </w:rPr>
              <w:t>Inicio (Antes):</w:t>
            </w:r>
            <w:r w:rsidRPr="00774D49">
              <w:rPr>
                <w:rFonts w:eastAsia="Times New Roman" w:cs="Arial"/>
                <w:szCs w:val="19"/>
                <w:lang w:val="es-PE" w:eastAsia="es-PE"/>
              </w:rPr>
              <w:t xml:space="preserve"> La docente presenta una </w:t>
            </w:r>
            <w:r w:rsidR="000062FF" w:rsidRPr="00774D49">
              <w:rPr>
                <w:rFonts w:eastAsia="Times New Roman" w:cs="Arial"/>
                <w:szCs w:val="19"/>
                <w:lang w:val="es-PE" w:eastAsia="es-PE"/>
              </w:rPr>
              <w:t>“</w:t>
            </w:r>
            <w:r w:rsidRPr="00774D49">
              <w:rPr>
                <w:rFonts w:eastAsia="Times New Roman" w:cs="Arial"/>
                <w:szCs w:val="19"/>
                <w:lang w:val="es-PE" w:eastAsia="es-PE"/>
              </w:rPr>
              <w:t>Mesa de la naturaleza</w:t>
            </w:r>
            <w:r w:rsidR="000062FF" w:rsidRPr="00774D49">
              <w:rPr>
                <w:rFonts w:eastAsia="Times New Roman" w:cs="Arial"/>
                <w:szCs w:val="19"/>
                <w:lang w:val="es-PE" w:eastAsia="es-PE"/>
              </w:rPr>
              <w:t>”</w:t>
            </w:r>
            <w:r w:rsidRPr="00774D49">
              <w:rPr>
                <w:rFonts w:eastAsia="Times New Roman" w:cs="Arial"/>
                <w:szCs w:val="19"/>
                <w:lang w:val="es-PE" w:eastAsia="es-PE"/>
              </w:rPr>
              <w:t xml:space="preserve"> cubierta con una tela. Al descubrirla, genera asombro mostrando bandejas con hojas secas, piedras lisas grandes y flores. Plantea la pregunta: </w:t>
            </w:r>
            <w:r w:rsidRPr="00774D49">
              <w:rPr>
                <w:rFonts w:eastAsia="Times New Roman" w:cs="Arial"/>
                <w:i/>
                <w:iCs/>
                <w:szCs w:val="19"/>
                <w:lang w:val="es-PE" w:eastAsia="es-PE"/>
              </w:rPr>
              <w:t>¿A qué olerán estos tesoros?</w:t>
            </w:r>
          </w:p>
          <w:p w14:paraId="69B0ACBF" w14:textId="77777777" w:rsidR="00556671" w:rsidRPr="00774D49" w:rsidRDefault="009B7559" w:rsidP="00774D49">
            <w:pPr>
              <w:numPr>
                <w:ilvl w:val="0"/>
                <w:numId w:val="9"/>
              </w:numPr>
              <w:spacing w:after="0" w:line="240" w:lineRule="auto"/>
              <w:rPr>
                <w:rFonts w:eastAsia="Times New Roman" w:cs="Arial"/>
                <w:szCs w:val="19"/>
                <w:lang w:val="es-PE" w:eastAsia="es-PE"/>
              </w:rPr>
            </w:pPr>
            <w:r w:rsidRPr="00774D49">
              <w:rPr>
                <w:rFonts w:eastAsia="Times New Roman" w:cs="Arial"/>
                <w:b/>
                <w:bCs/>
                <w:szCs w:val="19"/>
                <w:lang w:val="es-PE" w:eastAsia="es-PE"/>
              </w:rPr>
              <w:t>Desarrollo (Durante):</w:t>
            </w:r>
            <w:r w:rsidRPr="00774D49">
              <w:rPr>
                <w:rFonts w:eastAsia="Times New Roman" w:cs="Arial"/>
                <w:szCs w:val="19"/>
                <w:lang w:val="es-PE" w:eastAsia="es-PE"/>
              </w:rPr>
              <w:t xml:space="preserve"> Los niños se acercan libremente en grupos pequeños.</w:t>
            </w:r>
          </w:p>
          <w:p w14:paraId="28B469B0" w14:textId="77777777" w:rsidR="00556671" w:rsidRPr="00774D49" w:rsidRDefault="009B7559" w:rsidP="00774D49">
            <w:pPr>
              <w:numPr>
                <w:ilvl w:val="0"/>
                <w:numId w:val="9"/>
              </w:numPr>
              <w:spacing w:after="0" w:line="240" w:lineRule="auto"/>
              <w:rPr>
                <w:rFonts w:eastAsia="Times New Roman" w:cs="Arial"/>
                <w:szCs w:val="19"/>
                <w:lang w:val="es-PE" w:eastAsia="es-PE"/>
              </w:rPr>
            </w:pPr>
            <w:r w:rsidRPr="00774D49">
              <w:rPr>
                <w:rFonts w:eastAsia="Times New Roman" w:cs="Arial"/>
                <w:szCs w:val="19"/>
                <w:lang w:val="es-PE" w:eastAsia="es-PE"/>
              </w:rPr>
              <w:t xml:space="preserve"> Exploran con todos sus sentidos: tocan las texturas, huelen las flores, miran con lupas plásticas y trasladan los elementos de una bandeja a otra.</w:t>
            </w:r>
          </w:p>
          <w:p w14:paraId="7F24E413" w14:textId="3DFCA984" w:rsidR="009B7559" w:rsidRPr="00774D49" w:rsidRDefault="009B7559" w:rsidP="00774D49">
            <w:pPr>
              <w:numPr>
                <w:ilvl w:val="0"/>
                <w:numId w:val="9"/>
              </w:numPr>
              <w:spacing w:after="0" w:line="240" w:lineRule="auto"/>
              <w:rPr>
                <w:rFonts w:eastAsia="Times New Roman" w:cs="Arial"/>
                <w:szCs w:val="19"/>
                <w:lang w:val="es-PE" w:eastAsia="es-PE"/>
              </w:rPr>
            </w:pPr>
            <w:r w:rsidRPr="00774D49">
              <w:rPr>
                <w:rFonts w:eastAsia="Times New Roman" w:cs="Arial"/>
                <w:szCs w:val="19"/>
                <w:lang w:val="es-PE" w:eastAsia="es-PE"/>
              </w:rPr>
              <w:t xml:space="preserve"> La docente acompaña expandiendo sus frases (</w:t>
            </w:r>
            <w:proofErr w:type="spellStart"/>
            <w:r w:rsidRPr="00774D49">
              <w:rPr>
                <w:rFonts w:eastAsia="Times New Roman" w:cs="Arial"/>
                <w:szCs w:val="19"/>
                <w:lang w:val="es-PE" w:eastAsia="es-PE"/>
              </w:rPr>
              <w:t>Ej</w:t>
            </w:r>
            <w:proofErr w:type="spellEnd"/>
            <w:r w:rsidRPr="00774D49">
              <w:rPr>
                <w:rFonts w:eastAsia="Times New Roman" w:cs="Arial"/>
                <w:szCs w:val="19"/>
                <w:lang w:val="es-PE" w:eastAsia="es-PE"/>
              </w:rPr>
              <w:t xml:space="preserve">: Si el niño dice </w:t>
            </w:r>
            <w:r w:rsidR="00556671" w:rsidRPr="00774D49">
              <w:rPr>
                <w:rFonts w:eastAsia="Times New Roman" w:cs="Arial"/>
                <w:szCs w:val="19"/>
                <w:lang w:val="es-PE" w:eastAsia="es-PE"/>
              </w:rPr>
              <w:t>“</w:t>
            </w:r>
            <w:r w:rsidRPr="00774D49">
              <w:rPr>
                <w:rFonts w:eastAsia="Times New Roman" w:cs="Arial"/>
                <w:i/>
                <w:iCs/>
                <w:szCs w:val="19"/>
                <w:lang w:val="es-PE" w:eastAsia="es-PE"/>
              </w:rPr>
              <w:t>hoja</w:t>
            </w:r>
            <w:r w:rsidR="00653A66" w:rsidRPr="00774D49">
              <w:rPr>
                <w:rFonts w:eastAsia="Times New Roman" w:cs="Arial"/>
                <w:i/>
                <w:iCs/>
                <w:szCs w:val="19"/>
                <w:lang w:val="es-PE" w:eastAsia="es-PE"/>
              </w:rPr>
              <w:t>”</w:t>
            </w:r>
            <w:r w:rsidRPr="00774D49">
              <w:rPr>
                <w:rFonts w:eastAsia="Times New Roman" w:cs="Arial"/>
                <w:szCs w:val="19"/>
                <w:lang w:val="es-PE" w:eastAsia="es-PE"/>
              </w:rPr>
              <w:t xml:space="preserve">, la docente responde: </w:t>
            </w:r>
            <w:r w:rsidRPr="00774D49">
              <w:rPr>
                <w:rFonts w:eastAsia="Times New Roman" w:cs="Arial"/>
                <w:i/>
                <w:iCs/>
                <w:szCs w:val="19"/>
                <w:lang w:val="es-PE" w:eastAsia="es-PE"/>
              </w:rPr>
              <w:t>"Sí, es una hoja grande y suave</w:t>
            </w:r>
            <w:r w:rsidR="00556671" w:rsidRPr="00774D49">
              <w:rPr>
                <w:rFonts w:eastAsia="Times New Roman" w:cs="Arial"/>
                <w:i/>
                <w:iCs/>
                <w:szCs w:val="19"/>
                <w:lang w:val="es-PE" w:eastAsia="es-PE"/>
              </w:rPr>
              <w:t>”</w:t>
            </w:r>
            <w:r w:rsidRPr="00774D49">
              <w:rPr>
                <w:rFonts w:eastAsia="Times New Roman" w:cs="Arial"/>
                <w:szCs w:val="19"/>
                <w:lang w:val="es-PE" w:eastAsia="es-PE"/>
              </w:rPr>
              <w:t>).</w:t>
            </w:r>
          </w:p>
          <w:p w14:paraId="454EAF21" w14:textId="78DD277D" w:rsidR="009B7559" w:rsidRPr="00774D49" w:rsidRDefault="009B7559" w:rsidP="00774D49">
            <w:pPr>
              <w:numPr>
                <w:ilvl w:val="0"/>
                <w:numId w:val="9"/>
              </w:numPr>
              <w:spacing w:after="0" w:line="240" w:lineRule="auto"/>
              <w:rPr>
                <w:rFonts w:eastAsia="Times New Roman" w:cs="Arial"/>
                <w:szCs w:val="19"/>
                <w:lang w:val="es-PE" w:eastAsia="es-PE"/>
              </w:rPr>
            </w:pPr>
            <w:r w:rsidRPr="00774D49">
              <w:rPr>
                <w:rFonts w:eastAsia="Times New Roman" w:cs="Arial"/>
                <w:b/>
                <w:bCs/>
                <w:szCs w:val="19"/>
                <w:lang w:val="es-PE" w:eastAsia="es-PE"/>
              </w:rPr>
              <w:t>Cierre (Después):</w:t>
            </w:r>
            <w:r w:rsidRPr="00774D49">
              <w:rPr>
                <w:rFonts w:eastAsia="Times New Roman" w:cs="Arial"/>
                <w:szCs w:val="19"/>
                <w:lang w:val="es-PE" w:eastAsia="es-PE"/>
              </w:rPr>
              <w:t xml:space="preserve"> Regresamos a la asamblea breve. Dialogamos mediante preguntas sencillas: </w:t>
            </w:r>
            <w:r w:rsidRPr="00774D49">
              <w:rPr>
                <w:rFonts w:eastAsia="Times New Roman" w:cs="Arial"/>
                <w:i/>
                <w:iCs/>
                <w:szCs w:val="19"/>
                <w:lang w:val="es-PE" w:eastAsia="es-PE"/>
              </w:rPr>
              <w:t>¿Qué material te gustó más tocar hoy?</w:t>
            </w:r>
            <w:r w:rsidRPr="00774D49">
              <w:rPr>
                <w:rFonts w:eastAsia="Times New Roman" w:cs="Arial"/>
                <w:szCs w:val="19"/>
                <w:lang w:val="es-PE" w:eastAsia="es-PE"/>
              </w:rPr>
              <w:t xml:space="preserve"> Guardamos los elementos naturales recolectados en el sector correspondiente.</w:t>
            </w:r>
          </w:p>
          <w:p w14:paraId="76A15E86" w14:textId="54DC9215" w:rsidR="009B7559" w:rsidRPr="00774D49" w:rsidRDefault="009B7559" w:rsidP="00774D49">
            <w:pPr>
              <w:spacing w:after="0" w:line="240" w:lineRule="auto"/>
              <w:rPr>
                <w:rFonts w:eastAsia="Times New Roman" w:cs="Arial"/>
                <w:b/>
                <w:bCs/>
                <w:szCs w:val="19"/>
                <w:lang w:val="es-PE" w:eastAsia="es-PE"/>
              </w:rPr>
            </w:pPr>
            <w:r w:rsidRPr="00774D49">
              <w:rPr>
                <w:rFonts w:eastAsia="Times New Roman" w:cs="Arial"/>
                <w:b/>
                <w:bCs/>
                <w:szCs w:val="19"/>
                <w:lang w:val="es-PE" w:eastAsia="es-PE"/>
              </w:rPr>
              <w:t>Aseo, Refrigerio y Recreo (10:30 - 11:30)</w:t>
            </w:r>
          </w:p>
          <w:p w14:paraId="27B43D35" w14:textId="2F3C9EF9" w:rsidR="009B7559" w:rsidRPr="00774D49" w:rsidRDefault="009B7559" w:rsidP="00774D49">
            <w:pPr>
              <w:numPr>
                <w:ilvl w:val="0"/>
                <w:numId w:val="10"/>
              </w:numPr>
              <w:spacing w:after="0" w:line="240" w:lineRule="auto"/>
              <w:rPr>
                <w:rFonts w:eastAsia="Times New Roman" w:cs="Arial"/>
                <w:szCs w:val="19"/>
                <w:lang w:val="es-PE" w:eastAsia="es-PE"/>
              </w:rPr>
            </w:pPr>
            <w:r w:rsidRPr="00774D49">
              <w:rPr>
                <w:rFonts w:eastAsia="Times New Roman" w:cs="Arial"/>
                <w:b/>
                <w:bCs/>
                <w:szCs w:val="19"/>
                <w:lang w:val="es-PE" w:eastAsia="es-PE"/>
              </w:rPr>
              <w:t>Higiene:</w:t>
            </w:r>
            <w:r w:rsidRPr="00774D49">
              <w:rPr>
                <w:rFonts w:eastAsia="Times New Roman" w:cs="Arial"/>
                <w:szCs w:val="19"/>
                <w:lang w:val="es-PE" w:eastAsia="es-PE"/>
              </w:rPr>
              <w:t xml:space="preserve"> Lavado de manos guiado paso a paso con apoyo de carteles visuales tras la manipulación de los objetos de la naturaleza.</w:t>
            </w:r>
          </w:p>
          <w:p w14:paraId="489CDDEA" w14:textId="00386F3D" w:rsidR="009B7559" w:rsidRPr="00774D49" w:rsidRDefault="009B7559" w:rsidP="00774D49">
            <w:pPr>
              <w:numPr>
                <w:ilvl w:val="0"/>
                <w:numId w:val="10"/>
              </w:numPr>
              <w:spacing w:after="0" w:line="240" w:lineRule="auto"/>
              <w:rPr>
                <w:rFonts w:eastAsia="Times New Roman" w:cs="Arial"/>
                <w:szCs w:val="19"/>
                <w:lang w:val="es-PE" w:eastAsia="es-PE"/>
              </w:rPr>
            </w:pPr>
            <w:r w:rsidRPr="00774D49">
              <w:rPr>
                <w:rFonts w:eastAsia="Times New Roman" w:cs="Arial"/>
                <w:b/>
                <w:bCs/>
                <w:szCs w:val="19"/>
                <w:lang w:val="es-PE" w:eastAsia="es-PE"/>
              </w:rPr>
              <w:t>Alimentación:</w:t>
            </w:r>
            <w:r w:rsidRPr="00774D49">
              <w:rPr>
                <w:rFonts w:eastAsia="Times New Roman" w:cs="Arial"/>
                <w:szCs w:val="19"/>
                <w:lang w:val="es-PE" w:eastAsia="es-PE"/>
              </w:rPr>
              <w:t xml:space="preserve"> Consumo de la lonchera promoviendo la autonomía para abrir los envases y limpiar su espacio al terminar.</w:t>
            </w:r>
          </w:p>
          <w:p w14:paraId="44FA34AC" w14:textId="4BB9A032" w:rsidR="009B7559" w:rsidRPr="00774D49" w:rsidRDefault="009B7559" w:rsidP="00774D49">
            <w:pPr>
              <w:numPr>
                <w:ilvl w:val="0"/>
                <w:numId w:val="10"/>
              </w:numPr>
              <w:spacing w:after="0" w:line="240" w:lineRule="auto"/>
              <w:rPr>
                <w:rFonts w:eastAsia="Times New Roman" w:cs="Arial"/>
                <w:szCs w:val="19"/>
                <w:lang w:val="es-PE" w:eastAsia="es-PE"/>
              </w:rPr>
            </w:pPr>
            <w:r w:rsidRPr="00774D49">
              <w:rPr>
                <w:rFonts w:eastAsia="Times New Roman" w:cs="Arial"/>
                <w:b/>
                <w:bCs/>
                <w:szCs w:val="19"/>
                <w:lang w:val="es-PE" w:eastAsia="es-PE"/>
              </w:rPr>
              <w:t>Recreo:</w:t>
            </w:r>
            <w:r w:rsidRPr="00774D49">
              <w:rPr>
                <w:rFonts w:eastAsia="Times New Roman" w:cs="Arial"/>
                <w:szCs w:val="19"/>
                <w:lang w:val="es-PE" w:eastAsia="es-PE"/>
              </w:rPr>
              <w:t xml:space="preserve"> Juego libre y esparcimiento en el espacio exterior bajo supervisión constante.</w:t>
            </w:r>
          </w:p>
          <w:p w14:paraId="4DC37C15" w14:textId="66B4E7D8" w:rsidR="009B7559" w:rsidRPr="00774D49" w:rsidRDefault="009B7559" w:rsidP="00774D49">
            <w:pPr>
              <w:spacing w:after="0" w:line="240" w:lineRule="auto"/>
              <w:rPr>
                <w:rFonts w:eastAsia="Times New Roman" w:cs="Arial"/>
                <w:b/>
                <w:bCs/>
                <w:szCs w:val="19"/>
                <w:lang w:val="es-PE" w:eastAsia="es-PE"/>
              </w:rPr>
            </w:pPr>
            <w:r w:rsidRPr="00774D49">
              <w:rPr>
                <w:rFonts w:eastAsia="Times New Roman" w:cs="Arial"/>
                <w:b/>
                <w:bCs/>
                <w:szCs w:val="19"/>
                <w:lang w:val="es-PE" w:eastAsia="es-PE"/>
              </w:rPr>
              <w:t>Actividad Psicomotriz Corta (11:30 - 12:00)</w:t>
            </w:r>
          </w:p>
          <w:p w14:paraId="5F7C040C" w14:textId="4833EC00" w:rsidR="009B7559" w:rsidRPr="00774D49" w:rsidRDefault="009B7559" w:rsidP="00774D49">
            <w:pPr>
              <w:numPr>
                <w:ilvl w:val="0"/>
                <w:numId w:val="11"/>
              </w:numPr>
              <w:spacing w:after="0" w:line="240" w:lineRule="auto"/>
              <w:rPr>
                <w:rFonts w:eastAsia="Times New Roman" w:cs="Arial"/>
                <w:szCs w:val="19"/>
                <w:lang w:val="es-PE" w:eastAsia="es-PE"/>
              </w:rPr>
            </w:pPr>
            <w:r w:rsidRPr="00774D49">
              <w:rPr>
                <w:rFonts w:eastAsia="Times New Roman" w:cs="Arial"/>
                <w:b/>
                <w:bCs/>
                <w:szCs w:val="19"/>
                <w:lang w:val="es-PE" w:eastAsia="es-PE"/>
              </w:rPr>
              <w:t>Desarrollo Motriz:</w:t>
            </w:r>
            <w:r w:rsidRPr="00774D49">
              <w:rPr>
                <w:rFonts w:eastAsia="Times New Roman" w:cs="Arial"/>
                <w:szCs w:val="19"/>
                <w:lang w:val="es-PE" w:eastAsia="es-PE"/>
              </w:rPr>
              <w:t xml:space="preserve"> Acondicionamos un </w:t>
            </w:r>
            <w:r w:rsidR="004E3C3B" w:rsidRPr="00774D49">
              <w:rPr>
                <w:rFonts w:eastAsia="Times New Roman" w:cs="Arial"/>
                <w:szCs w:val="19"/>
                <w:lang w:val="es-PE" w:eastAsia="es-PE"/>
              </w:rPr>
              <w:t>“</w:t>
            </w:r>
            <w:r w:rsidRPr="00774D49">
              <w:rPr>
                <w:rFonts w:eastAsia="Times New Roman" w:cs="Arial"/>
                <w:szCs w:val="19"/>
                <w:lang w:val="es-PE" w:eastAsia="es-PE"/>
              </w:rPr>
              <w:t>camino sensorial</w:t>
            </w:r>
            <w:r w:rsidR="004E3C3B" w:rsidRPr="00774D49">
              <w:rPr>
                <w:rFonts w:eastAsia="Times New Roman" w:cs="Arial"/>
                <w:szCs w:val="19"/>
                <w:lang w:val="es-PE" w:eastAsia="es-PE"/>
              </w:rPr>
              <w:t>”</w:t>
            </w:r>
            <w:r w:rsidRPr="00774D49">
              <w:rPr>
                <w:rFonts w:eastAsia="Times New Roman" w:cs="Arial"/>
                <w:szCs w:val="19"/>
                <w:lang w:val="es-PE" w:eastAsia="es-PE"/>
              </w:rPr>
              <w:t xml:space="preserve"> en el aula usando telas y alfombras de texturas. Los niños se quitan los zapatos y caminan experimentando el equilibrio y las superficies del recorrido.</w:t>
            </w:r>
          </w:p>
          <w:p w14:paraId="33B43912" w14:textId="4D3F1E9F" w:rsidR="009B7559" w:rsidRPr="00774D49" w:rsidRDefault="009B7559" w:rsidP="00774D49">
            <w:pPr>
              <w:spacing w:after="0" w:line="240" w:lineRule="auto"/>
              <w:rPr>
                <w:rFonts w:eastAsia="Times New Roman" w:cs="Arial"/>
                <w:b/>
                <w:bCs/>
                <w:szCs w:val="19"/>
                <w:lang w:val="es-PE" w:eastAsia="es-PE"/>
              </w:rPr>
            </w:pPr>
            <w:r w:rsidRPr="00774D49">
              <w:rPr>
                <w:rFonts w:eastAsia="Times New Roman" w:cs="Arial"/>
                <w:b/>
                <w:bCs/>
                <w:szCs w:val="19"/>
                <w:lang w:val="es-PE" w:eastAsia="es-PE"/>
              </w:rPr>
              <w:t>El Taller de Expresión Artística (12:00 - 12:30)</w:t>
            </w:r>
          </w:p>
          <w:p w14:paraId="23FE32EB" w14:textId="22EF3DA1" w:rsidR="009B7559" w:rsidRPr="00774D49" w:rsidRDefault="009B7559" w:rsidP="00774D49">
            <w:pPr>
              <w:numPr>
                <w:ilvl w:val="0"/>
                <w:numId w:val="12"/>
              </w:numPr>
              <w:spacing w:after="0" w:line="240" w:lineRule="auto"/>
              <w:rPr>
                <w:rFonts w:eastAsia="Times New Roman" w:cs="Arial"/>
                <w:szCs w:val="19"/>
                <w:lang w:val="es-PE" w:eastAsia="es-PE"/>
              </w:rPr>
            </w:pPr>
            <w:r w:rsidRPr="00774D49">
              <w:rPr>
                <w:rFonts w:eastAsia="Times New Roman" w:cs="Arial"/>
                <w:b/>
                <w:bCs/>
                <w:szCs w:val="19"/>
                <w:lang w:val="es-PE" w:eastAsia="es-PE"/>
              </w:rPr>
              <w:t>Taller Gráfico-Plástico:</w:t>
            </w:r>
            <w:r w:rsidRPr="00774D49">
              <w:rPr>
                <w:rFonts w:eastAsia="Times New Roman" w:cs="Arial"/>
                <w:szCs w:val="19"/>
                <w:lang w:val="es-PE" w:eastAsia="es-PE"/>
              </w:rPr>
              <w:t xml:space="preserve"> Colocamos papel </w:t>
            </w:r>
            <w:proofErr w:type="spellStart"/>
            <w:r w:rsidRPr="00774D49">
              <w:rPr>
                <w:rFonts w:eastAsia="Times New Roman" w:cs="Arial"/>
                <w:szCs w:val="19"/>
                <w:lang w:val="es-PE" w:eastAsia="es-PE"/>
              </w:rPr>
              <w:t>kraft</w:t>
            </w:r>
            <w:proofErr w:type="spellEnd"/>
            <w:r w:rsidRPr="00774D49">
              <w:rPr>
                <w:rFonts w:eastAsia="Times New Roman" w:cs="Arial"/>
                <w:szCs w:val="19"/>
                <w:lang w:val="es-PE" w:eastAsia="es-PE"/>
              </w:rPr>
              <w:t xml:space="preserve"> en las mesas o paredes. Ofrecemos esponjas y témperas lavables. Los niños realizan huellas y trazos libres sobre el papel de forma autónoma, priorizando su proceso de expresión y no un producto perfecto.</w:t>
            </w:r>
          </w:p>
          <w:p w14:paraId="69F430DE" w14:textId="66848244" w:rsidR="009B7559" w:rsidRPr="00774D49" w:rsidRDefault="009B7559" w:rsidP="00774D49">
            <w:pPr>
              <w:spacing w:after="0" w:line="240" w:lineRule="auto"/>
              <w:rPr>
                <w:rFonts w:eastAsia="Times New Roman" w:cs="Arial"/>
                <w:b/>
                <w:bCs/>
                <w:szCs w:val="19"/>
                <w:lang w:val="es-PE" w:eastAsia="es-PE"/>
              </w:rPr>
            </w:pPr>
            <w:r w:rsidRPr="00774D49">
              <w:rPr>
                <w:rFonts w:eastAsia="Times New Roman" w:cs="Arial"/>
                <w:b/>
                <w:bCs/>
                <w:szCs w:val="19"/>
                <w:lang w:val="es-PE" w:eastAsia="es-PE"/>
              </w:rPr>
              <w:t>Rutinas de Salida (12:30)</w:t>
            </w:r>
          </w:p>
          <w:p w14:paraId="5803AA23" w14:textId="2BB59058" w:rsidR="009B7559" w:rsidRPr="00774D49" w:rsidRDefault="009B7559" w:rsidP="00774D49">
            <w:pPr>
              <w:numPr>
                <w:ilvl w:val="0"/>
                <w:numId w:val="13"/>
              </w:numPr>
              <w:spacing w:after="0" w:line="240" w:lineRule="auto"/>
              <w:rPr>
                <w:rFonts w:eastAsia="Times New Roman" w:cs="Arial"/>
                <w:szCs w:val="19"/>
                <w:lang w:val="es-PE" w:eastAsia="es-PE"/>
              </w:rPr>
            </w:pPr>
            <w:r w:rsidRPr="00774D49">
              <w:rPr>
                <w:rFonts w:eastAsia="Times New Roman" w:cs="Arial"/>
                <w:b/>
                <w:bCs/>
                <w:szCs w:val="19"/>
                <w:lang w:val="es-PE" w:eastAsia="es-PE"/>
              </w:rPr>
              <w:t>Cierre:</w:t>
            </w:r>
            <w:r w:rsidRPr="00774D49">
              <w:rPr>
                <w:rFonts w:eastAsia="Times New Roman" w:cs="Arial"/>
                <w:szCs w:val="19"/>
                <w:lang w:val="es-PE" w:eastAsia="es-PE"/>
              </w:rPr>
              <w:t xml:space="preserve"> Recuento final del día, orden de mochilas y pertenencias de forma independiente. Despedida afectuosa individualizada.</w:t>
            </w:r>
          </w:p>
          <w:p w14:paraId="119FCC37" w14:textId="4BF30AB9" w:rsidR="00021EFA" w:rsidRPr="00774D49" w:rsidRDefault="00021EFA" w:rsidP="00774D49">
            <w:pPr>
              <w:spacing w:after="0"/>
              <w:rPr>
                <w:rFonts w:cs="Arial"/>
                <w:szCs w:val="19"/>
                <w:lang w:val="es-PE"/>
              </w:rPr>
            </w:pPr>
          </w:p>
        </w:tc>
        <w:tc>
          <w:tcPr>
            <w:tcW w:w="1623" w:type="dxa"/>
            <w:vAlign w:val="center"/>
          </w:tcPr>
          <w:p w14:paraId="3A6A18FF" w14:textId="77777777" w:rsidR="00021EFA" w:rsidRPr="00774D49" w:rsidRDefault="00010C46" w:rsidP="00774D49">
            <w:pPr>
              <w:spacing w:after="0"/>
              <w:rPr>
                <w:rFonts w:cs="Arial"/>
                <w:szCs w:val="19"/>
                <w:lang w:val="es-PE"/>
              </w:rPr>
            </w:pPr>
            <w:r w:rsidRPr="00774D49">
              <w:rPr>
                <w:rFonts w:cs="Arial"/>
                <w:szCs w:val="19"/>
                <w:lang w:val="es-PE"/>
              </w:rPr>
              <w:lastRenderedPageBreak/>
              <w:t>Hojas, piedras, semillas, lupas, bandejas, canastas, cuentos de naturaleza.</w:t>
            </w:r>
          </w:p>
        </w:tc>
        <w:tc>
          <w:tcPr>
            <w:tcW w:w="1696" w:type="dxa"/>
            <w:vAlign w:val="center"/>
          </w:tcPr>
          <w:p w14:paraId="5F79B419" w14:textId="77777777" w:rsidR="00021EFA" w:rsidRPr="00774D49" w:rsidRDefault="00010C46" w:rsidP="00774D49">
            <w:pPr>
              <w:spacing w:after="0"/>
              <w:rPr>
                <w:rFonts w:cs="Arial"/>
                <w:szCs w:val="19"/>
                <w:lang w:val="es-PE"/>
              </w:rPr>
            </w:pPr>
            <w:r w:rsidRPr="00774D49">
              <w:rPr>
                <w:rFonts w:cs="Arial"/>
                <w:szCs w:val="19"/>
                <w:lang w:val="es-PE"/>
              </w:rPr>
              <w:t>Observar cómo se aproximan al material, qué nombran, qué comparan, cómo piden ayuda y cómo interactúan con sus pares.</w:t>
            </w:r>
          </w:p>
          <w:p w14:paraId="134DBF43" w14:textId="36BBD8D2" w:rsidR="00537FB9" w:rsidRPr="00774D49" w:rsidRDefault="00537FB9" w:rsidP="00774D49">
            <w:pPr>
              <w:spacing w:after="0"/>
              <w:rPr>
                <w:rFonts w:cs="Arial"/>
                <w:szCs w:val="19"/>
                <w:lang w:val="es-PE"/>
              </w:rPr>
            </w:pPr>
          </w:p>
        </w:tc>
      </w:tr>
      <w:tr w:rsidR="00895ADD" w:rsidRPr="00774D49" w14:paraId="0C141083" w14:textId="77777777" w:rsidTr="000660D8">
        <w:trPr>
          <w:jc w:val="center"/>
        </w:trPr>
        <w:tc>
          <w:tcPr>
            <w:tcW w:w="2256" w:type="dxa"/>
            <w:gridSpan w:val="2"/>
            <w:vAlign w:val="center"/>
          </w:tcPr>
          <w:p w14:paraId="0B30009D" w14:textId="4CE8F1DC" w:rsidR="00895ADD" w:rsidRPr="00774D49" w:rsidRDefault="00895ADD" w:rsidP="00774D49">
            <w:pPr>
              <w:spacing w:after="0"/>
              <w:rPr>
                <w:rFonts w:cs="Arial"/>
                <w:szCs w:val="19"/>
                <w:lang w:val="es-PE"/>
              </w:rPr>
            </w:pPr>
            <w:r w:rsidRPr="00895ADD">
              <w:rPr>
                <w:rFonts w:cs="Arial"/>
                <w:b/>
                <w:bCs/>
                <w:szCs w:val="19"/>
                <w:lang w:val="es-PE"/>
              </w:rPr>
              <w:t>Áreas a observar:</w:t>
            </w:r>
          </w:p>
        </w:tc>
        <w:tc>
          <w:tcPr>
            <w:tcW w:w="5187" w:type="dxa"/>
            <w:vAlign w:val="center"/>
          </w:tcPr>
          <w:p w14:paraId="4B94496C" w14:textId="1AC030C4" w:rsidR="00895ADD" w:rsidRPr="00774D49" w:rsidRDefault="00895ADD" w:rsidP="00774D49">
            <w:pPr>
              <w:spacing w:after="0" w:line="240" w:lineRule="auto"/>
              <w:rPr>
                <w:rFonts w:eastAsia="Times New Roman" w:cs="Arial"/>
                <w:szCs w:val="19"/>
                <w:lang w:val="es-PE" w:eastAsia="es-PE"/>
              </w:rPr>
            </w:pPr>
            <w:r w:rsidRPr="00774D49">
              <w:rPr>
                <w:rFonts w:eastAsia="Times New Roman" w:cs="Arial"/>
                <w:szCs w:val="19"/>
                <w:lang w:val="es-PE" w:eastAsia="es-PE"/>
              </w:rPr>
              <w:t>Ciencia y Tecnología, Comunicación, y Personal Social.</w:t>
            </w:r>
          </w:p>
        </w:tc>
        <w:tc>
          <w:tcPr>
            <w:tcW w:w="1623" w:type="dxa"/>
            <w:vAlign w:val="center"/>
          </w:tcPr>
          <w:p w14:paraId="12D18B87" w14:textId="77777777" w:rsidR="00895ADD" w:rsidRPr="00774D49" w:rsidRDefault="00895ADD" w:rsidP="00774D49">
            <w:pPr>
              <w:spacing w:after="0"/>
              <w:rPr>
                <w:rFonts w:cs="Arial"/>
                <w:szCs w:val="19"/>
                <w:lang w:val="es-PE"/>
              </w:rPr>
            </w:pPr>
          </w:p>
        </w:tc>
        <w:tc>
          <w:tcPr>
            <w:tcW w:w="1696" w:type="dxa"/>
            <w:vAlign w:val="center"/>
          </w:tcPr>
          <w:p w14:paraId="0BE284FA" w14:textId="77777777" w:rsidR="00895ADD" w:rsidRPr="00774D49" w:rsidRDefault="00895ADD" w:rsidP="00774D49">
            <w:pPr>
              <w:spacing w:after="0"/>
              <w:rPr>
                <w:rFonts w:cs="Arial"/>
                <w:szCs w:val="19"/>
                <w:lang w:val="es-PE"/>
              </w:rPr>
            </w:pPr>
          </w:p>
        </w:tc>
      </w:tr>
      <w:tr w:rsidR="00021EFA" w:rsidRPr="00774D49" w14:paraId="26A72FE0" w14:textId="77777777" w:rsidTr="00E94D2D">
        <w:trPr>
          <w:jc w:val="center"/>
        </w:trPr>
        <w:tc>
          <w:tcPr>
            <w:tcW w:w="719" w:type="dxa"/>
            <w:vAlign w:val="center"/>
          </w:tcPr>
          <w:p w14:paraId="641A261C" w14:textId="77777777" w:rsidR="00021EFA" w:rsidRPr="00774D49" w:rsidRDefault="00010C46" w:rsidP="00774D49">
            <w:pPr>
              <w:spacing w:after="0"/>
              <w:rPr>
                <w:rFonts w:cs="Arial"/>
                <w:szCs w:val="19"/>
                <w:lang w:val="es-PE"/>
              </w:rPr>
            </w:pPr>
            <w:r w:rsidRPr="00774D49">
              <w:rPr>
                <w:rFonts w:cs="Arial"/>
                <w:szCs w:val="19"/>
                <w:lang w:val="es-PE"/>
              </w:rPr>
              <w:t>Día 2</w:t>
            </w:r>
          </w:p>
        </w:tc>
        <w:tc>
          <w:tcPr>
            <w:tcW w:w="1537" w:type="dxa"/>
            <w:vAlign w:val="center"/>
          </w:tcPr>
          <w:p w14:paraId="5A34ED0B" w14:textId="77777777" w:rsidR="00021EFA" w:rsidRPr="00774D49" w:rsidRDefault="00010C46" w:rsidP="00774D49">
            <w:pPr>
              <w:spacing w:after="0"/>
              <w:rPr>
                <w:rFonts w:cs="Arial"/>
                <w:szCs w:val="19"/>
                <w:lang w:val="es-PE"/>
              </w:rPr>
            </w:pPr>
            <w:r w:rsidRPr="00774D49">
              <w:rPr>
                <w:rFonts w:cs="Arial"/>
                <w:szCs w:val="19"/>
                <w:lang w:val="es-PE"/>
              </w:rPr>
              <w:t>Jugamos con agua y recipientes</w:t>
            </w:r>
          </w:p>
        </w:tc>
        <w:tc>
          <w:tcPr>
            <w:tcW w:w="5187" w:type="dxa"/>
            <w:vAlign w:val="center"/>
          </w:tcPr>
          <w:p w14:paraId="2AE67510" w14:textId="7E29C042" w:rsidR="00691C3F" w:rsidRPr="00774D49" w:rsidRDefault="00691C3F" w:rsidP="00774D49">
            <w:pPr>
              <w:spacing w:after="0"/>
              <w:rPr>
                <w:rFonts w:cs="Arial"/>
                <w:b/>
                <w:bCs/>
                <w:szCs w:val="19"/>
                <w:lang w:val="es-PE"/>
              </w:rPr>
            </w:pPr>
            <w:r w:rsidRPr="00774D49">
              <w:rPr>
                <w:rFonts w:cs="Arial"/>
                <w:b/>
                <w:bCs/>
                <w:szCs w:val="19"/>
                <w:lang w:val="es-PE"/>
              </w:rPr>
              <w:t>Rutinas de Entrada (08:00 - 08:30)</w:t>
            </w:r>
          </w:p>
          <w:p w14:paraId="6625B0B1" w14:textId="4FF54120" w:rsidR="00691C3F" w:rsidRPr="00774D49" w:rsidRDefault="00691C3F" w:rsidP="00774D49">
            <w:pPr>
              <w:numPr>
                <w:ilvl w:val="0"/>
                <w:numId w:val="14"/>
              </w:numPr>
              <w:spacing w:after="0"/>
              <w:rPr>
                <w:rFonts w:cs="Arial"/>
                <w:szCs w:val="19"/>
                <w:lang w:val="es-PE"/>
              </w:rPr>
            </w:pPr>
            <w:r w:rsidRPr="00774D49">
              <w:rPr>
                <w:rFonts w:cs="Arial"/>
                <w:b/>
                <w:bCs/>
                <w:szCs w:val="19"/>
                <w:lang w:val="es-PE"/>
              </w:rPr>
              <w:t>Recepción:</w:t>
            </w:r>
            <w:r w:rsidRPr="00774D49">
              <w:rPr>
                <w:rFonts w:cs="Arial"/>
                <w:szCs w:val="19"/>
                <w:lang w:val="es-PE"/>
              </w:rPr>
              <w:t xml:space="preserve"> Recibimiento afectuoso y personalizado a la altura de cada niño. Se valida su estado emocional y se permite el ingreso con su objeto de apego.</w:t>
            </w:r>
          </w:p>
          <w:p w14:paraId="4EF853E3" w14:textId="34B17925" w:rsidR="00691C3F" w:rsidRPr="00774D49" w:rsidRDefault="00691C3F" w:rsidP="00774D49">
            <w:pPr>
              <w:numPr>
                <w:ilvl w:val="0"/>
                <w:numId w:val="14"/>
              </w:numPr>
              <w:spacing w:after="0"/>
              <w:rPr>
                <w:rFonts w:cs="Arial"/>
                <w:szCs w:val="19"/>
                <w:lang w:val="es-PE"/>
              </w:rPr>
            </w:pPr>
            <w:r w:rsidRPr="00774D49">
              <w:rPr>
                <w:rFonts w:cs="Arial"/>
                <w:b/>
                <w:bCs/>
                <w:szCs w:val="19"/>
                <w:lang w:val="es-PE"/>
              </w:rPr>
              <w:t>Cajas de Espera:</w:t>
            </w:r>
            <w:r w:rsidRPr="00774D49">
              <w:rPr>
                <w:rFonts w:cs="Arial"/>
                <w:szCs w:val="19"/>
                <w:lang w:val="es-PE"/>
              </w:rPr>
              <w:t xml:space="preserve"> En las mesas se disponen botellas sensoriales seguras con agua, escarcha y elementos naturales pequeños flotando para capturar su atención de forma tranquila.</w:t>
            </w:r>
          </w:p>
          <w:p w14:paraId="27B70049" w14:textId="190CC831" w:rsidR="00691C3F" w:rsidRPr="00774D49" w:rsidRDefault="00691C3F" w:rsidP="00774D49">
            <w:pPr>
              <w:numPr>
                <w:ilvl w:val="0"/>
                <w:numId w:val="14"/>
              </w:numPr>
              <w:spacing w:after="0"/>
              <w:rPr>
                <w:rFonts w:cs="Arial"/>
                <w:szCs w:val="19"/>
                <w:lang w:val="es-PE"/>
              </w:rPr>
            </w:pPr>
            <w:r w:rsidRPr="00774D49">
              <w:rPr>
                <w:rFonts w:cs="Arial"/>
                <w:b/>
                <w:bCs/>
                <w:szCs w:val="19"/>
                <w:lang w:val="es-PE"/>
              </w:rPr>
              <w:t>Actividades Permanentes:</w:t>
            </w:r>
            <w:r w:rsidRPr="00774D49">
              <w:rPr>
                <w:rFonts w:cs="Arial"/>
                <w:szCs w:val="19"/>
                <w:lang w:val="es-PE"/>
              </w:rPr>
              <w:t xml:space="preserve"> Asamblea breve en </w:t>
            </w:r>
            <w:r w:rsidRPr="00774D49">
              <w:rPr>
                <w:rFonts w:cs="Arial"/>
                <w:szCs w:val="19"/>
                <w:lang w:val="es-PE"/>
              </w:rPr>
              <w:lastRenderedPageBreak/>
              <w:t>semicírculo. Cantamos la canción del saludo, tomamos asistencia usando el cartel de fotos y revisamos el calendario de manera lúdica.</w:t>
            </w:r>
          </w:p>
          <w:p w14:paraId="3292BBAC" w14:textId="4771A31A" w:rsidR="00691C3F" w:rsidRPr="00774D49" w:rsidRDefault="00691C3F" w:rsidP="00774D49">
            <w:pPr>
              <w:spacing w:after="0"/>
              <w:rPr>
                <w:rFonts w:cs="Arial"/>
                <w:b/>
                <w:bCs/>
                <w:szCs w:val="19"/>
                <w:lang w:val="es-PE"/>
              </w:rPr>
            </w:pPr>
            <w:r w:rsidRPr="00774D49">
              <w:rPr>
                <w:rFonts w:cs="Arial"/>
                <w:b/>
                <w:bCs/>
                <w:szCs w:val="19"/>
                <w:lang w:val="es-PE"/>
              </w:rPr>
              <w:t xml:space="preserve"> Juego Libre en los </w:t>
            </w:r>
            <w:r w:rsidR="00F96F59" w:rsidRPr="00774D49">
              <w:rPr>
                <w:rFonts w:cs="Arial"/>
                <w:b/>
                <w:bCs/>
                <w:szCs w:val="19"/>
                <w:lang w:val="es-PE"/>
              </w:rPr>
              <w:t>Espacios</w:t>
            </w:r>
            <w:r w:rsidRPr="00774D49">
              <w:rPr>
                <w:rFonts w:cs="Arial"/>
                <w:b/>
                <w:bCs/>
                <w:szCs w:val="19"/>
                <w:lang w:val="es-PE"/>
              </w:rPr>
              <w:t xml:space="preserve"> (08:30 - 09:30)</w:t>
            </w:r>
          </w:p>
          <w:p w14:paraId="42369671" w14:textId="60742BC5" w:rsidR="00691C3F" w:rsidRPr="00774D49" w:rsidRDefault="00691C3F" w:rsidP="00774D49">
            <w:pPr>
              <w:numPr>
                <w:ilvl w:val="0"/>
                <w:numId w:val="15"/>
              </w:numPr>
              <w:spacing w:after="0"/>
              <w:rPr>
                <w:rFonts w:cs="Arial"/>
                <w:szCs w:val="19"/>
                <w:lang w:val="es-PE"/>
              </w:rPr>
            </w:pPr>
            <w:r w:rsidRPr="00774D49">
              <w:rPr>
                <w:rFonts w:cs="Arial"/>
                <w:b/>
                <w:bCs/>
                <w:szCs w:val="19"/>
                <w:lang w:val="es-PE"/>
              </w:rPr>
              <w:t>Planificación y Organización (Fase 1):</w:t>
            </w:r>
            <w:r w:rsidRPr="00774D49">
              <w:rPr>
                <w:rFonts w:cs="Arial"/>
                <w:szCs w:val="19"/>
                <w:lang w:val="es-PE"/>
              </w:rPr>
              <w:t xml:space="preserve"> Los niños sentados en asamblea eligen a qué sector desean ir. La docente distribuye carnés o collares para regular el aforo de cada espacio.</w:t>
            </w:r>
          </w:p>
          <w:p w14:paraId="4336488A" w14:textId="1557732F" w:rsidR="00691C3F" w:rsidRPr="00774D49" w:rsidRDefault="00691C3F" w:rsidP="00774D49">
            <w:pPr>
              <w:numPr>
                <w:ilvl w:val="0"/>
                <w:numId w:val="15"/>
              </w:numPr>
              <w:spacing w:after="0"/>
              <w:rPr>
                <w:rFonts w:cs="Arial"/>
                <w:szCs w:val="19"/>
                <w:lang w:val="es-PE"/>
              </w:rPr>
            </w:pPr>
            <w:r w:rsidRPr="00774D49">
              <w:rPr>
                <w:rFonts w:cs="Arial"/>
                <w:b/>
                <w:bCs/>
                <w:szCs w:val="19"/>
                <w:lang w:val="es-PE"/>
              </w:rPr>
              <w:t>Desarrollo o Ejecución (Fase 2):</w:t>
            </w:r>
            <w:r w:rsidRPr="00774D49">
              <w:rPr>
                <w:rFonts w:cs="Arial"/>
                <w:szCs w:val="19"/>
                <w:lang w:val="es-PE"/>
              </w:rPr>
              <w:t xml:space="preserve"> Los niños juegan libremente. Se promueve el uso del espacio de construcción para armar casitas o el sector de lectura. La docente observa y registra interacciones en su cuaderno de campo.</w:t>
            </w:r>
          </w:p>
          <w:p w14:paraId="1489A7A8" w14:textId="69A94D5B" w:rsidR="00691C3F" w:rsidRPr="00774D49" w:rsidRDefault="00691C3F" w:rsidP="00774D49">
            <w:pPr>
              <w:numPr>
                <w:ilvl w:val="0"/>
                <w:numId w:val="15"/>
              </w:numPr>
              <w:spacing w:after="0"/>
              <w:rPr>
                <w:rFonts w:cs="Arial"/>
                <w:szCs w:val="19"/>
                <w:lang w:val="es-PE"/>
              </w:rPr>
            </w:pPr>
            <w:r w:rsidRPr="00774D49">
              <w:rPr>
                <w:rFonts w:cs="Arial"/>
                <w:b/>
                <w:bCs/>
                <w:szCs w:val="19"/>
                <w:lang w:val="es-PE"/>
              </w:rPr>
              <w:t>Orden, Socialización y Representación (Fase 3):</w:t>
            </w:r>
            <w:r w:rsidRPr="00774D49">
              <w:rPr>
                <w:rFonts w:cs="Arial"/>
                <w:szCs w:val="19"/>
                <w:lang w:val="es-PE"/>
              </w:rPr>
              <w:t xml:space="preserve"> Se anticipa el cierre con una melodía suave. Los niños guardan los materiales en las canastas correspondientes y comentan brevemente de forma voluntaria a qué jugaron.</w:t>
            </w:r>
          </w:p>
          <w:p w14:paraId="7FF1A37B" w14:textId="6725B105" w:rsidR="00691C3F" w:rsidRPr="00774D49" w:rsidRDefault="00691C3F" w:rsidP="00774D49">
            <w:pPr>
              <w:spacing w:after="0"/>
              <w:rPr>
                <w:rFonts w:cs="Arial"/>
                <w:b/>
                <w:bCs/>
                <w:szCs w:val="19"/>
                <w:lang w:val="es-PE"/>
              </w:rPr>
            </w:pPr>
            <w:r w:rsidRPr="00774D49">
              <w:rPr>
                <w:rFonts w:cs="Arial"/>
                <w:b/>
                <w:bCs/>
                <w:szCs w:val="19"/>
                <w:lang w:val="es-PE"/>
              </w:rPr>
              <w:t>Actividad Significativa / Sesión Central (09:30 - 10:30)</w:t>
            </w:r>
          </w:p>
          <w:p w14:paraId="7419A283" w14:textId="3B9025A1" w:rsidR="00691C3F" w:rsidRPr="00774D49" w:rsidRDefault="00691C3F" w:rsidP="00774D49">
            <w:pPr>
              <w:numPr>
                <w:ilvl w:val="0"/>
                <w:numId w:val="16"/>
              </w:numPr>
              <w:spacing w:after="0"/>
              <w:rPr>
                <w:rFonts w:cs="Arial"/>
                <w:szCs w:val="19"/>
                <w:lang w:val="es-PE"/>
              </w:rPr>
            </w:pPr>
            <w:r w:rsidRPr="00774D49">
              <w:rPr>
                <w:rFonts w:cs="Arial"/>
                <w:b/>
                <w:bCs/>
                <w:szCs w:val="19"/>
                <w:lang w:val="es-PE"/>
              </w:rPr>
              <w:t>Inicio (Antes):</w:t>
            </w:r>
            <w:r w:rsidRPr="00774D49">
              <w:rPr>
                <w:rFonts w:cs="Arial"/>
                <w:szCs w:val="19"/>
                <w:lang w:val="es-PE"/>
              </w:rPr>
              <w:t xml:space="preserve"> En la asamblea, la docente presenta una jarra transparente con agua y un cucharón grande. Deja caer unas gotas en las manos de los niños para despertar el interés y la indagación sensorial. Pregunta: </w:t>
            </w:r>
            <w:r w:rsidRPr="00774D49">
              <w:rPr>
                <w:rFonts w:cs="Arial"/>
                <w:i/>
                <w:iCs/>
                <w:szCs w:val="19"/>
                <w:lang w:val="es-PE"/>
              </w:rPr>
              <w:t xml:space="preserve">¿Cómo se siente el agua? ¿Está fría o </w:t>
            </w:r>
            <w:proofErr w:type="gramStart"/>
            <w:r w:rsidRPr="00774D49">
              <w:rPr>
                <w:rFonts w:cs="Arial"/>
                <w:i/>
                <w:iCs/>
                <w:szCs w:val="19"/>
                <w:lang w:val="es-PE"/>
              </w:rPr>
              <w:t>caliente?</w:t>
            </w:r>
            <w:r w:rsidRPr="00774D49">
              <w:rPr>
                <w:rFonts w:cs="Arial"/>
                <w:szCs w:val="19"/>
                <w:lang w:val="es-PE"/>
              </w:rPr>
              <w:t>.</w:t>
            </w:r>
            <w:proofErr w:type="gramEnd"/>
          </w:p>
          <w:p w14:paraId="167C6D1C" w14:textId="6BC2D86D" w:rsidR="00691C3F" w:rsidRPr="00774D49" w:rsidRDefault="00691C3F" w:rsidP="00774D49">
            <w:pPr>
              <w:numPr>
                <w:ilvl w:val="0"/>
                <w:numId w:val="16"/>
              </w:numPr>
              <w:spacing w:after="0"/>
              <w:rPr>
                <w:rFonts w:cs="Arial"/>
                <w:szCs w:val="19"/>
                <w:lang w:val="es-PE"/>
              </w:rPr>
            </w:pPr>
            <w:r w:rsidRPr="00774D49">
              <w:rPr>
                <w:rFonts w:cs="Arial"/>
                <w:b/>
                <w:bCs/>
                <w:szCs w:val="19"/>
                <w:lang w:val="es-PE"/>
              </w:rPr>
              <w:t>Desarrollo (Durante):</w:t>
            </w:r>
            <w:r w:rsidRPr="00774D49">
              <w:rPr>
                <w:rFonts w:cs="Arial"/>
                <w:szCs w:val="19"/>
                <w:lang w:val="es-PE"/>
              </w:rPr>
              <w:t xml:space="preserve"> Los niños se dirigen al espacio de higiene / </w:t>
            </w:r>
            <w:proofErr w:type="gramStart"/>
            <w:r w:rsidRPr="00774D49">
              <w:rPr>
                <w:rFonts w:cs="Arial"/>
                <w:szCs w:val="19"/>
                <w:lang w:val="es-PE"/>
              </w:rPr>
              <w:t>trasvases previamente acondicionado</w:t>
            </w:r>
            <w:proofErr w:type="gramEnd"/>
            <w:r w:rsidRPr="00774D49">
              <w:rPr>
                <w:rFonts w:cs="Arial"/>
                <w:szCs w:val="19"/>
                <w:lang w:val="es-PE"/>
              </w:rPr>
              <w:t xml:space="preserve"> con manteles impermeables. Encuentran tinas pequeñas con poca agua, jarras livianas, embudos, esponjas y botellas plásticas transparentes. Juegan libremente a vaciar, llenar, escurrir las esponjas y mojar los recipientes. La docente interviene mediando el lenguaje y reforzando nociones espaciales y de cantidad de forma natural: </w:t>
            </w:r>
            <w:r w:rsidR="00F96F59" w:rsidRPr="00774D49">
              <w:rPr>
                <w:rFonts w:cs="Arial"/>
                <w:szCs w:val="19"/>
                <w:lang w:val="es-PE"/>
              </w:rPr>
              <w:t>“</w:t>
            </w:r>
            <w:r w:rsidRPr="00774D49">
              <w:rPr>
                <w:rFonts w:cs="Arial"/>
                <w:i/>
                <w:iCs/>
                <w:szCs w:val="19"/>
                <w:lang w:val="es-PE"/>
              </w:rPr>
              <w:t>Esta botella está llena, esta está vacía</w:t>
            </w:r>
            <w:r w:rsidR="00F96F59" w:rsidRPr="00774D49">
              <w:rPr>
                <w:rFonts w:cs="Arial"/>
                <w:i/>
                <w:iCs/>
                <w:szCs w:val="19"/>
                <w:lang w:val="es-PE"/>
              </w:rPr>
              <w:t>”</w:t>
            </w:r>
            <w:r w:rsidRPr="00774D49">
              <w:rPr>
                <w:rFonts w:cs="Arial"/>
                <w:szCs w:val="19"/>
                <w:lang w:val="es-PE"/>
              </w:rPr>
              <w:t xml:space="preserve"> o </w:t>
            </w:r>
            <w:r w:rsidR="00F96F59" w:rsidRPr="00774D49">
              <w:rPr>
                <w:rFonts w:cs="Arial"/>
                <w:szCs w:val="19"/>
                <w:lang w:val="es-PE"/>
              </w:rPr>
              <w:t>“</w:t>
            </w:r>
            <w:r w:rsidRPr="00774D49">
              <w:rPr>
                <w:rFonts w:cs="Arial"/>
                <w:i/>
                <w:iCs/>
                <w:szCs w:val="19"/>
                <w:lang w:val="es-PE"/>
              </w:rPr>
              <w:t>Veo que estás pasando el agua al vaso</w:t>
            </w:r>
            <w:r w:rsidR="00F96F59" w:rsidRPr="00774D49">
              <w:rPr>
                <w:rFonts w:cs="Arial"/>
                <w:i/>
                <w:iCs/>
                <w:szCs w:val="19"/>
                <w:lang w:val="es-PE"/>
              </w:rPr>
              <w:t>”</w:t>
            </w:r>
            <w:r w:rsidRPr="00774D49">
              <w:rPr>
                <w:rFonts w:cs="Arial"/>
                <w:szCs w:val="19"/>
                <w:lang w:val="es-PE"/>
              </w:rPr>
              <w:t>.</w:t>
            </w:r>
          </w:p>
          <w:p w14:paraId="3E7285D7" w14:textId="68086498" w:rsidR="00691C3F" w:rsidRPr="00774D49" w:rsidRDefault="00691C3F" w:rsidP="00774D49">
            <w:pPr>
              <w:numPr>
                <w:ilvl w:val="0"/>
                <w:numId w:val="16"/>
              </w:numPr>
              <w:spacing w:after="0"/>
              <w:rPr>
                <w:rFonts w:cs="Arial"/>
                <w:szCs w:val="19"/>
                <w:lang w:val="es-PE"/>
              </w:rPr>
            </w:pPr>
            <w:r w:rsidRPr="00774D49">
              <w:rPr>
                <w:rFonts w:cs="Arial"/>
                <w:b/>
                <w:bCs/>
                <w:szCs w:val="19"/>
                <w:lang w:val="es-PE"/>
              </w:rPr>
              <w:t>Cierre (Después):</w:t>
            </w:r>
            <w:r w:rsidRPr="00774D49">
              <w:rPr>
                <w:rFonts w:cs="Arial"/>
                <w:szCs w:val="19"/>
                <w:lang w:val="es-PE"/>
              </w:rPr>
              <w:t xml:space="preserve"> Nos reunimos nuevamente en círculo. Conversamos mediante preguntas sencillas de metacognición: </w:t>
            </w:r>
            <w:r w:rsidRPr="00774D49">
              <w:rPr>
                <w:rFonts w:cs="Arial"/>
                <w:i/>
                <w:iCs/>
                <w:szCs w:val="19"/>
                <w:lang w:val="es-PE"/>
              </w:rPr>
              <w:t xml:space="preserve">¿Qué pasó cuando apretaste la esponja húmeda? ¿Pudieron llenar todas sus </w:t>
            </w:r>
            <w:proofErr w:type="gramStart"/>
            <w:r w:rsidRPr="00774D49">
              <w:rPr>
                <w:rFonts w:cs="Arial"/>
                <w:i/>
                <w:iCs/>
                <w:szCs w:val="19"/>
                <w:lang w:val="es-PE"/>
              </w:rPr>
              <w:t>botellas?</w:t>
            </w:r>
            <w:r w:rsidRPr="00774D49">
              <w:rPr>
                <w:rFonts w:cs="Arial"/>
                <w:szCs w:val="19"/>
                <w:lang w:val="es-PE"/>
              </w:rPr>
              <w:t>.</w:t>
            </w:r>
            <w:proofErr w:type="gramEnd"/>
            <w:r w:rsidRPr="00774D49">
              <w:rPr>
                <w:rFonts w:cs="Arial"/>
                <w:szCs w:val="19"/>
                <w:lang w:val="es-PE"/>
              </w:rPr>
              <w:t xml:space="preserve"> Guardamos los materiales y ayudamos a secar el espacio con paños absorbentes.</w:t>
            </w:r>
          </w:p>
          <w:p w14:paraId="4A856B90" w14:textId="04EE9187" w:rsidR="00691C3F" w:rsidRPr="00774D49" w:rsidRDefault="00691C3F" w:rsidP="00774D49">
            <w:pPr>
              <w:spacing w:after="0"/>
              <w:rPr>
                <w:rFonts w:cs="Arial"/>
                <w:b/>
                <w:bCs/>
                <w:szCs w:val="19"/>
                <w:lang w:val="es-PE"/>
              </w:rPr>
            </w:pPr>
            <w:r w:rsidRPr="00774D49">
              <w:rPr>
                <w:rFonts w:cs="Arial"/>
                <w:b/>
                <w:bCs/>
                <w:szCs w:val="19"/>
                <w:lang w:val="es-PE"/>
              </w:rPr>
              <w:t>Aseo, Refrigerio y Recreo (10:30 - 11:30)</w:t>
            </w:r>
          </w:p>
          <w:p w14:paraId="7B7C40B6" w14:textId="12C66251" w:rsidR="00691C3F" w:rsidRPr="00774D49" w:rsidRDefault="00691C3F" w:rsidP="00774D49">
            <w:pPr>
              <w:numPr>
                <w:ilvl w:val="0"/>
                <w:numId w:val="17"/>
              </w:numPr>
              <w:spacing w:after="0"/>
              <w:rPr>
                <w:rFonts w:cs="Arial"/>
                <w:szCs w:val="19"/>
                <w:lang w:val="es-PE"/>
              </w:rPr>
            </w:pPr>
            <w:r w:rsidRPr="00774D49">
              <w:rPr>
                <w:rFonts w:cs="Arial"/>
                <w:b/>
                <w:bCs/>
                <w:szCs w:val="19"/>
                <w:lang w:val="es-PE"/>
              </w:rPr>
              <w:t>Higiene:</w:t>
            </w:r>
            <w:r w:rsidRPr="00774D49">
              <w:rPr>
                <w:rFonts w:cs="Arial"/>
                <w:szCs w:val="19"/>
                <w:lang w:val="es-PE"/>
              </w:rPr>
              <w:t xml:space="preserve"> Rutina de lavado y secado de manos paso a paso. Se verbaliza la importancia de estar limpios tras jugar con el agua y los recipientes.</w:t>
            </w:r>
          </w:p>
          <w:p w14:paraId="68CB784E" w14:textId="095B1F56" w:rsidR="00691C3F" w:rsidRPr="00774D49" w:rsidRDefault="00691C3F" w:rsidP="00774D49">
            <w:pPr>
              <w:numPr>
                <w:ilvl w:val="0"/>
                <w:numId w:val="17"/>
              </w:numPr>
              <w:spacing w:after="0"/>
              <w:rPr>
                <w:rFonts w:cs="Arial"/>
                <w:szCs w:val="19"/>
                <w:lang w:val="es-PE"/>
              </w:rPr>
            </w:pPr>
            <w:r w:rsidRPr="00774D49">
              <w:rPr>
                <w:rFonts w:cs="Arial"/>
                <w:b/>
                <w:bCs/>
                <w:szCs w:val="19"/>
                <w:lang w:val="es-PE"/>
              </w:rPr>
              <w:t>Alimentación:</w:t>
            </w:r>
            <w:r w:rsidRPr="00774D49">
              <w:rPr>
                <w:rFonts w:cs="Arial"/>
                <w:szCs w:val="19"/>
                <w:lang w:val="es-PE"/>
              </w:rPr>
              <w:t xml:space="preserve"> Consumo de la lonchera en un ambiente de calma y buena convivencia. Se fomenta la autonomía para que los niños abran sus táperes y saquen sus individuales solos.</w:t>
            </w:r>
          </w:p>
          <w:p w14:paraId="60D341A5" w14:textId="24580936" w:rsidR="00691C3F" w:rsidRPr="00774D49" w:rsidRDefault="00691C3F" w:rsidP="00774D49">
            <w:pPr>
              <w:numPr>
                <w:ilvl w:val="0"/>
                <w:numId w:val="17"/>
              </w:numPr>
              <w:spacing w:after="0"/>
              <w:rPr>
                <w:rFonts w:cs="Arial"/>
                <w:szCs w:val="19"/>
                <w:lang w:val="es-PE"/>
              </w:rPr>
            </w:pPr>
            <w:r w:rsidRPr="00774D49">
              <w:rPr>
                <w:rFonts w:cs="Arial"/>
                <w:b/>
                <w:bCs/>
                <w:szCs w:val="19"/>
                <w:lang w:val="es-PE"/>
              </w:rPr>
              <w:t>Recreo:</w:t>
            </w:r>
            <w:r w:rsidRPr="00774D49">
              <w:rPr>
                <w:rFonts w:cs="Arial"/>
                <w:szCs w:val="19"/>
                <w:lang w:val="es-PE"/>
              </w:rPr>
              <w:t xml:space="preserve"> Espacio de juego libre en el patio exterior bajo el acompañamiento y supervisión de la docente.</w:t>
            </w:r>
          </w:p>
          <w:p w14:paraId="238A33B4" w14:textId="1B550202" w:rsidR="00691C3F" w:rsidRPr="00774D49" w:rsidRDefault="00691C3F" w:rsidP="00774D49">
            <w:pPr>
              <w:spacing w:after="0"/>
              <w:rPr>
                <w:rFonts w:cs="Arial"/>
                <w:b/>
                <w:bCs/>
                <w:szCs w:val="19"/>
                <w:lang w:val="es-PE"/>
              </w:rPr>
            </w:pPr>
            <w:r w:rsidRPr="00774D49">
              <w:rPr>
                <w:rFonts w:cs="Arial"/>
                <w:b/>
                <w:bCs/>
                <w:szCs w:val="19"/>
                <w:lang w:val="es-PE"/>
              </w:rPr>
              <w:t>Actividad Psicomotriz Corta (11:30 - 12:00)</w:t>
            </w:r>
          </w:p>
          <w:p w14:paraId="07EE554A" w14:textId="150772FD" w:rsidR="00691C3F" w:rsidRPr="00774D49" w:rsidRDefault="00691C3F" w:rsidP="00774D49">
            <w:pPr>
              <w:numPr>
                <w:ilvl w:val="0"/>
                <w:numId w:val="18"/>
              </w:numPr>
              <w:spacing w:after="0"/>
              <w:rPr>
                <w:rFonts w:cs="Arial"/>
                <w:szCs w:val="19"/>
                <w:lang w:val="es-PE"/>
              </w:rPr>
            </w:pPr>
            <w:r w:rsidRPr="00774D49">
              <w:rPr>
                <w:rFonts w:cs="Arial"/>
                <w:b/>
                <w:bCs/>
                <w:szCs w:val="19"/>
                <w:lang w:val="es-PE"/>
              </w:rPr>
              <w:t>Desarrollo Motriz:</w:t>
            </w:r>
            <w:r w:rsidRPr="00774D49">
              <w:rPr>
                <w:rFonts w:cs="Arial"/>
                <w:szCs w:val="19"/>
                <w:lang w:val="es-PE"/>
              </w:rPr>
              <w:t xml:space="preserve"> Se propone un juego de equilibrio y coordinación. Colocamos aros y colchonetas en el piso. Los niños deben saltar de un aro a otro imaginando que son </w:t>
            </w:r>
            <w:r w:rsidR="00AD6276" w:rsidRPr="00774D49">
              <w:rPr>
                <w:rFonts w:cs="Arial"/>
                <w:szCs w:val="19"/>
                <w:lang w:val="es-PE"/>
              </w:rPr>
              <w:t>“</w:t>
            </w:r>
            <w:r w:rsidRPr="00774D49">
              <w:rPr>
                <w:rFonts w:cs="Arial"/>
                <w:szCs w:val="19"/>
                <w:lang w:val="es-PE"/>
              </w:rPr>
              <w:t>ranitas</w:t>
            </w:r>
            <w:r w:rsidR="00AD6276" w:rsidRPr="00774D49">
              <w:rPr>
                <w:rFonts w:cs="Arial"/>
                <w:szCs w:val="19"/>
                <w:lang w:val="es-PE"/>
              </w:rPr>
              <w:t>”</w:t>
            </w:r>
            <w:r w:rsidRPr="00774D49">
              <w:rPr>
                <w:rFonts w:cs="Arial"/>
                <w:szCs w:val="19"/>
                <w:lang w:val="es-PE"/>
              </w:rPr>
              <w:t xml:space="preserve"> saltando en charcos de agua, evitando tocar el suelo fuera de los </w:t>
            </w:r>
            <w:proofErr w:type="gramStart"/>
            <w:r w:rsidRPr="00774D49">
              <w:rPr>
                <w:rFonts w:cs="Arial"/>
                <w:szCs w:val="19"/>
                <w:lang w:val="es-PE"/>
              </w:rPr>
              <w:t>círculos .</w:t>
            </w:r>
            <w:proofErr w:type="gramEnd"/>
          </w:p>
          <w:p w14:paraId="5D4AA3A4" w14:textId="3D78D22E" w:rsidR="00691C3F" w:rsidRPr="00774D49" w:rsidRDefault="00691C3F" w:rsidP="00774D49">
            <w:pPr>
              <w:spacing w:after="0"/>
              <w:rPr>
                <w:rFonts w:cs="Arial"/>
                <w:b/>
                <w:bCs/>
                <w:szCs w:val="19"/>
                <w:lang w:val="es-PE"/>
              </w:rPr>
            </w:pPr>
            <w:r w:rsidRPr="00774D49">
              <w:rPr>
                <w:rFonts w:cs="Arial"/>
                <w:b/>
                <w:bCs/>
                <w:szCs w:val="19"/>
                <w:lang w:val="es-PE"/>
              </w:rPr>
              <w:t>El Taller de Expresión Artística (12:00 - 12:30)</w:t>
            </w:r>
          </w:p>
          <w:p w14:paraId="1374A76B" w14:textId="2469795A" w:rsidR="00691C3F" w:rsidRPr="00774D49" w:rsidRDefault="00691C3F" w:rsidP="00774D49">
            <w:pPr>
              <w:numPr>
                <w:ilvl w:val="0"/>
                <w:numId w:val="19"/>
              </w:numPr>
              <w:spacing w:after="0"/>
              <w:rPr>
                <w:rFonts w:cs="Arial"/>
                <w:szCs w:val="19"/>
                <w:lang w:val="es-PE"/>
              </w:rPr>
            </w:pPr>
            <w:r w:rsidRPr="00774D49">
              <w:rPr>
                <w:rFonts w:cs="Arial"/>
                <w:b/>
                <w:bCs/>
                <w:szCs w:val="19"/>
                <w:lang w:val="es-PE"/>
              </w:rPr>
              <w:t>Taller Gráfico-Plástico:</w:t>
            </w:r>
            <w:r w:rsidRPr="00774D49">
              <w:rPr>
                <w:rFonts w:cs="Arial"/>
                <w:szCs w:val="19"/>
                <w:lang w:val="es-PE"/>
              </w:rPr>
              <w:t xml:space="preserve"> Colocamos cartulinas grandes en las mesas. Ofrecemos témperas líquidas lavables de colores de la naturaleza (azul, verde) mezcladas con un poco de agua. </w:t>
            </w:r>
            <w:r w:rsidRPr="00774D49">
              <w:rPr>
                <w:rFonts w:cs="Arial"/>
                <w:szCs w:val="19"/>
                <w:lang w:val="es-PE"/>
              </w:rPr>
              <w:lastRenderedPageBreak/>
              <w:t>Los niños realizan dactilopintura o usan esponjas para estampar libremente sobre el soporte, experimentando con la textura líquida. No se impone un producto final.</w:t>
            </w:r>
          </w:p>
          <w:p w14:paraId="7D47695E" w14:textId="017B8304" w:rsidR="00691C3F" w:rsidRPr="00774D49" w:rsidRDefault="00691C3F" w:rsidP="00774D49">
            <w:pPr>
              <w:spacing w:after="0"/>
              <w:rPr>
                <w:rFonts w:cs="Arial"/>
                <w:b/>
                <w:bCs/>
                <w:szCs w:val="19"/>
                <w:lang w:val="es-PE"/>
              </w:rPr>
            </w:pPr>
            <w:r w:rsidRPr="00774D49">
              <w:rPr>
                <w:rFonts w:cs="Arial"/>
                <w:b/>
                <w:bCs/>
                <w:szCs w:val="19"/>
                <w:lang w:val="es-PE"/>
              </w:rPr>
              <w:t>Rutinas de Salida (12:30)</w:t>
            </w:r>
          </w:p>
          <w:p w14:paraId="3B7695EA" w14:textId="73566757" w:rsidR="00021EFA" w:rsidRPr="00774D49" w:rsidRDefault="00691C3F" w:rsidP="00774D49">
            <w:pPr>
              <w:numPr>
                <w:ilvl w:val="0"/>
                <w:numId w:val="20"/>
              </w:numPr>
              <w:spacing w:after="0"/>
              <w:rPr>
                <w:rFonts w:cs="Arial"/>
                <w:szCs w:val="19"/>
                <w:lang w:val="es-PE"/>
              </w:rPr>
            </w:pPr>
            <w:r w:rsidRPr="00774D49">
              <w:rPr>
                <w:rFonts w:cs="Arial"/>
                <w:b/>
                <w:bCs/>
                <w:szCs w:val="19"/>
                <w:lang w:val="es-PE"/>
              </w:rPr>
              <w:t>Cierre:</w:t>
            </w:r>
            <w:r w:rsidRPr="00774D49">
              <w:rPr>
                <w:rFonts w:cs="Arial"/>
                <w:szCs w:val="19"/>
                <w:lang w:val="es-PE"/>
              </w:rPr>
              <w:t xml:space="preserve"> Breve recuento de las actividades del día, orden de mochilas y verificación de pertenencias de manera autónoma. Despedida cariñosa e individualizada en la puerta del aula.</w:t>
            </w:r>
          </w:p>
        </w:tc>
        <w:tc>
          <w:tcPr>
            <w:tcW w:w="1623" w:type="dxa"/>
            <w:vAlign w:val="center"/>
          </w:tcPr>
          <w:p w14:paraId="4F620075" w14:textId="77777777" w:rsidR="00021EFA" w:rsidRPr="00774D49" w:rsidRDefault="00010C46" w:rsidP="00774D49">
            <w:pPr>
              <w:spacing w:after="0"/>
              <w:rPr>
                <w:rFonts w:cs="Arial"/>
                <w:szCs w:val="19"/>
                <w:lang w:val="es-PE"/>
              </w:rPr>
            </w:pPr>
            <w:r w:rsidRPr="00774D49">
              <w:rPr>
                <w:rFonts w:cs="Arial"/>
                <w:szCs w:val="19"/>
                <w:lang w:val="es-PE"/>
              </w:rPr>
              <w:lastRenderedPageBreak/>
              <w:t>Tinas pequeñas, agua, recipientes transparentes, cucharones, embudos, toallas.</w:t>
            </w:r>
          </w:p>
        </w:tc>
        <w:tc>
          <w:tcPr>
            <w:tcW w:w="1696" w:type="dxa"/>
            <w:vAlign w:val="center"/>
          </w:tcPr>
          <w:p w14:paraId="7DB86928" w14:textId="77777777" w:rsidR="00021EFA" w:rsidRPr="00774D49" w:rsidRDefault="00010C46" w:rsidP="00774D49">
            <w:pPr>
              <w:spacing w:after="0"/>
              <w:rPr>
                <w:rFonts w:cs="Arial"/>
                <w:szCs w:val="19"/>
                <w:lang w:val="es-PE"/>
              </w:rPr>
            </w:pPr>
            <w:r w:rsidRPr="00774D49">
              <w:rPr>
                <w:rFonts w:cs="Arial"/>
                <w:szCs w:val="19"/>
                <w:lang w:val="es-PE"/>
              </w:rPr>
              <w:t>Registrar coordinación, uso de nociones como mucho/poco, lleno/vacío, cuidado del espacio e higiene posterior.</w:t>
            </w:r>
          </w:p>
        </w:tc>
      </w:tr>
      <w:tr w:rsidR="00895ADD" w:rsidRPr="00774D49" w14:paraId="049BA4D3" w14:textId="77777777" w:rsidTr="007B7F4F">
        <w:trPr>
          <w:jc w:val="center"/>
        </w:trPr>
        <w:tc>
          <w:tcPr>
            <w:tcW w:w="2256" w:type="dxa"/>
            <w:gridSpan w:val="2"/>
            <w:vAlign w:val="center"/>
          </w:tcPr>
          <w:p w14:paraId="3CA76C65" w14:textId="7613DA83" w:rsidR="00895ADD" w:rsidRPr="00774D49" w:rsidRDefault="00895ADD" w:rsidP="00774D49">
            <w:pPr>
              <w:spacing w:after="0"/>
              <w:rPr>
                <w:rFonts w:cs="Arial"/>
                <w:szCs w:val="19"/>
                <w:lang w:val="es-PE"/>
              </w:rPr>
            </w:pPr>
            <w:r w:rsidRPr="00895ADD">
              <w:rPr>
                <w:rFonts w:cs="Arial"/>
                <w:b/>
                <w:bCs/>
                <w:szCs w:val="19"/>
                <w:lang w:val="es-PE"/>
              </w:rPr>
              <w:lastRenderedPageBreak/>
              <w:t>Áreas a observar:</w:t>
            </w:r>
            <w:r w:rsidRPr="00895ADD">
              <w:rPr>
                <w:rFonts w:cs="Arial"/>
                <w:szCs w:val="19"/>
                <w:lang w:val="es-PE"/>
              </w:rPr>
              <w:t xml:space="preserve"> </w:t>
            </w:r>
          </w:p>
        </w:tc>
        <w:tc>
          <w:tcPr>
            <w:tcW w:w="5187" w:type="dxa"/>
            <w:vAlign w:val="center"/>
          </w:tcPr>
          <w:p w14:paraId="7DF63215" w14:textId="72B2D9B5" w:rsidR="00895ADD" w:rsidRPr="00774D49" w:rsidRDefault="00895ADD" w:rsidP="00774D49">
            <w:pPr>
              <w:spacing w:after="0"/>
              <w:rPr>
                <w:rFonts w:cs="Arial"/>
                <w:b/>
                <w:bCs/>
                <w:szCs w:val="19"/>
                <w:lang w:val="es-PE"/>
              </w:rPr>
            </w:pPr>
            <w:r w:rsidRPr="00895ADD">
              <w:rPr>
                <w:rFonts w:cs="Arial"/>
                <w:szCs w:val="19"/>
                <w:lang w:val="es-PE"/>
              </w:rPr>
              <w:t>Matemática, Ciencia y Tecnología, Psicomotricidad, y Comunicación.</w:t>
            </w:r>
          </w:p>
        </w:tc>
        <w:tc>
          <w:tcPr>
            <w:tcW w:w="1623" w:type="dxa"/>
            <w:vAlign w:val="center"/>
          </w:tcPr>
          <w:p w14:paraId="68EC5633" w14:textId="77777777" w:rsidR="00895ADD" w:rsidRPr="00774D49" w:rsidRDefault="00895ADD" w:rsidP="00774D49">
            <w:pPr>
              <w:spacing w:after="0"/>
              <w:rPr>
                <w:rFonts w:cs="Arial"/>
                <w:szCs w:val="19"/>
                <w:lang w:val="es-PE"/>
              </w:rPr>
            </w:pPr>
          </w:p>
        </w:tc>
        <w:tc>
          <w:tcPr>
            <w:tcW w:w="1696" w:type="dxa"/>
            <w:vAlign w:val="center"/>
          </w:tcPr>
          <w:p w14:paraId="4DB3C50F" w14:textId="77777777" w:rsidR="00895ADD" w:rsidRPr="00774D49" w:rsidRDefault="00895ADD" w:rsidP="00774D49">
            <w:pPr>
              <w:spacing w:after="0"/>
              <w:rPr>
                <w:rFonts w:cs="Arial"/>
                <w:szCs w:val="19"/>
                <w:lang w:val="es-PE"/>
              </w:rPr>
            </w:pPr>
          </w:p>
        </w:tc>
      </w:tr>
      <w:tr w:rsidR="00021EFA" w:rsidRPr="00774D49" w14:paraId="4B67E146" w14:textId="77777777" w:rsidTr="00E94D2D">
        <w:trPr>
          <w:jc w:val="center"/>
        </w:trPr>
        <w:tc>
          <w:tcPr>
            <w:tcW w:w="719" w:type="dxa"/>
            <w:vAlign w:val="center"/>
          </w:tcPr>
          <w:p w14:paraId="76E46017" w14:textId="77777777" w:rsidR="00021EFA" w:rsidRPr="00774D49" w:rsidRDefault="00010C46" w:rsidP="00774D49">
            <w:pPr>
              <w:spacing w:after="0"/>
              <w:rPr>
                <w:rFonts w:cs="Arial"/>
                <w:szCs w:val="19"/>
                <w:lang w:val="es-PE"/>
              </w:rPr>
            </w:pPr>
            <w:r w:rsidRPr="00774D49">
              <w:rPr>
                <w:rFonts w:cs="Arial"/>
                <w:szCs w:val="19"/>
                <w:lang w:val="es-PE"/>
              </w:rPr>
              <w:t>Día 3</w:t>
            </w:r>
          </w:p>
        </w:tc>
        <w:tc>
          <w:tcPr>
            <w:tcW w:w="1537" w:type="dxa"/>
            <w:vAlign w:val="center"/>
          </w:tcPr>
          <w:p w14:paraId="324749A4" w14:textId="77777777" w:rsidR="00021EFA" w:rsidRPr="00774D49" w:rsidRDefault="00010C46" w:rsidP="00774D49">
            <w:pPr>
              <w:spacing w:after="0"/>
              <w:rPr>
                <w:rFonts w:cs="Arial"/>
                <w:szCs w:val="19"/>
                <w:lang w:val="es-PE"/>
              </w:rPr>
            </w:pPr>
            <w:r w:rsidRPr="00774D49">
              <w:rPr>
                <w:rFonts w:cs="Arial"/>
                <w:szCs w:val="19"/>
                <w:lang w:val="es-PE"/>
              </w:rPr>
              <w:t>Construimos refugios de exploradores</w:t>
            </w:r>
          </w:p>
        </w:tc>
        <w:tc>
          <w:tcPr>
            <w:tcW w:w="5187" w:type="dxa"/>
            <w:vAlign w:val="center"/>
          </w:tcPr>
          <w:p w14:paraId="0CE2B41F" w14:textId="6366695B" w:rsidR="00691C3F" w:rsidRPr="00774D49" w:rsidRDefault="00691C3F" w:rsidP="00774D49">
            <w:pPr>
              <w:spacing w:after="0"/>
              <w:rPr>
                <w:rFonts w:cs="Arial"/>
                <w:b/>
                <w:bCs/>
                <w:szCs w:val="19"/>
                <w:lang w:val="es-PE"/>
              </w:rPr>
            </w:pPr>
            <w:r w:rsidRPr="00774D49">
              <w:rPr>
                <w:rFonts w:cs="Arial"/>
                <w:b/>
                <w:bCs/>
                <w:szCs w:val="19"/>
                <w:lang w:val="es-PE"/>
              </w:rPr>
              <w:t>Rutinas de Entrada (08:00 - 08:30)</w:t>
            </w:r>
          </w:p>
          <w:p w14:paraId="7024CBDF" w14:textId="77777777" w:rsidR="00691C3F" w:rsidRPr="00774D49" w:rsidRDefault="00691C3F" w:rsidP="00774D49">
            <w:pPr>
              <w:numPr>
                <w:ilvl w:val="0"/>
                <w:numId w:val="21"/>
              </w:numPr>
              <w:spacing w:after="0"/>
              <w:rPr>
                <w:rFonts w:cs="Arial"/>
                <w:szCs w:val="19"/>
                <w:lang w:val="es-PE"/>
              </w:rPr>
            </w:pPr>
            <w:r w:rsidRPr="00774D49">
              <w:rPr>
                <w:rFonts w:cs="Arial"/>
                <w:b/>
                <w:bCs/>
                <w:szCs w:val="19"/>
                <w:lang w:val="es-PE"/>
              </w:rPr>
              <w:t>Recepción:</w:t>
            </w:r>
            <w:r w:rsidRPr="00774D49">
              <w:rPr>
                <w:rFonts w:cs="Arial"/>
                <w:szCs w:val="19"/>
                <w:lang w:val="es-PE"/>
              </w:rPr>
              <w:t xml:space="preserve"> Recibimiento personalizado y con afecto a la altura del niño. Se contiene emocionalmente a quienes lo necesiten y se les invita a dejar sus pertenencias en su canasto.</w:t>
            </w:r>
          </w:p>
          <w:p w14:paraId="4EAE1635" w14:textId="77777777" w:rsidR="00691C3F" w:rsidRPr="00774D49" w:rsidRDefault="00691C3F" w:rsidP="00774D49">
            <w:pPr>
              <w:numPr>
                <w:ilvl w:val="0"/>
                <w:numId w:val="21"/>
              </w:numPr>
              <w:spacing w:after="0"/>
              <w:rPr>
                <w:rFonts w:cs="Arial"/>
                <w:szCs w:val="19"/>
                <w:lang w:val="es-PE"/>
              </w:rPr>
            </w:pPr>
            <w:r w:rsidRPr="00774D49">
              <w:rPr>
                <w:rFonts w:cs="Arial"/>
                <w:b/>
                <w:bCs/>
                <w:szCs w:val="19"/>
                <w:lang w:val="es-PE"/>
              </w:rPr>
              <w:t>Cajas de Espera:</w:t>
            </w:r>
            <w:r w:rsidRPr="00774D49">
              <w:rPr>
                <w:rFonts w:cs="Arial"/>
                <w:szCs w:val="19"/>
                <w:lang w:val="es-PE"/>
              </w:rPr>
              <w:t xml:space="preserve"> Se colocan en las mesas telas pequeñas de colores y conos de cartón grueso para que manipulen y exploren de forma autónoma al ingresar.</w:t>
            </w:r>
          </w:p>
          <w:p w14:paraId="0796D430" w14:textId="77777777" w:rsidR="00691C3F" w:rsidRPr="00774D49" w:rsidRDefault="00691C3F" w:rsidP="00774D49">
            <w:pPr>
              <w:numPr>
                <w:ilvl w:val="0"/>
                <w:numId w:val="21"/>
              </w:numPr>
              <w:spacing w:after="0"/>
              <w:rPr>
                <w:rFonts w:cs="Arial"/>
                <w:szCs w:val="19"/>
                <w:lang w:val="es-PE"/>
              </w:rPr>
            </w:pPr>
            <w:r w:rsidRPr="00774D49">
              <w:rPr>
                <w:rFonts w:cs="Arial"/>
                <w:b/>
                <w:bCs/>
                <w:szCs w:val="19"/>
                <w:lang w:val="es-PE"/>
              </w:rPr>
              <w:t>Actividades Permanentes:</w:t>
            </w:r>
            <w:r w:rsidRPr="00774D49">
              <w:rPr>
                <w:rFonts w:cs="Arial"/>
                <w:szCs w:val="19"/>
                <w:lang w:val="es-PE"/>
              </w:rPr>
              <w:t xml:space="preserve"> Asamblea en semicírculo sobre los cojines. Cantamos para saludarnos, registramos la asistencia con las fotos del cartel y pasamos el calendario para anticipar el día.</w:t>
            </w:r>
          </w:p>
          <w:p w14:paraId="4056DC40" w14:textId="188327CD" w:rsidR="00691C3F" w:rsidRPr="00774D49" w:rsidRDefault="00691C3F" w:rsidP="00774D49">
            <w:pPr>
              <w:spacing w:after="0"/>
              <w:rPr>
                <w:rFonts w:cs="Arial"/>
                <w:b/>
                <w:bCs/>
                <w:szCs w:val="19"/>
                <w:lang w:val="es-PE"/>
              </w:rPr>
            </w:pPr>
            <w:r w:rsidRPr="00774D49">
              <w:rPr>
                <w:rFonts w:cs="Arial"/>
                <w:b/>
                <w:bCs/>
                <w:szCs w:val="19"/>
                <w:lang w:val="es-PE"/>
              </w:rPr>
              <w:t xml:space="preserve">Juego Libre en los </w:t>
            </w:r>
            <w:r w:rsidR="004B3827" w:rsidRPr="00774D49">
              <w:rPr>
                <w:rFonts w:cs="Arial"/>
                <w:b/>
                <w:bCs/>
                <w:szCs w:val="19"/>
                <w:lang w:val="es-PE"/>
              </w:rPr>
              <w:t>Espacios</w:t>
            </w:r>
            <w:r w:rsidRPr="00774D49">
              <w:rPr>
                <w:rFonts w:cs="Arial"/>
                <w:b/>
                <w:bCs/>
                <w:szCs w:val="19"/>
                <w:lang w:val="es-PE"/>
              </w:rPr>
              <w:t xml:space="preserve"> (08:30 - 09:30)</w:t>
            </w:r>
          </w:p>
          <w:p w14:paraId="5F4C6089" w14:textId="77777777" w:rsidR="00691C3F" w:rsidRPr="00774D49" w:rsidRDefault="00691C3F" w:rsidP="00774D49">
            <w:pPr>
              <w:numPr>
                <w:ilvl w:val="0"/>
                <w:numId w:val="22"/>
              </w:numPr>
              <w:spacing w:after="0"/>
              <w:rPr>
                <w:rFonts w:cs="Arial"/>
                <w:szCs w:val="19"/>
                <w:lang w:val="es-PE"/>
              </w:rPr>
            </w:pPr>
            <w:r w:rsidRPr="00774D49">
              <w:rPr>
                <w:rFonts w:cs="Arial"/>
                <w:b/>
                <w:bCs/>
                <w:szCs w:val="19"/>
                <w:lang w:val="es-PE"/>
              </w:rPr>
              <w:t>Planificación y Organización (Fase 1):</w:t>
            </w:r>
            <w:r w:rsidRPr="00774D49">
              <w:rPr>
                <w:rFonts w:cs="Arial"/>
                <w:szCs w:val="19"/>
                <w:lang w:val="es-PE"/>
              </w:rPr>
              <w:t xml:space="preserve"> En asamblea, los niños eligen el sector donde jugarán hoy (Construcción, Lectura, Arte, Exploración natural). La docente entrega los collares identificadores del sector seleccionado.</w:t>
            </w:r>
          </w:p>
          <w:p w14:paraId="10204715" w14:textId="77777777" w:rsidR="00691C3F" w:rsidRPr="00774D49" w:rsidRDefault="00691C3F" w:rsidP="00774D49">
            <w:pPr>
              <w:numPr>
                <w:ilvl w:val="0"/>
                <w:numId w:val="22"/>
              </w:numPr>
              <w:spacing w:after="0"/>
              <w:rPr>
                <w:rFonts w:cs="Arial"/>
                <w:szCs w:val="19"/>
                <w:lang w:val="es-PE"/>
              </w:rPr>
            </w:pPr>
            <w:r w:rsidRPr="00774D49">
              <w:rPr>
                <w:rFonts w:cs="Arial"/>
                <w:b/>
                <w:bCs/>
                <w:szCs w:val="19"/>
                <w:lang w:val="es-PE"/>
              </w:rPr>
              <w:t>Desarrollo o Ejecución (Fase 2):</w:t>
            </w:r>
            <w:r w:rsidRPr="00774D49">
              <w:rPr>
                <w:rFonts w:cs="Arial"/>
                <w:szCs w:val="19"/>
                <w:lang w:val="es-PE"/>
              </w:rPr>
              <w:t xml:space="preserve"> Los niños juegan libremente. La docente realiza un acompañamiento indirecto: observa las iniciativas de juego, cómo comparten los espacios y registra evidencias para el cuaderno de campo.</w:t>
            </w:r>
          </w:p>
          <w:p w14:paraId="4153A5E7" w14:textId="77777777" w:rsidR="00691C3F" w:rsidRPr="00774D49" w:rsidRDefault="00691C3F" w:rsidP="00774D49">
            <w:pPr>
              <w:numPr>
                <w:ilvl w:val="0"/>
                <w:numId w:val="22"/>
              </w:numPr>
              <w:spacing w:after="0"/>
              <w:rPr>
                <w:rFonts w:cs="Arial"/>
                <w:szCs w:val="19"/>
                <w:lang w:val="es-PE"/>
              </w:rPr>
            </w:pPr>
            <w:r w:rsidRPr="00774D49">
              <w:rPr>
                <w:rFonts w:cs="Arial"/>
                <w:b/>
                <w:bCs/>
                <w:szCs w:val="19"/>
                <w:lang w:val="es-PE"/>
              </w:rPr>
              <w:t>Orden, Socialización y Representación (Fase 3):</w:t>
            </w:r>
            <w:r w:rsidRPr="00774D49">
              <w:rPr>
                <w:rFonts w:cs="Arial"/>
                <w:szCs w:val="19"/>
                <w:lang w:val="es-PE"/>
              </w:rPr>
              <w:t xml:space="preserve"> Cantamos una melodía de orden. Los niños guardan los juguetes en los estantes correspondientes y conversan en grupo sobre lo que realizaron durante su juego.</w:t>
            </w:r>
          </w:p>
          <w:p w14:paraId="41106E60" w14:textId="6B04EF45" w:rsidR="00691C3F" w:rsidRPr="00774D49" w:rsidRDefault="00691C3F" w:rsidP="00774D49">
            <w:pPr>
              <w:spacing w:after="0"/>
              <w:rPr>
                <w:rFonts w:cs="Arial"/>
                <w:b/>
                <w:bCs/>
                <w:szCs w:val="19"/>
                <w:lang w:val="es-PE"/>
              </w:rPr>
            </w:pPr>
            <w:r w:rsidRPr="00774D49">
              <w:rPr>
                <w:rFonts w:cs="Arial"/>
                <w:b/>
                <w:bCs/>
                <w:szCs w:val="19"/>
                <w:lang w:val="es-PE"/>
              </w:rPr>
              <w:t>Actividad Significativa / Sesión Central (09:30 - 10:30)</w:t>
            </w:r>
          </w:p>
          <w:p w14:paraId="2E674273" w14:textId="33790ABA" w:rsidR="00691C3F" w:rsidRPr="00774D49" w:rsidRDefault="00691C3F" w:rsidP="00774D49">
            <w:pPr>
              <w:numPr>
                <w:ilvl w:val="0"/>
                <w:numId w:val="23"/>
              </w:numPr>
              <w:spacing w:after="0"/>
              <w:rPr>
                <w:rFonts w:cs="Arial"/>
                <w:szCs w:val="19"/>
                <w:lang w:val="es-PE"/>
              </w:rPr>
            </w:pPr>
            <w:r w:rsidRPr="00774D49">
              <w:rPr>
                <w:rFonts w:cs="Arial"/>
                <w:b/>
                <w:bCs/>
                <w:szCs w:val="19"/>
                <w:lang w:val="es-PE"/>
              </w:rPr>
              <w:t>Inicio (Antes):</w:t>
            </w:r>
            <w:r w:rsidRPr="00774D49">
              <w:rPr>
                <w:rFonts w:cs="Arial"/>
                <w:szCs w:val="19"/>
                <w:lang w:val="es-PE"/>
              </w:rPr>
              <w:t xml:space="preserve"> Nos reunimos en asamblea. La docente coloca una manta grande sobre dos sillas, simulando una pequeña </w:t>
            </w:r>
            <w:r w:rsidR="004B3827" w:rsidRPr="00774D49">
              <w:rPr>
                <w:rFonts w:cs="Arial"/>
                <w:szCs w:val="19"/>
                <w:lang w:val="es-PE"/>
              </w:rPr>
              <w:t>“</w:t>
            </w:r>
            <w:r w:rsidRPr="00774D49">
              <w:rPr>
                <w:rFonts w:cs="Arial"/>
                <w:szCs w:val="19"/>
                <w:lang w:val="es-PE"/>
              </w:rPr>
              <w:t>cueva</w:t>
            </w:r>
            <w:r w:rsidR="004B3827" w:rsidRPr="00774D49">
              <w:rPr>
                <w:rFonts w:cs="Arial"/>
                <w:szCs w:val="19"/>
                <w:lang w:val="es-PE"/>
              </w:rPr>
              <w:t>”</w:t>
            </w:r>
            <w:r w:rsidRPr="00774D49">
              <w:rPr>
                <w:rFonts w:cs="Arial"/>
                <w:szCs w:val="19"/>
                <w:lang w:val="es-PE"/>
              </w:rPr>
              <w:t xml:space="preserve">. Invita a los niños a mirar adentro usando expresiones espaciales: </w:t>
            </w:r>
            <w:r w:rsidRPr="00774D49">
              <w:rPr>
                <w:rFonts w:cs="Arial"/>
                <w:i/>
                <w:iCs/>
                <w:szCs w:val="19"/>
                <w:lang w:val="es-PE"/>
              </w:rPr>
              <w:t xml:space="preserve">¿Qué habrá dentro de esta casita? ¿Quién quiere </w:t>
            </w:r>
            <w:proofErr w:type="gramStart"/>
            <w:r w:rsidRPr="00774D49">
              <w:rPr>
                <w:rFonts w:cs="Arial"/>
                <w:i/>
                <w:iCs/>
                <w:szCs w:val="19"/>
                <w:lang w:val="es-PE"/>
              </w:rPr>
              <w:t>entrar?</w:t>
            </w:r>
            <w:r w:rsidRPr="00774D49">
              <w:rPr>
                <w:rFonts w:cs="Arial"/>
                <w:szCs w:val="19"/>
                <w:lang w:val="es-PE"/>
              </w:rPr>
              <w:t>.</w:t>
            </w:r>
            <w:proofErr w:type="gramEnd"/>
            <w:r w:rsidRPr="00774D49">
              <w:rPr>
                <w:rFonts w:cs="Arial"/>
                <w:szCs w:val="19"/>
                <w:lang w:val="es-PE"/>
              </w:rPr>
              <w:t xml:space="preserve"> Se plantea el reto de construir refugios propios en el aula.</w:t>
            </w:r>
          </w:p>
          <w:p w14:paraId="4A6D0CFE" w14:textId="065A6796" w:rsidR="00691C3F" w:rsidRPr="00774D49" w:rsidRDefault="00691C3F" w:rsidP="00774D49">
            <w:pPr>
              <w:numPr>
                <w:ilvl w:val="0"/>
                <w:numId w:val="23"/>
              </w:numPr>
              <w:spacing w:after="0"/>
              <w:rPr>
                <w:rFonts w:cs="Arial"/>
                <w:szCs w:val="19"/>
                <w:lang w:val="es-PE"/>
              </w:rPr>
            </w:pPr>
            <w:r w:rsidRPr="00774D49">
              <w:rPr>
                <w:rFonts w:cs="Arial"/>
                <w:b/>
                <w:bCs/>
                <w:szCs w:val="19"/>
                <w:lang w:val="es-PE"/>
              </w:rPr>
              <w:t>Desarrollo (Durante):</w:t>
            </w:r>
            <w:r w:rsidRPr="00774D49">
              <w:rPr>
                <w:rFonts w:cs="Arial"/>
                <w:szCs w:val="19"/>
                <w:lang w:val="es-PE"/>
              </w:rPr>
              <w:t xml:space="preserve"> Los niños se agrupan libremente en el espacio de construcción. Encuentran la provocación: cajas grandes de cartón, tubos gruesos, retazos de telas, bloques de madera y canastas. Juegan a armar cuevas, refugios de exploradores, puentes o caminos. Entran, salen, cubren las cajas y colaboran entre ellos. La docente interviene mediando y verbalizando las acciones: </w:t>
            </w:r>
            <w:r w:rsidR="00F26986" w:rsidRPr="00774D49">
              <w:rPr>
                <w:rFonts w:cs="Arial"/>
                <w:szCs w:val="19"/>
                <w:lang w:val="es-PE"/>
              </w:rPr>
              <w:t>“</w:t>
            </w:r>
            <w:r w:rsidRPr="00774D49">
              <w:rPr>
                <w:rFonts w:cs="Arial"/>
                <w:i/>
                <w:iCs/>
                <w:szCs w:val="19"/>
                <w:lang w:val="es-PE"/>
              </w:rPr>
              <w:t>Esa piedra está dentro de la caja</w:t>
            </w:r>
            <w:r w:rsidR="00F26986" w:rsidRPr="00774D49">
              <w:rPr>
                <w:rFonts w:cs="Arial"/>
                <w:i/>
                <w:iCs/>
                <w:szCs w:val="19"/>
                <w:lang w:val="es-PE"/>
              </w:rPr>
              <w:t xml:space="preserve">” </w:t>
            </w:r>
            <w:r w:rsidRPr="00774D49">
              <w:rPr>
                <w:rFonts w:cs="Arial"/>
                <w:szCs w:val="19"/>
                <w:lang w:val="es-PE"/>
              </w:rPr>
              <w:t xml:space="preserve">o </w:t>
            </w:r>
            <w:r w:rsidR="00F26986" w:rsidRPr="00774D49">
              <w:rPr>
                <w:rFonts w:cs="Arial"/>
                <w:szCs w:val="19"/>
                <w:lang w:val="es-PE"/>
              </w:rPr>
              <w:t>“</w:t>
            </w:r>
            <w:r w:rsidRPr="00774D49">
              <w:rPr>
                <w:rFonts w:cs="Arial"/>
                <w:i/>
                <w:iCs/>
                <w:szCs w:val="19"/>
                <w:lang w:val="es-PE"/>
              </w:rPr>
              <w:t>Tú y tu amigo están construyendo una casa muy grande</w:t>
            </w:r>
            <w:r w:rsidR="00F26986" w:rsidRPr="00774D49">
              <w:rPr>
                <w:rFonts w:cs="Arial"/>
                <w:i/>
                <w:iCs/>
                <w:szCs w:val="19"/>
                <w:lang w:val="es-PE"/>
              </w:rPr>
              <w:t>”</w:t>
            </w:r>
            <w:r w:rsidRPr="00774D49">
              <w:rPr>
                <w:rFonts w:cs="Arial"/>
                <w:szCs w:val="19"/>
                <w:lang w:val="es-PE"/>
              </w:rPr>
              <w:t>.</w:t>
            </w:r>
          </w:p>
          <w:p w14:paraId="54985699" w14:textId="6CC6901D" w:rsidR="00691C3F" w:rsidRPr="00774D49" w:rsidRDefault="00691C3F" w:rsidP="00774D49">
            <w:pPr>
              <w:numPr>
                <w:ilvl w:val="0"/>
                <w:numId w:val="23"/>
              </w:numPr>
              <w:spacing w:after="0"/>
              <w:rPr>
                <w:rFonts w:cs="Arial"/>
                <w:szCs w:val="19"/>
                <w:lang w:val="es-PE"/>
              </w:rPr>
            </w:pPr>
            <w:r w:rsidRPr="00774D49">
              <w:rPr>
                <w:rFonts w:cs="Arial"/>
                <w:b/>
                <w:bCs/>
                <w:szCs w:val="19"/>
                <w:lang w:val="es-PE"/>
              </w:rPr>
              <w:t>Cierre (Después):</w:t>
            </w:r>
            <w:r w:rsidRPr="00774D49">
              <w:rPr>
                <w:rFonts w:cs="Arial"/>
                <w:szCs w:val="19"/>
                <w:lang w:val="es-PE"/>
              </w:rPr>
              <w:t xml:space="preserve"> Nos sentamos en círculo alrededor de las construcciones. Dialogamos con preguntas sencillas: </w:t>
            </w:r>
            <w:r w:rsidRPr="00774D49">
              <w:rPr>
                <w:rFonts w:cs="Arial"/>
                <w:i/>
                <w:iCs/>
                <w:szCs w:val="19"/>
                <w:lang w:val="es-PE"/>
              </w:rPr>
              <w:t xml:space="preserve">¿Cómo armaron sus refugios? ¿Qué materiales usaron para el </w:t>
            </w:r>
            <w:proofErr w:type="gramStart"/>
            <w:r w:rsidRPr="00774D49">
              <w:rPr>
                <w:rFonts w:cs="Arial"/>
                <w:i/>
                <w:iCs/>
                <w:szCs w:val="19"/>
                <w:lang w:val="es-PE"/>
              </w:rPr>
              <w:t>techo?</w:t>
            </w:r>
            <w:r w:rsidRPr="00774D49">
              <w:rPr>
                <w:rFonts w:cs="Arial"/>
                <w:szCs w:val="19"/>
                <w:lang w:val="es-PE"/>
              </w:rPr>
              <w:t>.</w:t>
            </w:r>
            <w:proofErr w:type="gramEnd"/>
            <w:r w:rsidRPr="00774D49">
              <w:rPr>
                <w:rFonts w:cs="Arial"/>
                <w:szCs w:val="19"/>
                <w:lang w:val="es-PE"/>
              </w:rPr>
              <w:t xml:space="preserve"> Con ayuda de todos, desarmamos los refugios con cuidado y clasificamos las cajas y telas en su </w:t>
            </w:r>
            <w:r w:rsidRPr="00774D49">
              <w:rPr>
                <w:rFonts w:cs="Arial"/>
                <w:szCs w:val="19"/>
                <w:lang w:val="es-PE"/>
              </w:rPr>
              <w:lastRenderedPageBreak/>
              <w:t>lugar.</w:t>
            </w:r>
          </w:p>
          <w:p w14:paraId="733EFBC1" w14:textId="5795454B" w:rsidR="00691C3F" w:rsidRPr="00774D49" w:rsidRDefault="00691C3F" w:rsidP="00774D49">
            <w:pPr>
              <w:spacing w:after="0"/>
              <w:rPr>
                <w:rFonts w:cs="Arial"/>
                <w:b/>
                <w:bCs/>
                <w:szCs w:val="19"/>
                <w:lang w:val="es-PE"/>
              </w:rPr>
            </w:pPr>
            <w:r w:rsidRPr="00774D49">
              <w:rPr>
                <w:rFonts w:cs="Arial"/>
                <w:b/>
                <w:bCs/>
                <w:szCs w:val="19"/>
                <w:lang w:val="es-PE"/>
              </w:rPr>
              <w:t>Aseo, Refrigerio y Recreo (10:30 - 11:30)</w:t>
            </w:r>
          </w:p>
          <w:p w14:paraId="524D0297" w14:textId="54C364A7" w:rsidR="00691C3F" w:rsidRPr="00774D49" w:rsidRDefault="00691C3F" w:rsidP="00774D49">
            <w:pPr>
              <w:numPr>
                <w:ilvl w:val="0"/>
                <w:numId w:val="24"/>
              </w:numPr>
              <w:spacing w:after="0"/>
              <w:rPr>
                <w:rFonts w:cs="Arial"/>
                <w:szCs w:val="19"/>
                <w:lang w:val="es-PE"/>
              </w:rPr>
            </w:pPr>
            <w:r w:rsidRPr="00774D49">
              <w:rPr>
                <w:rFonts w:cs="Arial"/>
                <w:b/>
                <w:bCs/>
                <w:szCs w:val="19"/>
                <w:lang w:val="es-PE"/>
              </w:rPr>
              <w:t>Higiene:</w:t>
            </w:r>
            <w:r w:rsidRPr="00774D49">
              <w:rPr>
                <w:rFonts w:cs="Arial"/>
                <w:szCs w:val="19"/>
                <w:lang w:val="es-PE"/>
              </w:rPr>
              <w:t xml:space="preserve"> Traslado ordenado al lavadero. Lavado de manos modelado paso a paso con jabón líquido, reforzando la autonomía y el secado con papel toalla.</w:t>
            </w:r>
          </w:p>
          <w:p w14:paraId="6F692ED9" w14:textId="4F9CE401" w:rsidR="00691C3F" w:rsidRPr="00774D49" w:rsidRDefault="00691C3F" w:rsidP="00774D49">
            <w:pPr>
              <w:numPr>
                <w:ilvl w:val="0"/>
                <w:numId w:val="24"/>
              </w:numPr>
              <w:spacing w:after="0"/>
              <w:rPr>
                <w:rFonts w:cs="Arial"/>
                <w:szCs w:val="19"/>
                <w:lang w:val="es-PE"/>
              </w:rPr>
            </w:pPr>
            <w:r w:rsidRPr="00774D49">
              <w:rPr>
                <w:rFonts w:cs="Arial"/>
                <w:b/>
                <w:bCs/>
                <w:szCs w:val="19"/>
                <w:lang w:val="es-PE"/>
              </w:rPr>
              <w:t>Alimentación:</w:t>
            </w:r>
            <w:r w:rsidRPr="00774D49">
              <w:rPr>
                <w:rFonts w:cs="Arial"/>
                <w:szCs w:val="19"/>
                <w:lang w:val="es-PE"/>
              </w:rPr>
              <w:t xml:space="preserve"> Consumo de la lonchera. Se promueve un ambiente calmado, el uso de la servilleta y que cada niño intente abrir y cerrar sus envases de forma independiente.</w:t>
            </w:r>
          </w:p>
          <w:p w14:paraId="31372C6D" w14:textId="77777777" w:rsidR="00691C3F" w:rsidRPr="00774D49" w:rsidRDefault="00691C3F" w:rsidP="00774D49">
            <w:pPr>
              <w:numPr>
                <w:ilvl w:val="0"/>
                <w:numId w:val="24"/>
              </w:numPr>
              <w:spacing w:after="0"/>
              <w:rPr>
                <w:rFonts w:cs="Arial"/>
                <w:szCs w:val="19"/>
                <w:lang w:val="es-PE"/>
              </w:rPr>
            </w:pPr>
            <w:r w:rsidRPr="00774D49">
              <w:rPr>
                <w:rFonts w:cs="Arial"/>
                <w:b/>
                <w:bCs/>
                <w:szCs w:val="19"/>
                <w:lang w:val="es-PE"/>
              </w:rPr>
              <w:t>Recreo:</w:t>
            </w:r>
            <w:r w:rsidRPr="00774D49">
              <w:rPr>
                <w:rFonts w:cs="Arial"/>
                <w:szCs w:val="19"/>
                <w:lang w:val="es-PE"/>
              </w:rPr>
              <w:t xml:space="preserve"> Espacio de juego y esparcimiento al aire libre en el patio bajo la supervisión activa de la docente.</w:t>
            </w:r>
          </w:p>
          <w:p w14:paraId="2CB01329" w14:textId="382BEA35" w:rsidR="00691C3F" w:rsidRPr="00774D49" w:rsidRDefault="00691C3F" w:rsidP="00774D49">
            <w:pPr>
              <w:spacing w:after="0"/>
              <w:rPr>
                <w:rFonts w:cs="Arial"/>
                <w:b/>
                <w:bCs/>
                <w:szCs w:val="19"/>
                <w:lang w:val="es-PE"/>
              </w:rPr>
            </w:pPr>
            <w:r w:rsidRPr="00774D49">
              <w:rPr>
                <w:rFonts w:cs="Arial"/>
                <w:b/>
                <w:bCs/>
                <w:szCs w:val="19"/>
                <w:lang w:val="es-PE"/>
              </w:rPr>
              <w:t>Actividad Psicomotriz Corta (11:30 - 12:00)</w:t>
            </w:r>
          </w:p>
          <w:p w14:paraId="79DBE342" w14:textId="63225927" w:rsidR="00691C3F" w:rsidRPr="00774D49" w:rsidRDefault="00691C3F" w:rsidP="00774D49">
            <w:pPr>
              <w:numPr>
                <w:ilvl w:val="0"/>
                <w:numId w:val="25"/>
              </w:numPr>
              <w:spacing w:after="0"/>
              <w:rPr>
                <w:rFonts w:cs="Arial"/>
                <w:szCs w:val="19"/>
                <w:lang w:val="es-PE"/>
              </w:rPr>
            </w:pPr>
            <w:r w:rsidRPr="00774D49">
              <w:rPr>
                <w:rFonts w:cs="Arial"/>
                <w:b/>
                <w:bCs/>
                <w:szCs w:val="19"/>
                <w:lang w:val="es-PE"/>
              </w:rPr>
              <w:t>Desarrollo Motriz:</w:t>
            </w:r>
            <w:r w:rsidRPr="00774D49">
              <w:rPr>
                <w:rFonts w:cs="Arial"/>
                <w:szCs w:val="19"/>
                <w:lang w:val="es-PE"/>
              </w:rPr>
              <w:t xml:space="preserve"> En el espacio de psicomotricidad se colocan túneles de tela y cajas abiertas por ambos extremos. Los niños juegan a gatear, entrar y salir de los túneles superando pequeños obstáculos seguros, controlando y coordinando su cuerpo en el espacio.</w:t>
            </w:r>
          </w:p>
          <w:p w14:paraId="03AA533E" w14:textId="41B9D3AC" w:rsidR="00691C3F" w:rsidRPr="00774D49" w:rsidRDefault="00691C3F" w:rsidP="00774D49">
            <w:pPr>
              <w:spacing w:after="0"/>
              <w:rPr>
                <w:rFonts w:cs="Arial"/>
                <w:b/>
                <w:bCs/>
                <w:szCs w:val="19"/>
                <w:lang w:val="es-PE"/>
              </w:rPr>
            </w:pPr>
            <w:r w:rsidRPr="00774D49">
              <w:rPr>
                <w:rFonts w:cs="Arial"/>
                <w:b/>
                <w:bCs/>
                <w:szCs w:val="19"/>
                <w:lang w:val="es-PE"/>
              </w:rPr>
              <w:t>El Taller (12:00 - 12:30)</w:t>
            </w:r>
          </w:p>
          <w:p w14:paraId="3848132B" w14:textId="3B0BD7BF" w:rsidR="00691C3F" w:rsidRPr="00774D49" w:rsidRDefault="00691C3F" w:rsidP="00774D49">
            <w:pPr>
              <w:numPr>
                <w:ilvl w:val="0"/>
                <w:numId w:val="26"/>
              </w:numPr>
              <w:spacing w:after="0"/>
              <w:rPr>
                <w:rFonts w:cs="Arial"/>
                <w:szCs w:val="19"/>
                <w:lang w:val="es-PE"/>
              </w:rPr>
            </w:pPr>
            <w:r w:rsidRPr="00774D49">
              <w:rPr>
                <w:rFonts w:cs="Arial"/>
                <w:b/>
                <w:bCs/>
                <w:szCs w:val="19"/>
                <w:lang w:val="es-PE"/>
              </w:rPr>
              <w:t>Taller de Dramatización:</w:t>
            </w:r>
            <w:r w:rsidRPr="00774D49">
              <w:rPr>
                <w:rFonts w:cs="Arial"/>
                <w:szCs w:val="19"/>
                <w:lang w:val="es-PE"/>
              </w:rPr>
              <w:t xml:space="preserve"> Aprovechando la temática de exploradores, la docente ofrece algunos títeres sencillos o sombreros de cartón en el aula. Los niños juegan libremente a imitar sonidos de animales de la naturaleza o a esconderse y buscar a sus compañeros en pequeños juegos de roles espontáneos.</w:t>
            </w:r>
          </w:p>
          <w:p w14:paraId="40142174" w14:textId="79C4603D" w:rsidR="00691C3F" w:rsidRPr="00774D49" w:rsidRDefault="00691C3F" w:rsidP="00774D49">
            <w:pPr>
              <w:spacing w:after="0"/>
              <w:rPr>
                <w:rFonts w:cs="Arial"/>
                <w:b/>
                <w:bCs/>
                <w:szCs w:val="19"/>
                <w:lang w:val="es-PE"/>
              </w:rPr>
            </w:pPr>
            <w:r w:rsidRPr="00774D49">
              <w:rPr>
                <w:rFonts w:cs="Arial"/>
                <w:b/>
                <w:bCs/>
                <w:szCs w:val="19"/>
                <w:lang w:val="es-PE"/>
              </w:rPr>
              <w:t>Rutinas de Salida (12:30)</w:t>
            </w:r>
          </w:p>
          <w:p w14:paraId="5F5427E5" w14:textId="5EA5EC77" w:rsidR="00691C3F" w:rsidRPr="00774D49" w:rsidRDefault="00691C3F" w:rsidP="00774D49">
            <w:pPr>
              <w:numPr>
                <w:ilvl w:val="0"/>
                <w:numId w:val="27"/>
              </w:numPr>
              <w:spacing w:after="0"/>
              <w:rPr>
                <w:rFonts w:cs="Arial"/>
                <w:szCs w:val="19"/>
                <w:lang w:val="es-PE"/>
              </w:rPr>
            </w:pPr>
            <w:r w:rsidRPr="00774D49">
              <w:rPr>
                <w:rFonts w:cs="Arial"/>
                <w:b/>
                <w:bCs/>
                <w:szCs w:val="19"/>
                <w:lang w:val="es-PE"/>
              </w:rPr>
              <w:t>Cierre:</w:t>
            </w:r>
            <w:r w:rsidRPr="00774D49">
              <w:rPr>
                <w:rFonts w:cs="Arial"/>
                <w:szCs w:val="19"/>
                <w:lang w:val="es-PE"/>
              </w:rPr>
              <w:t xml:space="preserve"> Recuento de lo vivido en el día, organización autónoma de mochilas y abrigos. Despedida cariñosa y personalizada para un retorno seguro a casa.</w:t>
            </w:r>
          </w:p>
          <w:p w14:paraId="73E0F902" w14:textId="707A864C" w:rsidR="00021EFA" w:rsidRPr="00774D49" w:rsidRDefault="00021EFA" w:rsidP="00774D49">
            <w:pPr>
              <w:spacing w:after="0"/>
              <w:rPr>
                <w:rFonts w:cs="Arial"/>
                <w:szCs w:val="19"/>
                <w:lang w:val="es-PE"/>
              </w:rPr>
            </w:pPr>
          </w:p>
        </w:tc>
        <w:tc>
          <w:tcPr>
            <w:tcW w:w="1623" w:type="dxa"/>
            <w:vAlign w:val="center"/>
          </w:tcPr>
          <w:p w14:paraId="18BDB92A" w14:textId="77777777" w:rsidR="00021EFA" w:rsidRPr="00774D49" w:rsidRDefault="00010C46" w:rsidP="00774D49">
            <w:pPr>
              <w:spacing w:after="0"/>
              <w:rPr>
                <w:rFonts w:cs="Arial"/>
                <w:szCs w:val="19"/>
                <w:lang w:val="es-PE"/>
              </w:rPr>
            </w:pPr>
            <w:r w:rsidRPr="00774D49">
              <w:rPr>
                <w:rFonts w:cs="Arial"/>
                <w:szCs w:val="19"/>
                <w:lang w:val="es-PE"/>
              </w:rPr>
              <w:lastRenderedPageBreak/>
              <w:t>Cajas, telas, tubos, aros, bloques, canastas.</w:t>
            </w:r>
          </w:p>
        </w:tc>
        <w:tc>
          <w:tcPr>
            <w:tcW w:w="1696" w:type="dxa"/>
            <w:vAlign w:val="center"/>
          </w:tcPr>
          <w:p w14:paraId="4175486A" w14:textId="77777777" w:rsidR="00021EFA" w:rsidRPr="00774D49" w:rsidRDefault="00010C46" w:rsidP="00774D49">
            <w:pPr>
              <w:spacing w:after="0"/>
              <w:rPr>
                <w:rFonts w:cs="Arial"/>
                <w:szCs w:val="19"/>
                <w:lang w:val="es-PE"/>
              </w:rPr>
            </w:pPr>
            <w:r w:rsidRPr="00774D49">
              <w:rPr>
                <w:rFonts w:cs="Arial"/>
                <w:szCs w:val="19"/>
                <w:lang w:val="es-PE"/>
              </w:rPr>
              <w:t>Observar movimiento, ubicación espacial, juego simbólico, acuerdos, conflictos y formas de resolverlos.</w:t>
            </w:r>
          </w:p>
        </w:tc>
      </w:tr>
      <w:tr w:rsidR="00895ADD" w:rsidRPr="00774D49" w14:paraId="0A913509" w14:textId="77777777" w:rsidTr="00DF33A6">
        <w:trPr>
          <w:jc w:val="center"/>
        </w:trPr>
        <w:tc>
          <w:tcPr>
            <w:tcW w:w="2256" w:type="dxa"/>
            <w:gridSpan w:val="2"/>
            <w:vAlign w:val="center"/>
          </w:tcPr>
          <w:p w14:paraId="25E2716F" w14:textId="26D85C14" w:rsidR="00895ADD" w:rsidRPr="00774D49" w:rsidRDefault="00895ADD" w:rsidP="00774D49">
            <w:pPr>
              <w:spacing w:after="0"/>
              <w:rPr>
                <w:rFonts w:cs="Arial"/>
                <w:szCs w:val="19"/>
                <w:lang w:val="es-PE"/>
              </w:rPr>
            </w:pPr>
            <w:r w:rsidRPr="00895ADD">
              <w:rPr>
                <w:rFonts w:cs="Arial"/>
                <w:b/>
                <w:bCs/>
                <w:szCs w:val="19"/>
                <w:lang w:val="es-PE"/>
              </w:rPr>
              <w:lastRenderedPageBreak/>
              <w:t>Áreas a observar:</w:t>
            </w:r>
          </w:p>
        </w:tc>
        <w:tc>
          <w:tcPr>
            <w:tcW w:w="5187" w:type="dxa"/>
            <w:vAlign w:val="center"/>
          </w:tcPr>
          <w:p w14:paraId="7B266FFC" w14:textId="1883FC77" w:rsidR="00895ADD" w:rsidRPr="00774D49" w:rsidRDefault="00774D49" w:rsidP="00774D49">
            <w:pPr>
              <w:spacing w:after="0"/>
              <w:rPr>
                <w:rFonts w:cs="Arial"/>
                <w:szCs w:val="19"/>
                <w:lang w:val="es-PE"/>
              </w:rPr>
            </w:pPr>
            <w:r w:rsidRPr="00774D49">
              <w:rPr>
                <w:rFonts w:cs="Arial"/>
                <w:szCs w:val="19"/>
                <w:lang w:val="es-PE"/>
              </w:rPr>
              <w:t>Matemática, Personal Social, Psicomotricidad, y Comunicación.</w:t>
            </w:r>
          </w:p>
        </w:tc>
        <w:tc>
          <w:tcPr>
            <w:tcW w:w="1623" w:type="dxa"/>
            <w:vAlign w:val="center"/>
          </w:tcPr>
          <w:p w14:paraId="0CA30D63" w14:textId="77777777" w:rsidR="00895ADD" w:rsidRPr="00774D49" w:rsidRDefault="00895ADD" w:rsidP="00774D49">
            <w:pPr>
              <w:spacing w:after="0"/>
              <w:rPr>
                <w:rFonts w:cs="Arial"/>
                <w:szCs w:val="19"/>
                <w:lang w:val="es-PE"/>
              </w:rPr>
            </w:pPr>
          </w:p>
        </w:tc>
        <w:tc>
          <w:tcPr>
            <w:tcW w:w="1696" w:type="dxa"/>
            <w:vAlign w:val="center"/>
          </w:tcPr>
          <w:p w14:paraId="664545BC" w14:textId="77777777" w:rsidR="00895ADD" w:rsidRPr="00774D49" w:rsidRDefault="00895ADD" w:rsidP="00774D49">
            <w:pPr>
              <w:spacing w:after="0"/>
              <w:rPr>
                <w:rFonts w:cs="Arial"/>
                <w:szCs w:val="19"/>
                <w:lang w:val="es-PE"/>
              </w:rPr>
            </w:pPr>
          </w:p>
        </w:tc>
      </w:tr>
      <w:tr w:rsidR="00021EFA" w:rsidRPr="00774D49" w14:paraId="4A6ADEAE" w14:textId="77777777" w:rsidTr="00E94D2D">
        <w:trPr>
          <w:jc w:val="center"/>
        </w:trPr>
        <w:tc>
          <w:tcPr>
            <w:tcW w:w="719" w:type="dxa"/>
            <w:vAlign w:val="center"/>
          </w:tcPr>
          <w:p w14:paraId="6B3A214E" w14:textId="77777777" w:rsidR="00021EFA" w:rsidRPr="00774D49" w:rsidRDefault="00010C46" w:rsidP="00774D49">
            <w:pPr>
              <w:spacing w:after="0"/>
              <w:rPr>
                <w:rFonts w:cs="Arial"/>
                <w:szCs w:val="19"/>
                <w:lang w:val="es-PE"/>
              </w:rPr>
            </w:pPr>
            <w:r w:rsidRPr="00774D49">
              <w:rPr>
                <w:rFonts w:cs="Arial"/>
                <w:szCs w:val="19"/>
                <w:lang w:val="es-PE"/>
              </w:rPr>
              <w:t>Día 4</w:t>
            </w:r>
          </w:p>
        </w:tc>
        <w:tc>
          <w:tcPr>
            <w:tcW w:w="1537" w:type="dxa"/>
            <w:vAlign w:val="center"/>
          </w:tcPr>
          <w:p w14:paraId="301C963D" w14:textId="77777777" w:rsidR="00021EFA" w:rsidRPr="00774D49" w:rsidRDefault="00010C46" w:rsidP="00774D49">
            <w:pPr>
              <w:spacing w:after="0"/>
              <w:rPr>
                <w:rFonts w:cs="Arial"/>
                <w:szCs w:val="19"/>
                <w:lang w:val="es-PE"/>
              </w:rPr>
            </w:pPr>
            <w:r w:rsidRPr="00774D49">
              <w:rPr>
                <w:rFonts w:cs="Arial"/>
                <w:szCs w:val="19"/>
                <w:lang w:val="es-PE"/>
              </w:rPr>
              <w:t>Pintamos con huellitas de la naturaleza</w:t>
            </w:r>
          </w:p>
        </w:tc>
        <w:tc>
          <w:tcPr>
            <w:tcW w:w="5187" w:type="dxa"/>
            <w:vAlign w:val="center"/>
          </w:tcPr>
          <w:p w14:paraId="72750E77" w14:textId="704EF3F3" w:rsidR="00691C3F" w:rsidRPr="00774D49" w:rsidRDefault="00691C3F" w:rsidP="00774D49">
            <w:pPr>
              <w:spacing w:after="0"/>
              <w:rPr>
                <w:rFonts w:cs="Arial"/>
                <w:b/>
                <w:bCs/>
                <w:szCs w:val="19"/>
                <w:lang w:val="es-PE"/>
              </w:rPr>
            </w:pPr>
            <w:r w:rsidRPr="00774D49">
              <w:rPr>
                <w:rFonts w:cs="Arial"/>
                <w:b/>
                <w:bCs/>
                <w:szCs w:val="19"/>
                <w:lang w:val="es-PE"/>
              </w:rPr>
              <w:t>Rutinas de Entrada (08:00 - 08:30)</w:t>
            </w:r>
          </w:p>
          <w:p w14:paraId="0FB8E25F" w14:textId="77777777" w:rsidR="00691C3F" w:rsidRPr="00774D49" w:rsidRDefault="00691C3F" w:rsidP="00774D49">
            <w:pPr>
              <w:numPr>
                <w:ilvl w:val="0"/>
                <w:numId w:val="28"/>
              </w:numPr>
              <w:spacing w:after="0"/>
              <w:rPr>
                <w:rFonts w:cs="Arial"/>
                <w:szCs w:val="19"/>
                <w:lang w:val="es-PE"/>
              </w:rPr>
            </w:pPr>
            <w:r w:rsidRPr="00774D49">
              <w:rPr>
                <w:rFonts w:cs="Arial"/>
                <w:b/>
                <w:bCs/>
                <w:szCs w:val="19"/>
                <w:lang w:val="es-PE"/>
              </w:rPr>
              <w:t>Recepción:</w:t>
            </w:r>
            <w:r w:rsidRPr="00774D49">
              <w:rPr>
                <w:rFonts w:cs="Arial"/>
                <w:szCs w:val="19"/>
                <w:lang w:val="es-PE"/>
              </w:rPr>
              <w:t xml:space="preserve"> Bienvenida cálida a la altura del niño. Se contiene con afecto a quienes lo necesiten y se valida su estado emocional al ingresar.</w:t>
            </w:r>
          </w:p>
          <w:p w14:paraId="42D102CB" w14:textId="77777777" w:rsidR="00691C3F" w:rsidRPr="00774D49" w:rsidRDefault="00691C3F" w:rsidP="00774D49">
            <w:pPr>
              <w:numPr>
                <w:ilvl w:val="0"/>
                <w:numId w:val="28"/>
              </w:numPr>
              <w:spacing w:after="0"/>
              <w:rPr>
                <w:rFonts w:cs="Arial"/>
                <w:szCs w:val="19"/>
                <w:lang w:val="es-PE"/>
              </w:rPr>
            </w:pPr>
            <w:r w:rsidRPr="00774D49">
              <w:rPr>
                <w:rFonts w:cs="Arial"/>
                <w:b/>
                <w:bCs/>
                <w:szCs w:val="19"/>
                <w:lang w:val="es-PE"/>
              </w:rPr>
              <w:t>Cajas de Espera:</w:t>
            </w:r>
            <w:r w:rsidRPr="00774D49">
              <w:rPr>
                <w:rFonts w:cs="Arial"/>
                <w:szCs w:val="19"/>
                <w:lang w:val="es-PE"/>
              </w:rPr>
              <w:t xml:space="preserve"> Se disponen canastas en las mesas con hojas secas de diversos tamaños y formas para que los niños las manipulen, las toquen y sientan su textura libremente de manera tranquila.</w:t>
            </w:r>
          </w:p>
          <w:p w14:paraId="67650CFF" w14:textId="77777777" w:rsidR="00691C3F" w:rsidRPr="00774D49" w:rsidRDefault="00691C3F" w:rsidP="00774D49">
            <w:pPr>
              <w:numPr>
                <w:ilvl w:val="0"/>
                <w:numId w:val="28"/>
              </w:numPr>
              <w:spacing w:after="0"/>
              <w:rPr>
                <w:rFonts w:cs="Arial"/>
                <w:szCs w:val="19"/>
                <w:lang w:val="es-PE"/>
              </w:rPr>
            </w:pPr>
            <w:r w:rsidRPr="00774D49">
              <w:rPr>
                <w:rFonts w:cs="Arial"/>
                <w:b/>
                <w:bCs/>
                <w:szCs w:val="19"/>
                <w:lang w:val="es-PE"/>
              </w:rPr>
              <w:t>Actividades Permanentes:</w:t>
            </w:r>
            <w:r w:rsidRPr="00774D49">
              <w:rPr>
                <w:rFonts w:cs="Arial"/>
                <w:szCs w:val="19"/>
                <w:lang w:val="es-PE"/>
              </w:rPr>
              <w:t xml:space="preserve"> Asamblea breve en semicírculo sobre los cojines. Cantamos la canción del saludo, registramos la asistencia en el cartel visual y revisamos el calendario de forma lúdica.</w:t>
            </w:r>
          </w:p>
          <w:p w14:paraId="2AB07804" w14:textId="5FBC7659" w:rsidR="00691C3F" w:rsidRPr="00774D49" w:rsidRDefault="00691C3F" w:rsidP="00774D49">
            <w:pPr>
              <w:spacing w:after="0"/>
              <w:rPr>
                <w:rFonts w:cs="Arial"/>
                <w:b/>
                <w:bCs/>
                <w:szCs w:val="19"/>
                <w:lang w:val="es-PE"/>
              </w:rPr>
            </w:pPr>
            <w:r w:rsidRPr="00774D49">
              <w:rPr>
                <w:rFonts w:cs="Arial"/>
                <w:b/>
                <w:bCs/>
                <w:szCs w:val="19"/>
                <w:lang w:val="es-PE"/>
              </w:rPr>
              <w:t>Juego Libre en los</w:t>
            </w:r>
            <w:r w:rsidR="00E73B05" w:rsidRPr="00774D49">
              <w:rPr>
                <w:rFonts w:cs="Arial"/>
                <w:b/>
                <w:bCs/>
                <w:szCs w:val="19"/>
                <w:lang w:val="es-PE"/>
              </w:rPr>
              <w:t xml:space="preserve"> Espacios</w:t>
            </w:r>
            <w:r w:rsidRPr="00774D49">
              <w:rPr>
                <w:rFonts w:cs="Arial"/>
                <w:b/>
                <w:bCs/>
                <w:szCs w:val="19"/>
                <w:lang w:val="es-PE"/>
              </w:rPr>
              <w:t xml:space="preserve"> (08:30 - 09:30)</w:t>
            </w:r>
          </w:p>
          <w:p w14:paraId="4EF90213" w14:textId="77777777" w:rsidR="00691C3F" w:rsidRPr="00774D49" w:rsidRDefault="00691C3F" w:rsidP="00774D49">
            <w:pPr>
              <w:numPr>
                <w:ilvl w:val="0"/>
                <w:numId w:val="29"/>
              </w:numPr>
              <w:spacing w:after="0"/>
              <w:rPr>
                <w:rFonts w:cs="Arial"/>
                <w:szCs w:val="19"/>
                <w:lang w:val="es-PE"/>
              </w:rPr>
            </w:pPr>
            <w:r w:rsidRPr="00774D49">
              <w:rPr>
                <w:rFonts w:cs="Arial"/>
                <w:b/>
                <w:bCs/>
                <w:szCs w:val="19"/>
                <w:lang w:val="es-PE"/>
              </w:rPr>
              <w:t>Planificación y Organización (Fase 1):</w:t>
            </w:r>
            <w:r w:rsidRPr="00774D49">
              <w:rPr>
                <w:rFonts w:cs="Arial"/>
                <w:szCs w:val="19"/>
                <w:lang w:val="es-PE"/>
              </w:rPr>
              <w:t xml:space="preserve"> Sentados en círculo, los niños eligen el sector de su preferencia. La docente entrega los collares o carnés identificadores para organizar los grupos de juego.</w:t>
            </w:r>
          </w:p>
          <w:p w14:paraId="41D17DD3" w14:textId="77777777" w:rsidR="00691C3F" w:rsidRPr="00774D49" w:rsidRDefault="00691C3F" w:rsidP="00774D49">
            <w:pPr>
              <w:numPr>
                <w:ilvl w:val="0"/>
                <w:numId w:val="29"/>
              </w:numPr>
              <w:spacing w:after="0"/>
              <w:rPr>
                <w:rFonts w:cs="Arial"/>
                <w:szCs w:val="19"/>
                <w:lang w:val="es-PE"/>
              </w:rPr>
            </w:pPr>
            <w:r w:rsidRPr="00774D49">
              <w:rPr>
                <w:rFonts w:cs="Arial"/>
                <w:b/>
                <w:bCs/>
                <w:szCs w:val="19"/>
                <w:lang w:val="es-PE"/>
              </w:rPr>
              <w:t>Desarrollo o Ejecución (Fase 2):</w:t>
            </w:r>
            <w:r w:rsidRPr="00774D49">
              <w:rPr>
                <w:rFonts w:cs="Arial"/>
                <w:szCs w:val="19"/>
                <w:lang w:val="es-PE"/>
              </w:rPr>
              <w:t xml:space="preserve"> Los niños juegan de forma autónoma en los sectores elegidos (Arte, Construcción, Lectura, Exploración natural). La docente realiza un acompañamiento indirecto observando y registrando evidencias para el cuaderno de campo.</w:t>
            </w:r>
          </w:p>
          <w:p w14:paraId="1CD4E936" w14:textId="77777777" w:rsidR="00691C3F" w:rsidRPr="00774D49" w:rsidRDefault="00691C3F" w:rsidP="00774D49">
            <w:pPr>
              <w:numPr>
                <w:ilvl w:val="0"/>
                <w:numId w:val="29"/>
              </w:numPr>
              <w:spacing w:after="0"/>
              <w:rPr>
                <w:rFonts w:cs="Arial"/>
                <w:szCs w:val="19"/>
                <w:lang w:val="es-PE"/>
              </w:rPr>
            </w:pPr>
            <w:r w:rsidRPr="00774D49">
              <w:rPr>
                <w:rFonts w:cs="Arial"/>
                <w:b/>
                <w:bCs/>
                <w:szCs w:val="19"/>
                <w:lang w:val="es-PE"/>
              </w:rPr>
              <w:t>Orden, Socialización y Representación (Fase 3):</w:t>
            </w:r>
            <w:r w:rsidRPr="00774D49">
              <w:rPr>
                <w:rFonts w:cs="Arial"/>
                <w:szCs w:val="19"/>
                <w:lang w:val="es-PE"/>
              </w:rPr>
              <w:t xml:space="preserve"> Cantamos la canción de orden. Los niños guardan los materiales en sus lugares correspondientes y comparten brevemente en </w:t>
            </w:r>
            <w:r w:rsidRPr="00774D49">
              <w:rPr>
                <w:rFonts w:cs="Arial"/>
                <w:szCs w:val="19"/>
                <w:lang w:val="es-PE"/>
              </w:rPr>
              <w:lastRenderedPageBreak/>
              <w:t>asamblea a qué jugaron y con quiénes.</w:t>
            </w:r>
          </w:p>
          <w:p w14:paraId="2F038320" w14:textId="70DDBE4D" w:rsidR="00691C3F" w:rsidRPr="00774D49" w:rsidRDefault="00691C3F" w:rsidP="00774D49">
            <w:pPr>
              <w:spacing w:after="0"/>
              <w:rPr>
                <w:rFonts w:cs="Arial"/>
                <w:b/>
                <w:bCs/>
                <w:szCs w:val="19"/>
                <w:lang w:val="es-PE"/>
              </w:rPr>
            </w:pPr>
            <w:r w:rsidRPr="00774D49">
              <w:rPr>
                <w:rFonts w:cs="Arial"/>
                <w:b/>
                <w:bCs/>
                <w:szCs w:val="19"/>
                <w:lang w:val="es-PE"/>
              </w:rPr>
              <w:t>Actividad Significativa / Sesión Central (09:30 - 10:30)</w:t>
            </w:r>
          </w:p>
          <w:p w14:paraId="34CA398B" w14:textId="05DA94C0" w:rsidR="00691C3F" w:rsidRPr="00774D49" w:rsidRDefault="00691C3F" w:rsidP="00774D49">
            <w:pPr>
              <w:numPr>
                <w:ilvl w:val="0"/>
                <w:numId w:val="30"/>
              </w:numPr>
              <w:spacing w:after="0"/>
              <w:rPr>
                <w:rFonts w:cs="Arial"/>
                <w:szCs w:val="19"/>
                <w:lang w:val="es-PE"/>
              </w:rPr>
            </w:pPr>
            <w:r w:rsidRPr="00774D49">
              <w:rPr>
                <w:rFonts w:cs="Arial"/>
                <w:b/>
                <w:bCs/>
                <w:szCs w:val="19"/>
                <w:lang w:val="es-PE"/>
              </w:rPr>
              <w:t>Inicio (Antes):</w:t>
            </w:r>
            <w:r w:rsidRPr="00774D49">
              <w:rPr>
                <w:rFonts w:cs="Arial"/>
                <w:szCs w:val="19"/>
                <w:lang w:val="es-PE"/>
              </w:rPr>
              <w:t xml:space="preserve"> En asamblea, la docente muestra una canasta llena de hojas secas, ramas pequeñas sin punta y esponjas. Pasa una hoja por la mejilla de los niños para que sientan la textura. Pregunta: </w:t>
            </w:r>
            <w:r w:rsidRPr="00774D49">
              <w:rPr>
                <w:rFonts w:cs="Arial"/>
                <w:i/>
                <w:iCs/>
                <w:szCs w:val="19"/>
                <w:lang w:val="es-PE"/>
              </w:rPr>
              <w:t>¿Qué pasaría si pintamos con estas hojitas? ¿De qué color les gustaría pintar?</w:t>
            </w:r>
          </w:p>
          <w:p w14:paraId="4D0E57F2" w14:textId="4758568D" w:rsidR="00691C3F" w:rsidRPr="00774D49" w:rsidRDefault="00691C3F" w:rsidP="00774D49">
            <w:pPr>
              <w:numPr>
                <w:ilvl w:val="0"/>
                <w:numId w:val="30"/>
              </w:numPr>
              <w:spacing w:after="0"/>
              <w:rPr>
                <w:rFonts w:cs="Arial"/>
                <w:szCs w:val="19"/>
                <w:lang w:val="es-PE"/>
              </w:rPr>
            </w:pPr>
            <w:r w:rsidRPr="00774D49">
              <w:rPr>
                <w:rFonts w:cs="Arial"/>
                <w:b/>
                <w:bCs/>
                <w:szCs w:val="19"/>
                <w:lang w:val="es-PE"/>
              </w:rPr>
              <w:t>Desarrollo (Durante):</w:t>
            </w:r>
            <w:r w:rsidRPr="00774D49">
              <w:rPr>
                <w:rFonts w:cs="Arial"/>
                <w:szCs w:val="19"/>
                <w:lang w:val="es-PE"/>
              </w:rPr>
              <w:t xml:space="preserve"> Los niños se dirigen al espacio de arte natural, previamente acondicionado con manteles e individuales. Encuentran papel </w:t>
            </w:r>
            <w:proofErr w:type="spellStart"/>
            <w:r w:rsidRPr="00774D49">
              <w:rPr>
                <w:rFonts w:cs="Arial"/>
                <w:szCs w:val="19"/>
                <w:lang w:val="es-PE"/>
              </w:rPr>
              <w:t>kraft</w:t>
            </w:r>
            <w:proofErr w:type="spellEnd"/>
            <w:r w:rsidRPr="00774D49">
              <w:rPr>
                <w:rFonts w:cs="Arial"/>
                <w:szCs w:val="19"/>
                <w:lang w:val="es-PE"/>
              </w:rPr>
              <w:t xml:space="preserve"> grande pegado en las mesas, témperas lavables en platos llanos y los elementos naturales recolectados. Juegan libremente a estampar, hacer huellas con las hojas y las esponjas, arrastrar las ramas y explorar las mezclas de color. La docente interviene mediando y expandiendo el lenguaje: </w:t>
            </w:r>
            <w:r w:rsidR="00E73B05" w:rsidRPr="00774D49">
              <w:rPr>
                <w:rFonts w:cs="Arial"/>
                <w:szCs w:val="19"/>
                <w:lang w:val="es-PE"/>
              </w:rPr>
              <w:t>“</w:t>
            </w:r>
            <w:r w:rsidRPr="00774D49">
              <w:rPr>
                <w:rFonts w:cs="Arial"/>
                <w:i/>
                <w:iCs/>
                <w:szCs w:val="19"/>
                <w:lang w:val="es-PE"/>
              </w:rPr>
              <w:t>Veo que hiciste muchas huellas con la hoja grande</w:t>
            </w:r>
            <w:r w:rsidR="000C5DB4" w:rsidRPr="00774D49">
              <w:rPr>
                <w:rFonts w:cs="Arial"/>
                <w:i/>
                <w:iCs/>
                <w:szCs w:val="19"/>
                <w:lang w:val="es-PE"/>
              </w:rPr>
              <w:t>”</w:t>
            </w:r>
            <w:r w:rsidRPr="00774D49">
              <w:rPr>
                <w:rFonts w:cs="Arial"/>
                <w:szCs w:val="19"/>
                <w:lang w:val="es-PE"/>
              </w:rPr>
              <w:t xml:space="preserve"> o </w:t>
            </w:r>
            <w:r w:rsidR="000C5DB4" w:rsidRPr="00774D49">
              <w:rPr>
                <w:rFonts w:cs="Arial"/>
                <w:szCs w:val="19"/>
                <w:lang w:val="es-PE"/>
              </w:rPr>
              <w:t>“</w:t>
            </w:r>
            <w:r w:rsidRPr="00774D49">
              <w:rPr>
                <w:rFonts w:cs="Arial"/>
                <w:i/>
                <w:iCs/>
                <w:szCs w:val="19"/>
                <w:lang w:val="es-PE"/>
              </w:rPr>
              <w:t>Esa pintura se siente suave en tus manos</w:t>
            </w:r>
            <w:r w:rsidR="000C5DB4" w:rsidRPr="00774D49">
              <w:rPr>
                <w:rFonts w:cs="Arial"/>
                <w:i/>
                <w:iCs/>
                <w:szCs w:val="19"/>
                <w:lang w:val="es-PE"/>
              </w:rPr>
              <w:t>”</w:t>
            </w:r>
            <w:r w:rsidRPr="00774D49">
              <w:rPr>
                <w:rFonts w:cs="Arial"/>
                <w:szCs w:val="19"/>
                <w:lang w:val="es-PE"/>
              </w:rPr>
              <w:t>.</w:t>
            </w:r>
          </w:p>
          <w:p w14:paraId="3A50BF92" w14:textId="77777777" w:rsidR="00691C3F" w:rsidRPr="00774D49" w:rsidRDefault="00691C3F" w:rsidP="00774D49">
            <w:pPr>
              <w:numPr>
                <w:ilvl w:val="0"/>
                <w:numId w:val="30"/>
              </w:numPr>
              <w:spacing w:after="0"/>
              <w:rPr>
                <w:rFonts w:cs="Arial"/>
                <w:szCs w:val="19"/>
                <w:lang w:val="es-PE"/>
              </w:rPr>
            </w:pPr>
            <w:r w:rsidRPr="00774D49">
              <w:rPr>
                <w:rFonts w:cs="Arial"/>
                <w:b/>
                <w:bCs/>
                <w:szCs w:val="19"/>
                <w:lang w:val="es-PE"/>
              </w:rPr>
              <w:t>Cierre (Después):</w:t>
            </w:r>
            <w:r w:rsidRPr="00774D49">
              <w:rPr>
                <w:rFonts w:cs="Arial"/>
                <w:szCs w:val="19"/>
                <w:lang w:val="es-PE"/>
              </w:rPr>
              <w:t xml:space="preserve"> Nos reunimos nuevamente en la asamblea. Observamos el papel </w:t>
            </w:r>
            <w:proofErr w:type="spellStart"/>
            <w:r w:rsidRPr="00774D49">
              <w:rPr>
                <w:rFonts w:cs="Arial"/>
                <w:szCs w:val="19"/>
                <w:lang w:val="es-PE"/>
              </w:rPr>
              <w:t>kraft</w:t>
            </w:r>
            <w:proofErr w:type="spellEnd"/>
            <w:r w:rsidRPr="00774D49">
              <w:rPr>
                <w:rFonts w:cs="Arial"/>
                <w:szCs w:val="19"/>
                <w:lang w:val="es-PE"/>
              </w:rPr>
              <w:t xml:space="preserve"> comunitario y comentamos de forma sencilla mediante preguntas de metacognición: </w:t>
            </w:r>
            <w:r w:rsidRPr="00774D49">
              <w:rPr>
                <w:rFonts w:cs="Arial"/>
                <w:i/>
                <w:iCs/>
                <w:szCs w:val="19"/>
                <w:lang w:val="es-PE"/>
              </w:rPr>
              <w:t xml:space="preserve">¿Cómo quedó tu huellita de hoja? ¿Qué color te gustó usar </w:t>
            </w:r>
            <w:proofErr w:type="gramStart"/>
            <w:r w:rsidRPr="00774D49">
              <w:rPr>
                <w:rFonts w:cs="Arial"/>
                <w:i/>
                <w:iCs/>
                <w:szCs w:val="19"/>
                <w:lang w:val="es-PE"/>
              </w:rPr>
              <w:t>más?</w:t>
            </w:r>
            <w:r w:rsidRPr="00774D49">
              <w:rPr>
                <w:rFonts w:cs="Arial"/>
                <w:szCs w:val="19"/>
                <w:lang w:val="es-PE"/>
              </w:rPr>
              <w:t>.</w:t>
            </w:r>
            <w:proofErr w:type="gramEnd"/>
            <w:r w:rsidRPr="00774D49">
              <w:rPr>
                <w:rFonts w:cs="Arial"/>
                <w:szCs w:val="19"/>
                <w:lang w:val="es-PE"/>
              </w:rPr>
              <w:t xml:space="preserve"> Colgamos la producción para que se seque y nos organizamos para ordenar.</w:t>
            </w:r>
          </w:p>
          <w:p w14:paraId="46D22A04" w14:textId="7FBA7179" w:rsidR="00691C3F" w:rsidRPr="00774D49" w:rsidRDefault="00691C3F" w:rsidP="00774D49">
            <w:pPr>
              <w:spacing w:after="0"/>
              <w:rPr>
                <w:rFonts w:cs="Arial"/>
                <w:b/>
                <w:bCs/>
                <w:szCs w:val="19"/>
                <w:lang w:val="es-PE"/>
              </w:rPr>
            </w:pPr>
            <w:r w:rsidRPr="00774D49">
              <w:rPr>
                <w:rFonts w:cs="Arial"/>
                <w:b/>
                <w:bCs/>
                <w:szCs w:val="19"/>
                <w:lang w:val="es-PE"/>
              </w:rPr>
              <w:t>Aseo, Refrigerio y Recreo (10:30 - 11:30)</w:t>
            </w:r>
          </w:p>
          <w:p w14:paraId="07A2BD77" w14:textId="77777777" w:rsidR="00691C3F" w:rsidRPr="00774D49" w:rsidRDefault="00691C3F" w:rsidP="00774D49">
            <w:pPr>
              <w:numPr>
                <w:ilvl w:val="0"/>
                <w:numId w:val="31"/>
              </w:numPr>
              <w:spacing w:after="0"/>
              <w:rPr>
                <w:rFonts w:cs="Arial"/>
                <w:szCs w:val="19"/>
                <w:lang w:val="es-PE"/>
              </w:rPr>
            </w:pPr>
            <w:r w:rsidRPr="00774D49">
              <w:rPr>
                <w:rFonts w:cs="Arial"/>
                <w:b/>
                <w:bCs/>
                <w:szCs w:val="19"/>
                <w:lang w:val="es-PE"/>
              </w:rPr>
              <w:t>Higiene:</w:t>
            </w:r>
            <w:r w:rsidRPr="00774D49">
              <w:rPr>
                <w:rFonts w:cs="Arial"/>
                <w:szCs w:val="19"/>
                <w:lang w:val="es-PE"/>
              </w:rPr>
              <w:t xml:space="preserve"> Rutina de lavado de manos paso a paso con abundante jabón para retirar los restos de témpera, reforzando la autonomía y el secado con papel toalla.</w:t>
            </w:r>
          </w:p>
          <w:p w14:paraId="094B21D3" w14:textId="77777777" w:rsidR="00691C3F" w:rsidRPr="00774D49" w:rsidRDefault="00691C3F" w:rsidP="00774D49">
            <w:pPr>
              <w:numPr>
                <w:ilvl w:val="0"/>
                <w:numId w:val="31"/>
              </w:numPr>
              <w:spacing w:after="0"/>
              <w:rPr>
                <w:rFonts w:cs="Arial"/>
                <w:szCs w:val="19"/>
                <w:lang w:val="es-PE"/>
              </w:rPr>
            </w:pPr>
            <w:r w:rsidRPr="00774D49">
              <w:rPr>
                <w:rFonts w:cs="Arial"/>
                <w:b/>
                <w:bCs/>
                <w:szCs w:val="19"/>
                <w:lang w:val="es-PE"/>
              </w:rPr>
              <w:t>Alimentación:</w:t>
            </w:r>
            <w:r w:rsidRPr="00774D49">
              <w:rPr>
                <w:rFonts w:cs="Arial"/>
                <w:szCs w:val="19"/>
                <w:lang w:val="es-PE"/>
              </w:rPr>
              <w:t xml:space="preserve"> Consumo de la lonchera en un ambiente de orden y buena convivencia. Se fomenta que saquen sus alimentos e individuales de manera independiente.</w:t>
            </w:r>
          </w:p>
          <w:p w14:paraId="225D59D8" w14:textId="77777777" w:rsidR="00691C3F" w:rsidRPr="00774D49" w:rsidRDefault="00691C3F" w:rsidP="00774D49">
            <w:pPr>
              <w:numPr>
                <w:ilvl w:val="0"/>
                <w:numId w:val="31"/>
              </w:numPr>
              <w:spacing w:after="0"/>
              <w:rPr>
                <w:rFonts w:cs="Arial"/>
                <w:szCs w:val="19"/>
                <w:lang w:val="es-PE"/>
              </w:rPr>
            </w:pPr>
            <w:r w:rsidRPr="00774D49">
              <w:rPr>
                <w:rFonts w:cs="Arial"/>
                <w:b/>
                <w:bCs/>
                <w:szCs w:val="19"/>
                <w:lang w:val="es-PE"/>
              </w:rPr>
              <w:t>Recreo:</w:t>
            </w:r>
            <w:r w:rsidRPr="00774D49">
              <w:rPr>
                <w:rFonts w:cs="Arial"/>
                <w:szCs w:val="19"/>
                <w:lang w:val="es-PE"/>
              </w:rPr>
              <w:t xml:space="preserve"> Espacio de esparcimiento libre y juego activo en el patio exterior bajo el acompañamiento y supervisión de la docente.</w:t>
            </w:r>
          </w:p>
          <w:p w14:paraId="724C842A" w14:textId="4D1A8F1D" w:rsidR="00691C3F" w:rsidRPr="00774D49" w:rsidRDefault="00691C3F" w:rsidP="00774D49">
            <w:pPr>
              <w:spacing w:after="0"/>
              <w:rPr>
                <w:rFonts w:cs="Arial"/>
                <w:b/>
                <w:bCs/>
                <w:szCs w:val="19"/>
                <w:lang w:val="es-PE"/>
              </w:rPr>
            </w:pPr>
            <w:r w:rsidRPr="00774D49">
              <w:rPr>
                <w:rFonts w:cs="Arial"/>
                <w:b/>
                <w:bCs/>
                <w:szCs w:val="19"/>
                <w:lang w:val="es-PE"/>
              </w:rPr>
              <w:t>Actividad Psicomotriz Corta (11:30 - 12:00)</w:t>
            </w:r>
          </w:p>
          <w:p w14:paraId="7C773125" w14:textId="1E44C4CC" w:rsidR="00691C3F" w:rsidRPr="00774D49" w:rsidRDefault="00691C3F" w:rsidP="00774D49">
            <w:pPr>
              <w:numPr>
                <w:ilvl w:val="0"/>
                <w:numId w:val="32"/>
              </w:numPr>
              <w:spacing w:after="0"/>
              <w:rPr>
                <w:rFonts w:cs="Arial"/>
                <w:szCs w:val="19"/>
                <w:lang w:val="es-PE"/>
              </w:rPr>
            </w:pPr>
            <w:r w:rsidRPr="00774D49">
              <w:rPr>
                <w:rFonts w:cs="Arial"/>
                <w:b/>
                <w:bCs/>
                <w:szCs w:val="19"/>
                <w:lang w:val="es-PE"/>
              </w:rPr>
              <w:t>Desarrollo Motriz:</w:t>
            </w:r>
            <w:r w:rsidRPr="00774D49">
              <w:rPr>
                <w:rFonts w:cs="Arial"/>
                <w:szCs w:val="19"/>
                <w:lang w:val="es-PE"/>
              </w:rPr>
              <w:t xml:space="preserve"> Colocamos líneas onduladas y rectas hechas con cintas de colores en el piso (caminos sensoriales). Los niños juegan a caminar sobre ellas manteniendo el equilibrio, imitando que son </w:t>
            </w:r>
            <w:r w:rsidR="000C5DB4" w:rsidRPr="00774D49">
              <w:rPr>
                <w:rFonts w:cs="Arial"/>
                <w:szCs w:val="19"/>
                <w:lang w:val="es-PE"/>
              </w:rPr>
              <w:t>“</w:t>
            </w:r>
            <w:r w:rsidRPr="00774D49">
              <w:rPr>
                <w:rFonts w:cs="Arial"/>
                <w:szCs w:val="19"/>
                <w:lang w:val="es-PE"/>
              </w:rPr>
              <w:t>gusanitos</w:t>
            </w:r>
            <w:r w:rsidR="000C5DB4" w:rsidRPr="00774D49">
              <w:rPr>
                <w:rFonts w:cs="Arial"/>
                <w:szCs w:val="19"/>
                <w:lang w:val="es-PE"/>
              </w:rPr>
              <w:t>”</w:t>
            </w:r>
            <w:r w:rsidRPr="00774D49">
              <w:rPr>
                <w:rFonts w:cs="Arial"/>
                <w:szCs w:val="19"/>
                <w:lang w:val="es-PE"/>
              </w:rPr>
              <w:t xml:space="preserve"> o </w:t>
            </w:r>
            <w:r w:rsidR="000C5DB4" w:rsidRPr="00774D49">
              <w:rPr>
                <w:rFonts w:cs="Arial"/>
                <w:szCs w:val="19"/>
                <w:lang w:val="es-PE"/>
              </w:rPr>
              <w:t>“</w:t>
            </w:r>
            <w:r w:rsidRPr="00774D49">
              <w:rPr>
                <w:rFonts w:cs="Arial"/>
                <w:szCs w:val="19"/>
                <w:lang w:val="es-PE"/>
              </w:rPr>
              <w:t>hormiguitas</w:t>
            </w:r>
            <w:r w:rsidR="000C5DB4" w:rsidRPr="00774D49">
              <w:rPr>
                <w:rFonts w:cs="Arial"/>
                <w:szCs w:val="19"/>
                <w:lang w:val="es-PE"/>
              </w:rPr>
              <w:t>”</w:t>
            </w:r>
            <w:r w:rsidRPr="00774D49">
              <w:rPr>
                <w:rFonts w:cs="Arial"/>
                <w:szCs w:val="19"/>
                <w:lang w:val="es-PE"/>
              </w:rPr>
              <w:t xml:space="preserve"> que caminan por la naturaleza, regulando sus movimientos.</w:t>
            </w:r>
          </w:p>
          <w:p w14:paraId="03A55C3F" w14:textId="3CAB0C17" w:rsidR="00691C3F" w:rsidRPr="00774D49" w:rsidRDefault="00691C3F" w:rsidP="00774D49">
            <w:pPr>
              <w:spacing w:after="0"/>
              <w:rPr>
                <w:rFonts w:cs="Arial"/>
                <w:b/>
                <w:bCs/>
                <w:szCs w:val="19"/>
                <w:lang w:val="es-PE"/>
              </w:rPr>
            </w:pPr>
            <w:r w:rsidRPr="00774D49">
              <w:rPr>
                <w:rFonts w:cs="Arial"/>
                <w:b/>
                <w:bCs/>
                <w:szCs w:val="19"/>
                <w:lang w:val="es-PE"/>
              </w:rPr>
              <w:t>El Taller (12:00 - 12:30)</w:t>
            </w:r>
          </w:p>
          <w:p w14:paraId="79D07D7A" w14:textId="77777777" w:rsidR="00691C3F" w:rsidRPr="00774D49" w:rsidRDefault="00691C3F" w:rsidP="00774D49">
            <w:pPr>
              <w:numPr>
                <w:ilvl w:val="0"/>
                <w:numId w:val="33"/>
              </w:numPr>
              <w:spacing w:after="0"/>
              <w:rPr>
                <w:rFonts w:cs="Arial"/>
                <w:szCs w:val="19"/>
                <w:lang w:val="es-PE"/>
              </w:rPr>
            </w:pPr>
            <w:r w:rsidRPr="00774D49">
              <w:rPr>
                <w:rFonts w:cs="Arial"/>
                <w:b/>
                <w:bCs/>
                <w:szCs w:val="19"/>
                <w:lang w:val="es-PE"/>
              </w:rPr>
              <w:t>Taller de Música y Danza:</w:t>
            </w:r>
            <w:r w:rsidRPr="00774D49">
              <w:rPr>
                <w:rFonts w:cs="Arial"/>
                <w:szCs w:val="19"/>
                <w:lang w:val="es-PE"/>
              </w:rPr>
              <w:t xml:space="preserve"> La docente utiliza un reproductor de sonido para colocar música con sonidos de la naturaleza (viento, lluvia, canto de aves) o canciones infantiles rítmicas. Ofrece retazos de telas suaves a los niños y ellos bailan libremente moviendo las telas por el aire, explorando las posibilidades expresivas de su cuerpo.</w:t>
            </w:r>
          </w:p>
          <w:p w14:paraId="4E6AB20C" w14:textId="386AA70A" w:rsidR="00691C3F" w:rsidRPr="00774D49" w:rsidRDefault="00691C3F" w:rsidP="00774D49">
            <w:pPr>
              <w:spacing w:after="0"/>
              <w:rPr>
                <w:rFonts w:cs="Arial"/>
                <w:b/>
                <w:bCs/>
                <w:szCs w:val="19"/>
                <w:lang w:val="es-PE"/>
              </w:rPr>
            </w:pPr>
            <w:r w:rsidRPr="00774D49">
              <w:rPr>
                <w:rFonts w:cs="Arial"/>
                <w:b/>
                <w:bCs/>
                <w:szCs w:val="19"/>
                <w:lang w:val="es-PE"/>
              </w:rPr>
              <w:t>Rutinas de Salida (12:30)</w:t>
            </w:r>
          </w:p>
          <w:p w14:paraId="41968210" w14:textId="4CB8DD71" w:rsidR="00691C3F" w:rsidRPr="00774D49" w:rsidRDefault="00691C3F" w:rsidP="00774D49">
            <w:pPr>
              <w:numPr>
                <w:ilvl w:val="0"/>
                <w:numId w:val="34"/>
              </w:numPr>
              <w:spacing w:after="0"/>
              <w:rPr>
                <w:rFonts w:cs="Arial"/>
                <w:szCs w:val="19"/>
                <w:lang w:val="es-PE"/>
              </w:rPr>
            </w:pPr>
            <w:r w:rsidRPr="00774D49">
              <w:rPr>
                <w:rFonts w:cs="Arial"/>
                <w:b/>
                <w:bCs/>
                <w:szCs w:val="19"/>
                <w:lang w:val="es-PE"/>
              </w:rPr>
              <w:t>Cierre:</w:t>
            </w:r>
            <w:r w:rsidRPr="00774D49">
              <w:rPr>
                <w:rFonts w:cs="Arial"/>
                <w:szCs w:val="19"/>
                <w:lang w:val="es-PE"/>
              </w:rPr>
              <w:t xml:space="preserve"> Breve recuento de las actividades del día, organización autónoma de mochilas y abrigos. Despedida afectuosa y personalizada en la puerta del aula.</w:t>
            </w:r>
          </w:p>
          <w:p w14:paraId="53BC6106" w14:textId="6DA3668F" w:rsidR="00021EFA" w:rsidRPr="00774D49" w:rsidRDefault="00021EFA" w:rsidP="00774D49">
            <w:pPr>
              <w:spacing w:after="0"/>
              <w:rPr>
                <w:rFonts w:cs="Arial"/>
                <w:szCs w:val="19"/>
                <w:lang w:val="es-PE"/>
              </w:rPr>
            </w:pPr>
          </w:p>
        </w:tc>
        <w:tc>
          <w:tcPr>
            <w:tcW w:w="1623" w:type="dxa"/>
            <w:vAlign w:val="center"/>
          </w:tcPr>
          <w:p w14:paraId="7CE30C3A" w14:textId="77777777" w:rsidR="00021EFA" w:rsidRPr="00774D49" w:rsidRDefault="00010C46" w:rsidP="00774D49">
            <w:pPr>
              <w:spacing w:after="0"/>
              <w:rPr>
                <w:rFonts w:cs="Arial"/>
                <w:szCs w:val="19"/>
                <w:lang w:val="es-PE"/>
              </w:rPr>
            </w:pPr>
            <w:r w:rsidRPr="00774D49">
              <w:rPr>
                <w:rFonts w:cs="Arial"/>
                <w:szCs w:val="19"/>
                <w:lang w:val="es-PE"/>
              </w:rPr>
              <w:lastRenderedPageBreak/>
              <w:t xml:space="preserve">Papel </w:t>
            </w:r>
            <w:proofErr w:type="spellStart"/>
            <w:r w:rsidRPr="00774D49">
              <w:rPr>
                <w:rFonts w:cs="Arial"/>
                <w:szCs w:val="19"/>
                <w:lang w:val="es-PE"/>
              </w:rPr>
              <w:t>kraft</w:t>
            </w:r>
            <w:proofErr w:type="spellEnd"/>
            <w:r w:rsidRPr="00774D49">
              <w:rPr>
                <w:rFonts w:cs="Arial"/>
                <w:szCs w:val="19"/>
                <w:lang w:val="es-PE"/>
              </w:rPr>
              <w:t>, témperas, hojas, esponjas, mandiles, paños.</w:t>
            </w:r>
          </w:p>
        </w:tc>
        <w:tc>
          <w:tcPr>
            <w:tcW w:w="1696" w:type="dxa"/>
            <w:vAlign w:val="center"/>
          </w:tcPr>
          <w:p w14:paraId="2D59003D" w14:textId="77777777" w:rsidR="00021EFA" w:rsidRPr="00774D49" w:rsidRDefault="00010C46" w:rsidP="00774D49">
            <w:pPr>
              <w:spacing w:after="0"/>
              <w:rPr>
                <w:rFonts w:cs="Arial"/>
                <w:szCs w:val="19"/>
                <w:lang w:val="es-PE"/>
              </w:rPr>
            </w:pPr>
            <w:r w:rsidRPr="00774D49">
              <w:rPr>
                <w:rFonts w:cs="Arial"/>
                <w:szCs w:val="19"/>
                <w:lang w:val="es-PE"/>
              </w:rPr>
              <w:t>Registrar exploración de color, textura, huellas, gestos, palabras y expresión de emociones.</w:t>
            </w:r>
          </w:p>
        </w:tc>
      </w:tr>
      <w:tr w:rsidR="00895ADD" w:rsidRPr="00774D49" w14:paraId="2BE57045" w14:textId="77777777" w:rsidTr="00CB717F">
        <w:trPr>
          <w:jc w:val="center"/>
        </w:trPr>
        <w:tc>
          <w:tcPr>
            <w:tcW w:w="2256" w:type="dxa"/>
            <w:gridSpan w:val="2"/>
            <w:vAlign w:val="center"/>
          </w:tcPr>
          <w:p w14:paraId="3D135D78" w14:textId="5719A3D7" w:rsidR="00895ADD" w:rsidRPr="00774D49" w:rsidRDefault="00895ADD" w:rsidP="00774D49">
            <w:pPr>
              <w:spacing w:after="0"/>
              <w:rPr>
                <w:rFonts w:cs="Arial"/>
                <w:szCs w:val="19"/>
                <w:lang w:val="es-PE"/>
              </w:rPr>
            </w:pPr>
            <w:r w:rsidRPr="00895ADD">
              <w:rPr>
                <w:rFonts w:cs="Arial"/>
                <w:b/>
                <w:bCs/>
                <w:szCs w:val="19"/>
                <w:lang w:val="es-PE"/>
              </w:rPr>
              <w:lastRenderedPageBreak/>
              <w:t>Áreas a observar:</w:t>
            </w:r>
          </w:p>
        </w:tc>
        <w:tc>
          <w:tcPr>
            <w:tcW w:w="5187" w:type="dxa"/>
            <w:vAlign w:val="center"/>
          </w:tcPr>
          <w:p w14:paraId="2AF5ABEC" w14:textId="3F341C0C" w:rsidR="00895ADD" w:rsidRPr="00774D49" w:rsidRDefault="00774D49" w:rsidP="00774D49">
            <w:pPr>
              <w:spacing w:after="0"/>
              <w:rPr>
                <w:rFonts w:cs="Arial"/>
                <w:szCs w:val="19"/>
                <w:lang w:val="es-PE"/>
              </w:rPr>
            </w:pPr>
            <w:r w:rsidRPr="00774D49">
              <w:rPr>
                <w:rFonts w:cs="Arial"/>
                <w:szCs w:val="19"/>
                <w:lang w:val="es-PE"/>
              </w:rPr>
              <w:t>Comunicación (Taller), Ciencia y Tecnología, y Personal Social.</w:t>
            </w:r>
          </w:p>
        </w:tc>
        <w:tc>
          <w:tcPr>
            <w:tcW w:w="1623" w:type="dxa"/>
            <w:vAlign w:val="center"/>
          </w:tcPr>
          <w:p w14:paraId="2DD142B8" w14:textId="77777777" w:rsidR="00895ADD" w:rsidRPr="00774D49" w:rsidRDefault="00895ADD" w:rsidP="00774D49">
            <w:pPr>
              <w:spacing w:after="0"/>
              <w:rPr>
                <w:rFonts w:cs="Arial"/>
                <w:szCs w:val="19"/>
                <w:lang w:val="es-PE"/>
              </w:rPr>
            </w:pPr>
          </w:p>
        </w:tc>
        <w:tc>
          <w:tcPr>
            <w:tcW w:w="1696" w:type="dxa"/>
            <w:vAlign w:val="center"/>
          </w:tcPr>
          <w:p w14:paraId="4FF95958" w14:textId="77777777" w:rsidR="00895ADD" w:rsidRPr="00774D49" w:rsidRDefault="00895ADD" w:rsidP="00774D49">
            <w:pPr>
              <w:spacing w:after="0"/>
              <w:rPr>
                <w:rFonts w:cs="Arial"/>
                <w:szCs w:val="19"/>
                <w:lang w:val="es-PE"/>
              </w:rPr>
            </w:pPr>
          </w:p>
        </w:tc>
      </w:tr>
      <w:tr w:rsidR="00021EFA" w:rsidRPr="00774D49" w14:paraId="7BFE03D5" w14:textId="77777777" w:rsidTr="00E94D2D">
        <w:trPr>
          <w:jc w:val="center"/>
        </w:trPr>
        <w:tc>
          <w:tcPr>
            <w:tcW w:w="719" w:type="dxa"/>
            <w:vAlign w:val="center"/>
          </w:tcPr>
          <w:p w14:paraId="00ED8DBC" w14:textId="77777777" w:rsidR="00021EFA" w:rsidRPr="00774D49" w:rsidRDefault="00010C46" w:rsidP="00774D49">
            <w:pPr>
              <w:spacing w:after="0"/>
              <w:rPr>
                <w:rFonts w:cs="Arial"/>
                <w:szCs w:val="19"/>
                <w:lang w:val="es-PE"/>
              </w:rPr>
            </w:pPr>
            <w:r w:rsidRPr="00774D49">
              <w:rPr>
                <w:rFonts w:cs="Arial"/>
                <w:szCs w:val="19"/>
                <w:lang w:val="es-PE"/>
              </w:rPr>
              <w:t>Día 5</w:t>
            </w:r>
          </w:p>
        </w:tc>
        <w:tc>
          <w:tcPr>
            <w:tcW w:w="1537" w:type="dxa"/>
            <w:vAlign w:val="center"/>
          </w:tcPr>
          <w:p w14:paraId="34631494" w14:textId="77777777" w:rsidR="00021EFA" w:rsidRPr="00774D49" w:rsidRDefault="00010C46" w:rsidP="00774D49">
            <w:pPr>
              <w:spacing w:after="0"/>
              <w:rPr>
                <w:rFonts w:cs="Arial"/>
                <w:szCs w:val="19"/>
                <w:lang w:val="es-PE"/>
              </w:rPr>
            </w:pPr>
            <w:r w:rsidRPr="00774D49">
              <w:rPr>
                <w:rFonts w:cs="Arial"/>
                <w:szCs w:val="19"/>
                <w:lang w:val="es-PE"/>
              </w:rPr>
              <w:t xml:space="preserve">Compartimos </w:t>
            </w:r>
            <w:r w:rsidRPr="00774D49">
              <w:rPr>
                <w:rFonts w:cs="Arial"/>
                <w:szCs w:val="19"/>
                <w:lang w:val="es-PE"/>
              </w:rPr>
              <w:lastRenderedPageBreak/>
              <w:t>lo que descubrimos</w:t>
            </w:r>
          </w:p>
        </w:tc>
        <w:tc>
          <w:tcPr>
            <w:tcW w:w="5187" w:type="dxa"/>
            <w:vAlign w:val="center"/>
          </w:tcPr>
          <w:p w14:paraId="6ED8179B" w14:textId="423BBF76" w:rsidR="00691C3F" w:rsidRPr="00774D49" w:rsidRDefault="00691C3F" w:rsidP="00774D49">
            <w:pPr>
              <w:spacing w:after="0"/>
              <w:rPr>
                <w:rFonts w:cs="Arial"/>
                <w:b/>
                <w:bCs/>
                <w:szCs w:val="19"/>
                <w:lang w:val="es-PE"/>
              </w:rPr>
            </w:pPr>
            <w:r w:rsidRPr="00774D49">
              <w:rPr>
                <w:rFonts w:cs="Arial"/>
                <w:b/>
                <w:bCs/>
                <w:szCs w:val="19"/>
                <w:lang w:val="es-PE"/>
              </w:rPr>
              <w:lastRenderedPageBreak/>
              <w:t>Rutinas de Entrada (08:00 - 08:30)</w:t>
            </w:r>
          </w:p>
          <w:p w14:paraId="730E78A9" w14:textId="77777777" w:rsidR="00691C3F" w:rsidRPr="00774D49" w:rsidRDefault="00691C3F" w:rsidP="00774D49">
            <w:pPr>
              <w:numPr>
                <w:ilvl w:val="0"/>
                <w:numId w:val="35"/>
              </w:numPr>
              <w:spacing w:after="0"/>
              <w:rPr>
                <w:rFonts w:cs="Arial"/>
                <w:szCs w:val="19"/>
                <w:lang w:val="es-PE"/>
              </w:rPr>
            </w:pPr>
            <w:r w:rsidRPr="00774D49">
              <w:rPr>
                <w:rFonts w:cs="Arial"/>
                <w:b/>
                <w:bCs/>
                <w:szCs w:val="19"/>
                <w:lang w:val="es-PE"/>
              </w:rPr>
              <w:lastRenderedPageBreak/>
              <w:t>Recepción:</w:t>
            </w:r>
            <w:r w:rsidRPr="00774D49">
              <w:rPr>
                <w:rFonts w:cs="Arial"/>
                <w:szCs w:val="19"/>
                <w:lang w:val="es-PE"/>
              </w:rPr>
              <w:t xml:space="preserve"> Recibimiento personalizado a la altura de cada niño. Se les saluda con un gesto afectuoso y se les acompaña a colocar sus pertenencias en sus respectivos canastos.</w:t>
            </w:r>
          </w:p>
          <w:p w14:paraId="0D37E635" w14:textId="77777777" w:rsidR="00691C3F" w:rsidRPr="00774D49" w:rsidRDefault="00691C3F" w:rsidP="00774D49">
            <w:pPr>
              <w:numPr>
                <w:ilvl w:val="0"/>
                <w:numId w:val="35"/>
              </w:numPr>
              <w:spacing w:after="0"/>
              <w:rPr>
                <w:rFonts w:cs="Arial"/>
                <w:szCs w:val="19"/>
                <w:lang w:val="es-PE"/>
              </w:rPr>
            </w:pPr>
            <w:r w:rsidRPr="00774D49">
              <w:rPr>
                <w:rFonts w:cs="Arial"/>
                <w:b/>
                <w:bCs/>
                <w:szCs w:val="19"/>
                <w:lang w:val="es-PE"/>
              </w:rPr>
              <w:t>Cajas de Espera:</w:t>
            </w:r>
            <w:r w:rsidRPr="00774D49">
              <w:rPr>
                <w:rFonts w:cs="Arial"/>
                <w:szCs w:val="19"/>
                <w:lang w:val="es-PE"/>
              </w:rPr>
              <w:t xml:space="preserve"> En las mesas se disponen fotografías reales de los niños realizando las actividades de exploración de la semana (con agua, cajas y pintura) para promover la memoria y la conversación espontánea al ingresar.</w:t>
            </w:r>
          </w:p>
          <w:p w14:paraId="348727A4" w14:textId="77777777" w:rsidR="00691C3F" w:rsidRPr="00774D49" w:rsidRDefault="00691C3F" w:rsidP="00774D49">
            <w:pPr>
              <w:numPr>
                <w:ilvl w:val="0"/>
                <w:numId w:val="35"/>
              </w:numPr>
              <w:spacing w:after="0"/>
              <w:rPr>
                <w:rFonts w:cs="Arial"/>
                <w:szCs w:val="19"/>
                <w:lang w:val="es-PE"/>
              </w:rPr>
            </w:pPr>
            <w:r w:rsidRPr="00774D49">
              <w:rPr>
                <w:rFonts w:cs="Arial"/>
                <w:b/>
                <w:bCs/>
                <w:szCs w:val="19"/>
                <w:lang w:val="es-PE"/>
              </w:rPr>
              <w:t>Actividades Permanentes:</w:t>
            </w:r>
            <w:r w:rsidRPr="00774D49">
              <w:rPr>
                <w:rFonts w:cs="Arial"/>
                <w:szCs w:val="19"/>
                <w:lang w:val="es-PE"/>
              </w:rPr>
              <w:t xml:space="preserve"> Asamblea en semicírculo sobre los cojines. Cantamos la canción del saludo, pasamos el cartel de asistencia con fotos y revisamos el calendario de manera lúdica.</w:t>
            </w:r>
          </w:p>
          <w:p w14:paraId="400894BF" w14:textId="76F46ADE" w:rsidR="00691C3F" w:rsidRPr="00774D49" w:rsidRDefault="00691C3F" w:rsidP="00774D49">
            <w:pPr>
              <w:spacing w:after="0"/>
              <w:rPr>
                <w:rFonts w:cs="Arial"/>
                <w:b/>
                <w:bCs/>
                <w:szCs w:val="19"/>
                <w:lang w:val="es-PE"/>
              </w:rPr>
            </w:pPr>
            <w:r w:rsidRPr="00774D49">
              <w:rPr>
                <w:rFonts w:cs="Arial"/>
                <w:b/>
                <w:bCs/>
                <w:szCs w:val="19"/>
                <w:lang w:val="es-PE"/>
              </w:rPr>
              <w:t xml:space="preserve">Juego Libre en los </w:t>
            </w:r>
            <w:r w:rsidR="00127F61" w:rsidRPr="00774D49">
              <w:rPr>
                <w:rFonts w:cs="Arial"/>
                <w:b/>
                <w:bCs/>
                <w:szCs w:val="19"/>
                <w:lang w:val="es-PE"/>
              </w:rPr>
              <w:t>espacios</w:t>
            </w:r>
            <w:r w:rsidRPr="00774D49">
              <w:rPr>
                <w:rFonts w:cs="Arial"/>
                <w:b/>
                <w:bCs/>
                <w:szCs w:val="19"/>
                <w:lang w:val="es-PE"/>
              </w:rPr>
              <w:t xml:space="preserve"> (08:30 - 09:30)</w:t>
            </w:r>
          </w:p>
          <w:p w14:paraId="243F38E2" w14:textId="77777777" w:rsidR="00691C3F" w:rsidRPr="00774D49" w:rsidRDefault="00691C3F" w:rsidP="00774D49">
            <w:pPr>
              <w:numPr>
                <w:ilvl w:val="0"/>
                <w:numId w:val="36"/>
              </w:numPr>
              <w:spacing w:after="0"/>
              <w:rPr>
                <w:rFonts w:cs="Arial"/>
                <w:szCs w:val="19"/>
                <w:lang w:val="es-PE"/>
              </w:rPr>
            </w:pPr>
            <w:r w:rsidRPr="00774D49">
              <w:rPr>
                <w:rFonts w:cs="Arial"/>
                <w:b/>
                <w:bCs/>
                <w:szCs w:val="19"/>
                <w:lang w:val="es-PE"/>
              </w:rPr>
              <w:t>Planificación y Organización (Fase 1):</w:t>
            </w:r>
            <w:r w:rsidRPr="00774D49">
              <w:rPr>
                <w:rFonts w:cs="Arial"/>
                <w:szCs w:val="19"/>
                <w:lang w:val="es-PE"/>
              </w:rPr>
              <w:t xml:space="preserve"> Sentados en círculo, los niños eligen de forma autónoma el sector en el que desean jugar. La docente entrega los collares o carnés identificadores correspondientes.</w:t>
            </w:r>
          </w:p>
          <w:p w14:paraId="2875F33F" w14:textId="77777777" w:rsidR="00691C3F" w:rsidRPr="00774D49" w:rsidRDefault="00691C3F" w:rsidP="00774D49">
            <w:pPr>
              <w:numPr>
                <w:ilvl w:val="0"/>
                <w:numId w:val="36"/>
              </w:numPr>
              <w:spacing w:after="0"/>
              <w:rPr>
                <w:rFonts w:cs="Arial"/>
                <w:szCs w:val="19"/>
                <w:lang w:val="es-PE"/>
              </w:rPr>
            </w:pPr>
            <w:r w:rsidRPr="00774D49">
              <w:rPr>
                <w:rFonts w:cs="Arial"/>
                <w:b/>
                <w:bCs/>
                <w:szCs w:val="19"/>
                <w:lang w:val="es-PE"/>
              </w:rPr>
              <w:t>Desarrollo o Ejecución (Fase 2):</w:t>
            </w:r>
            <w:r w:rsidRPr="00774D49">
              <w:rPr>
                <w:rFonts w:cs="Arial"/>
                <w:szCs w:val="19"/>
                <w:lang w:val="es-PE"/>
              </w:rPr>
              <w:t xml:space="preserve"> Los niños juegan libremente. La docente realiza un acompañamiento indirecto: observa cómo interactúan, qué materiales eligen y registra estas actuaciones en su cuaderno de campo.</w:t>
            </w:r>
          </w:p>
          <w:p w14:paraId="500173C1" w14:textId="77777777" w:rsidR="00691C3F" w:rsidRPr="00774D49" w:rsidRDefault="00691C3F" w:rsidP="00774D49">
            <w:pPr>
              <w:numPr>
                <w:ilvl w:val="0"/>
                <w:numId w:val="36"/>
              </w:numPr>
              <w:spacing w:after="0"/>
              <w:rPr>
                <w:rFonts w:cs="Arial"/>
                <w:szCs w:val="19"/>
                <w:lang w:val="es-PE"/>
              </w:rPr>
            </w:pPr>
            <w:r w:rsidRPr="00774D49">
              <w:rPr>
                <w:rFonts w:cs="Arial"/>
                <w:b/>
                <w:bCs/>
                <w:szCs w:val="19"/>
                <w:lang w:val="es-PE"/>
              </w:rPr>
              <w:t>Orden, Socialización y Representación (Fase 3):</w:t>
            </w:r>
            <w:r w:rsidRPr="00774D49">
              <w:rPr>
                <w:rFonts w:cs="Arial"/>
                <w:szCs w:val="19"/>
                <w:lang w:val="es-PE"/>
              </w:rPr>
              <w:t xml:space="preserve"> Cantamos la canción de orden. Los niños colaboran guardando los materiales en las canastas rotuladas y comentan brevemente a qué jugaron en sus sectores.</w:t>
            </w:r>
          </w:p>
          <w:p w14:paraId="62C291F8" w14:textId="0292E345" w:rsidR="00691C3F" w:rsidRPr="00774D49" w:rsidRDefault="00691C3F" w:rsidP="00774D49">
            <w:pPr>
              <w:spacing w:after="0"/>
              <w:rPr>
                <w:rFonts w:cs="Arial"/>
                <w:b/>
                <w:bCs/>
                <w:szCs w:val="19"/>
                <w:lang w:val="es-PE"/>
              </w:rPr>
            </w:pPr>
            <w:r w:rsidRPr="00774D49">
              <w:rPr>
                <w:rFonts w:cs="Arial"/>
                <w:b/>
                <w:bCs/>
                <w:szCs w:val="19"/>
                <w:lang w:val="es-PE"/>
              </w:rPr>
              <w:t>Actividad Significativa / Sesión Central (09:30 - 10:30)</w:t>
            </w:r>
          </w:p>
          <w:p w14:paraId="5D66D5A5" w14:textId="0B3CECD4" w:rsidR="00691C3F" w:rsidRPr="00774D49" w:rsidRDefault="00691C3F" w:rsidP="00774D49">
            <w:pPr>
              <w:numPr>
                <w:ilvl w:val="0"/>
                <w:numId w:val="37"/>
              </w:numPr>
              <w:spacing w:after="0"/>
              <w:rPr>
                <w:rFonts w:cs="Arial"/>
                <w:szCs w:val="19"/>
                <w:lang w:val="es-PE"/>
              </w:rPr>
            </w:pPr>
            <w:r w:rsidRPr="00774D49">
              <w:rPr>
                <w:rFonts w:cs="Arial"/>
                <w:b/>
                <w:bCs/>
                <w:szCs w:val="19"/>
                <w:lang w:val="es-PE"/>
              </w:rPr>
              <w:t>Inicio (Antes):</w:t>
            </w:r>
            <w:r w:rsidRPr="00774D49">
              <w:rPr>
                <w:rFonts w:cs="Arial"/>
                <w:szCs w:val="19"/>
                <w:lang w:val="es-PE"/>
              </w:rPr>
              <w:t xml:space="preserve"> Nos reunimos en asamblea. La docente muestra una canasta grande y vacía y coloca al centro los elementos que más llamaron la atención de los niños durante la semana (piedras, hojas, las esponjas de arte). Pregunta: </w:t>
            </w:r>
            <w:r w:rsidRPr="00774D49">
              <w:rPr>
                <w:rFonts w:cs="Arial"/>
                <w:i/>
                <w:iCs/>
                <w:szCs w:val="19"/>
                <w:lang w:val="es-PE"/>
              </w:rPr>
              <w:t xml:space="preserve">¿Se acuerdan de estos tesoros? ¿Qué les gustaría hacer con ellos en nuestra </w:t>
            </w:r>
            <w:proofErr w:type="gramStart"/>
            <w:r w:rsidRPr="00774D49">
              <w:rPr>
                <w:rFonts w:cs="Arial"/>
                <w:i/>
                <w:iCs/>
                <w:szCs w:val="19"/>
                <w:lang w:val="es-PE"/>
              </w:rPr>
              <w:t>aula?</w:t>
            </w:r>
            <w:r w:rsidRPr="00774D49">
              <w:rPr>
                <w:rFonts w:cs="Arial"/>
                <w:szCs w:val="19"/>
                <w:lang w:val="es-PE"/>
              </w:rPr>
              <w:t>.</w:t>
            </w:r>
            <w:proofErr w:type="gramEnd"/>
            <w:r w:rsidRPr="00774D49">
              <w:rPr>
                <w:rFonts w:cs="Arial"/>
                <w:szCs w:val="19"/>
                <w:lang w:val="es-PE"/>
              </w:rPr>
              <w:t xml:space="preserve"> Plantea el reto de armar juntos un </w:t>
            </w:r>
            <w:r w:rsidR="00127F61" w:rsidRPr="00774D49">
              <w:rPr>
                <w:rFonts w:cs="Arial"/>
                <w:szCs w:val="19"/>
                <w:lang w:val="es-PE"/>
              </w:rPr>
              <w:t>“</w:t>
            </w:r>
            <w:r w:rsidRPr="00774D49">
              <w:rPr>
                <w:rFonts w:cs="Arial"/>
                <w:szCs w:val="19"/>
                <w:lang w:val="es-PE"/>
              </w:rPr>
              <w:t>Rincón Natural</w:t>
            </w:r>
            <w:r w:rsidR="00127F61" w:rsidRPr="00774D49">
              <w:rPr>
                <w:rFonts w:cs="Arial"/>
                <w:szCs w:val="19"/>
                <w:lang w:val="es-PE"/>
              </w:rPr>
              <w:t>”</w:t>
            </w:r>
            <w:r w:rsidRPr="00774D49">
              <w:rPr>
                <w:rFonts w:cs="Arial"/>
                <w:szCs w:val="19"/>
                <w:lang w:val="es-PE"/>
              </w:rPr>
              <w:t>.</w:t>
            </w:r>
          </w:p>
          <w:p w14:paraId="4D1F1320" w14:textId="58D1519A" w:rsidR="00691C3F" w:rsidRPr="00774D49" w:rsidRDefault="00691C3F" w:rsidP="00774D49">
            <w:pPr>
              <w:numPr>
                <w:ilvl w:val="0"/>
                <w:numId w:val="37"/>
              </w:numPr>
              <w:spacing w:after="0"/>
              <w:rPr>
                <w:rFonts w:cs="Arial"/>
                <w:szCs w:val="19"/>
                <w:lang w:val="es-PE"/>
              </w:rPr>
            </w:pPr>
            <w:r w:rsidRPr="00774D49">
              <w:rPr>
                <w:rFonts w:cs="Arial"/>
                <w:b/>
                <w:bCs/>
                <w:szCs w:val="19"/>
                <w:lang w:val="es-PE"/>
              </w:rPr>
              <w:t>Desarrollo (Durante):</w:t>
            </w:r>
            <w:r w:rsidRPr="00774D49">
              <w:rPr>
                <w:rFonts w:cs="Arial"/>
                <w:szCs w:val="19"/>
                <w:lang w:val="es-PE"/>
              </w:rPr>
              <w:t xml:space="preserve"> Los niños exploran y manipulan los materiales reunidos. Con guía de la docente, eligen un estante bajo del aula para colocar sus canastas rotuladas. Colocan las piedras dentro de una caja, ordenan las hojas por tamaños y acomodan el papel </w:t>
            </w:r>
            <w:proofErr w:type="spellStart"/>
            <w:r w:rsidRPr="00774D49">
              <w:rPr>
                <w:rFonts w:cs="Arial"/>
                <w:szCs w:val="19"/>
                <w:lang w:val="es-PE"/>
              </w:rPr>
              <w:t>kraft</w:t>
            </w:r>
            <w:proofErr w:type="spellEnd"/>
            <w:r w:rsidRPr="00774D49">
              <w:rPr>
                <w:rFonts w:cs="Arial"/>
                <w:szCs w:val="19"/>
                <w:lang w:val="es-PE"/>
              </w:rPr>
              <w:t xml:space="preserve"> pintado el día anterior en la pared de fondo. La docente acompaña mediando el lenguaje y promoviendo la socialización: </w:t>
            </w:r>
            <w:r w:rsidR="00127F61" w:rsidRPr="00774D49">
              <w:rPr>
                <w:rFonts w:cs="Arial"/>
                <w:szCs w:val="19"/>
                <w:lang w:val="es-PE"/>
              </w:rPr>
              <w:t>“</w:t>
            </w:r>
            <w:r w:rsidRPr="00774D49">
              <w:rPr>
                <w:rFonts w:cs="Arial"/>
                <w:i/>
                <w:iCs/>
                <w:szCs w:val="19"/>
                <w:lang w:val="es-PE"/>
              </w:rPr>
              <w:t>Veo que estás colocando la piedra cerca de las hojas</w:t>
            </w:r>
            <w:r w:rsidR="00127F61" w:rsidRPr="00774D49">
              <w:rPr>
                <w:rFonts w:cs="Arial"/>
                <w:i/>
                <w:iCs/>
                <w:szCs w:val="19"/>
                <w:lang w:val="es-PE"/>
              </w:rPr>
              <w:t>”</w:t>
            </w:r>
            <w:r w:rsidRPr="00774D49">
              <w:rPr>
                <w:rFonts w:cs="Arial"/>
                <w:szCs w:val="19"/>
                <w:lang w:val="es-PE"/>
              </w:rPr>
              <w:t xml:space="preserve"> o </w:t>
            </w:r>
            <w:r w:rsidR="00127F61" w:rsidRPr="00774D49">
              <w:rPr>
                <w:rFonts w:cs="Arial"/>
                <w:szCs w:val="19"/>
                <w:lang w:val="es-PE"/>
              </w:rPr>
              <w:t>“</w:t>
            </w:r>
            <w:r w:rsidRPr="00774D49">
              <w:rPr>
                <w:rFonts w:cs="Arial"/>
                <w:i/>
                <w:iCs/>
                <w:szCs w:val="19"/>
                <w:lang w:val="es-PE"/>
              </w:rPr>
              <w:t>¿Dónde ponemos esta canasta?</w:t>
            </w:r>
            <w:r w:rsidR="00127F61" w:rsidRPr="00774D49">
              <w:rPr>
                <w:rFonts w:cs="Arial"/>
                <w:i/>
                <w:iCs/>
                <w:szCs w:val="19"/>
                <w:lang w:val="es-PE"/>
              </w:rPr>
              <w:t>”</w:t>
            </w:r>
            <w:r w:rsidRPr="00774D49">
              <w:rPr>
                <w:rFonts w:cs="Arial"/>
                <w:szCs w:val="19"/>
                <w:lang w:val="es-PE"/>
              </w:rPr>
              <w:t>.</w:t>
            </w:r>
          </w:p>
          <w:p w14:paraId="3C2D99F4" w14:textId="77777777" w:rsidR="00691C3F" w:rsidRPr="00774D49" w:rsidRDefault="00691C3F" w:rsidP="00774D49">
            <w:pPr>
              <w:numPr>
                <w:ilvl w:val="0"/>
                <w:numId w:val="37"/>
              </w:numPr>
              <w:spacing w:after="0"/>
              <w:rPr>
                <w:rFonts w:cs="Arial"/>
                <w:szCs w:val="19"/>
                <w:lang w:val="es-PE"/>
              </w:rPr>
            </w:pPr>
            <w:r w:rsidRPr="00774D49">
              <w:rPr>
                <w:rFonts w:cs="Arial"/>
                <w:b/>
                <w:bCs/>
                <w:szCs w:val="19"/>
                <w:lang w:val="es-PE"/>
              </w:rPr>
              <w:t>Cierre (Después):</w:t>
            </w:r>
            <w:r w:rsidRPr="00774D49">
              <w:rPr>
                <w:rFonts w:cs="Arial"/>
                <w:szCs w:val="19"/>
                <w:lang w:val="es-PE"/>
              </w:rPr>
              <w:t xml:space="preserve"> Nos sentamos frente a nuestro nuevo espacio. Dialogamos mediante preguntas sencillas de metacognición: </w:t>
            </w:r>
            <w:r w:rsidRPr="00774D49">
              <w:rPr>
                <w:rFonts w:cs="Arial"/>
                <w:i/>
                <w:iCs/>
                <w:szCs w:val="19"/>
                <w:lang w:val="es-PE"/>
              </w:rPr>
              <w:t xml:space="preserve">¿Cómo quedó nuestro rincón? ¿Qué material de la naturaleza te gustó más explorar esta </w:t>
            </w:r>
            <w:proofErr w:type="gramStart"/>
            <w:r w:rsidRPr="00774D49">
              <w:rPr>
                <w:rFonts w:cs="Arial"/>
                <w:i/>
                <w:iCs/>
                <w:szCs w:val="19"/>
                <w:lang w:val="es-PE"/>
              </w:rPr>
              <w:t>semana?</w:t>
            </w:r>
            <w:r w:rsidRPr="00774D49">
              <w:rPr>
                <w:rFonts w:cs="Arial"/>
                <w:szCs w:val="19"/>
                <w:lang w:val="es-PE"/>
              </w:rPr>
              <w:t>.</w:t>
            </w:r>
            <w:proofErr w:type="gramEnd"/>
            <w:r w:rsidRPr="00774D49">
              <w:rPr>
                <w:rFonts w:cs="Arial"/>
                <w:szCs w:val="19"/>
                <w:lang w:val="es-PE"/>
              </w:rPr>
              <w:t xml:space="preserve"> Felicitamos el trabajo en equipo con un aplauso colectivo.</w:t>
            </w:r>
          </w:p>
          <w:p w14:paraId="3C77EBA0" w14:textId="285A7A67" w:rsidR="00691C3F" w:rsidRPr="00774D49" w:rsidRDefault="00691C3F" w:rsidP="00774D49">
            <w:pPr>
              <w:spacing w:after="0"/>
              <w:rPr>
                <w:rFonts w:cs="Arial"/>
                <w:b/>
                <w:bCs/>
                <w:szCs w:val="19"/>
                <w:lang w:val="es-PE"/>
              </w:rPr>
            </w:pPr>
            <w:r w:rsidRPr="00774D49">
              <w:rPr>
                <w:rFonts w:cs="Arial"/>
                <w:b/>
                <w:bCs/>
                <w:szCs w:val="19"/>
                <w:lang w:val="es-PE"/>
              </w:rPr>
              <w:t>Aseo, Refrigerio y Recreo (10:30 - 11:30)</w:t>
            </w:r>
          </w:p>
          <w:p w14:paraId="5F9725A0" w14:textId="77777777" w:rsidR="00691C3F" w:rsidRPr="00774D49" w:rsidRDefault="00691C3F" w:rsidP="00774D49">
            <w:pPr>
              <w:numPr>
                <w:ilvl w:val="0"/>
                <w:numId w:val="38"/>
              </w:numPr>
              <w:spacing w:after="0"/>
              <w:rPr>
                <w:rFonts w:cs="Arial"/>
                <w:szCs w:val="19"/>
                <w:lang w:val="es-PE"/>
              </w:rPr>
            </w:pPr>
            <w:r w:rsidRPr="00774D49">
              <w:rPr>
                <w:rFonts w:cs="Arial"/>
                <w:b/>
                <w:bCs/>
                <w:szCs w:val="19"/>
                <w:lang w:val="es-PE"/>
              </w:rPr>
              <w:t>Higiene:</w:t>
            </w:r>
            <w:r w:rsidRPr="00774D49">
              <w:rPr>
                <w:rFonts w:cs="Arial"/>
                <w:szCs w:val="19"/>
                <w:lang w:val="es-PE"/>
              </w:rPr>
              <w:t xml:space="preserve"> Rutina ordenada de lavado de manos con agua y jabón, modelando el secado paso a paso con papel toalla y promoviendo el cuidado del agua.</w:t>
            </w:r>
          </w:p>
          <w:p w14:paraId="448B566C" w14:textId="77777777" w:rsidR="00691C3F" w:rsidRPr="00774D49" w:rsidRDefault="00691C3F" w:rsidP="00774D49">
            <w:pPr>
              <w:numPr>
                <w:ilvl w:val="0"/>
                <w:numId w:val="38"/>
              </w:numPr>
              <w:spacing w:after="0"/>
              <w:rPr>
                <w:rFonts w:cs="Arial"/>
                <w:szCs w:val="19"/>
                <w:lang w:val="es-PE"/>
              </w:rPr>
            </w:pPr>
            <w:r w:rsidRPr="00774D49">
              <w:rPr>
                <w:rFonts w:cs="Arial"/>
                <w:b/>
                <w:bCs/>
                <w:szCs w:val="19"/>
                <w:lang w:val="es-PE"/>
              </w:rPr>
              <w:t>Alimentación:</w:t>
            </w:r>
            <w:r w:rsidRPr="00774D49">
              <w:rPr>
                <w:rFonts w:cs="Arial"/>
                <w:szCs w:val="19"/>
                <w:lang w:val="es-PE"/>
              </w:rPr>
              <w:t xml:space="preserve"> Consumo de la lonchera en un ambiente tranquilo y de convivencia armoniosa. Se refuerza que cada niño intente abrir sus envases y guarde sus pertenencias de forma autónoma al terminar.</w:t>
            </w:r>
          </w:p>
          <w:p w14:paraId="307F4B45" w14:textId="77777777" w:rsidR="00691C3F" w:rsidRPr="00774D49" w:rsidRDefault="00691C3F" w:rsidP="00774D49">
            <w:pPr>
              <w:numPr>
                <w:ilvl w:val="0"/>
                <w:numId w:val="38"/>
              </w:numPr>
              <w:spacing w:after="0"/>
              <w:rPr>
                <w:rFonts w:cs="Arial"/>
                <w:szCs w:val="19"/>
                <w:lang w:val="es-PE"/>
              </w:rPr>
            </w:pPr>
            <w:r w:rsidRPr="00774D49">
              <w:rPr>
                <w:rFonts w:cs="Arial"/>
                <w:b/>
                <w:bCs/>
                <w:szCs w:val="19"/>
                <w:lang w:val="es-PE"/>
              </w:rPr>
              <w:lastRenderedPageBreak/>
              <w:t>Recreo:</w:t>
            </w:r>
            <w:r w:rsidRPr="00774D49">
              <w:rPr>
                <w:rFonts w:cs="Arial"/>
                <w:szCs w:val="19"/>
                <w:lang w:val="es-PE"/>
              </w:rPr>
              <w:t xml:space="preserve"> Espacio de juego libre al aire libre en el patio exterior bajo el acompañamiento activo y supervisión de la docente.</w:t>
            </w:r>
          </w:p>
          <w:p w14:paraId="1E776E56" w14:textId="5BC5B275" w:rsidR="00691C3F" w:rsidRPr="00774D49" w:rsidRDefault="00691C3F" w:rsidP="00774D49">
            <w:pPr>
              <w:spacing w:after="0"/>
              <w:rPr>
                <w:rFonts w:cs="Arial"/>
                <w:b/>
                <w:bCs/>
                <w:szCs w:val="19"/>
                <w:lang w:val="es-PE"/>
              </w:rPr>
            </w:pPr>
            <w:r w:rsidRPr="00774D49">
              <w:rPr>
                <w:rFonts w:cs="Arial"/>
                <w:b/>
                <w:bCs/>
                <w:szCs w:val="19"/>
                <w:lang w:val="es-PE"/>
              </w:rPr>
              <w:t>Actividad Psicomotriz Corta (11:30 - 12:00)</w:t>
            </w:r>
          </w:p>
          <w:p w14:paraId="66D08BAB" w14:textId="77777777" w:rsidR="00691C3F" w:rsidRPr="00774D49" w:rsidRDefault="00691C3F" w:rsidP="00774D49">
            <w:pPr>
              <w:numPr>
                <w:ilvl w:val="0"/>
                <w:numId w:val="39"/>
              </w:numPr>
              <w:spacing w:after="0"/>
              <w:rPr>
                <w:rFonts w:cs="Arial"/>
                <w:szCs w:val="19"/>
                <w:lang w:val="es-PE"/>
              </w:rPr>
            </w:pPr>
            <w:r w:rsidRPr="00774D49">
              <w:rPr>
                <w:rFonts w:cs="Arial"/>
                <w:b/>
                <w:bCs/>
                <w:szCs w:val="19"/>
                <w:lang w:val="es-PE"/>
              </w:rPr>
              <w:t>Desarrollo Motriz:</w:t>
            </w:r>
            <w:r w:rsidRPr="00774D49">
              <w:rPr>
                <w:rFonts w:cs="Arial"/>
                <w:szCs w:val="19"/>
                <w:lang w:val="es-PE"/>
              </w:rPr>
              <w:t xml:space="preserve"> En el espacio de psicomotricidad se arma un circuito sencillo con colchonetas y aros. Los niños juegan a desplazarse libremente siguiendo el recorrido de forma autónoma, trepando y saltando de forma segura para regular sus movimientos y celebrar los logros corporales de la semana.</w:t>
            </w:r>
          </w:p>
          <w:p w14:paraId="698B0253" w14:textId="7D0198D5" w:rsidR="00691C3F" w:rsidRPr="00774D49" w:rsidRDefault="00691C3F" w:rsidP="00774D49">
            <w:pPr>
              <w:spacing w:after="0"/>
              <w:rPr>
                <w:rFonts w:cs="Arial"/>
                <w:b/>
                <w:bCs/>
                <w:szCs w:val="19"/>
                <w:lang w:val="es-PE"/>
              </w:rPr>
            </w:pPr>
            <w:r w:rsidRPr="00774D49">
              <w:rPr>
                <w:rFonts w:cs="Arial"/>
                <w:b/>
                <w:bCs/>
                <w:szCs w:val="19"/>
                <w:lang w:val="es-PE"/>
              </w:rPr>
              <w:t>El Taller (12:00 - 12:30)</w:t>
            </w:r>
          </w:p>
          <w:p w14:paraId="14E516E0" w14:textId="77777777" w:rsidR="00691C3F" w:rsidRPr="00774D49" w:rsidRDefault="00691C3F" w:rsidP="00774D49">
            <w:pPr>
              <w:numPr>
                <w:ilvl w:val="0"/>
                <w:numId w:val="40"/>
              </w:numPr>
              <w:spacing w:after="0"/>
              <w:rPr>
                <w:rFonts w:cs="Arial"/>
                <w:szCs w:val="19"/>
                <w:lang w:val="es-PE"/>
              </w:rPr>
            </w:pPr>
            <w:r w:rsidRPr="00774D49">
              <w:rPr>
                <w:rFonts w:cs="Arial"/>
                <w:b/>
                <w:bCs/>
                <w:szCs w:val="19"/>
                <w:lang w:val="es-PE"/>
              </w:rPr>
              <w:t>Taller Gráfico-Plástico:</w:t>
            </w:r>
            <w:r w:rsidRPr="00774D49">
              <w:rPr>
                <w:rFonts w:cs="Arial"/>
                <w:szCs w:val="19"/>
                <w:lang w:val="es-PE"/>
              </w:rPr>
              <w:t xml:space="preserve"> Colocamos masas o arcilla suave en las mesas de trabajo. Los niños juegan libremente a amasar, estirar, realizar huellas presionando las piedras lisas y las ramas pequeñas sobre la masa, explorando el volumen de los objetos sin la exigencia de un producto final.</w:t>
            </w:r>
          </w:p>
          <w:p w14:paraId="33AB585B" w14:textId="075E9EFA" w:rsidR="00691C3F" w:rsidRPr="00774D49" w:rsidRDefault="00691C3F" w:rsidP="00774D49">
            <w:pPr>
              <w:spacing w:after="0"/>
              <w:rPr>
                <w:rFonts w:cs="Arial"/>
                <w:b/>
                <w:bCs/>
                <w:szCs w:val="19"/>
                <w:lang w:val="es-PE"/>
              </w:rPr>
            </w:pPr>
            <w:r w:rsidRPr="00774D49">
              <w:rPr>
                <w:rFonts w:cs="Arial"/>
                <w:b/>
                <w:bCs/>
                <w:szCs w:val="19"/>
                <w:lang w:val="es-PE"/>
              </w:rPr>
              <w:t>Rutinas de Salida (12:30)</w:t>
            </w:r>
          </w:p>
          <w:p w14:paraId="4F6971C0" w14:textId="77777777" w:rsidR="00691C3F" w:rsidRPr="00774D49" w:rsidRDefault="00691C3F" w:rsidP="00774D49">
            <w:pPr>
              <w:numPr>
                <w:ilvl w:val="0"/>
                <w:numId w:val="41"/>
              </w:numPr>
              <w:spacing w:after="0"/>
              <w:rPr>
                <w:rFonts w:cs="Arial"/>
                <w:szCs w:val="19"/>
                <w:lang w:val="es-PE"/>
              </w:rPr>
            </w:pPr>
            <w:r w:rsidRPr="00774D49">
              <w:rPr>
                <w:rFonts w:cs="Arial"/>
                <w:b/>
                <w:bCs/>
                <w:szCs w:val="19"/>
                <w:lang w:val="es-PE"/>
              </w:rPr>
              <w:t>Cierre:</w:t>
            </w:r>
            <w:r w:rsidRPr="00774D49">
              <w:rPr>
                <w:rFonts w:cs="Arial"/>
                <w:szCs w:val="19"/>
                <w:lang w:val="es-PE"/>
              </w:rPr>
              <w:t xml:space="preserve"> Recuento final de las experiencias divertidas de la semana, orden autónomo de mochilas y abrigos. Despedida cariñosa e individualizada deseándoles un excelente fin de semana.</w:t>
            </w:r>
          </w:p>
          <w:p w14:paraId="1B3DB2A9" w14:textId="35E16209" w:rsidR="00691C3F" w:rsidRPr="00774D49" w:rsidRDefault="00691C3F" w:rsidP="00774D49">
            <w:pPr>
              <w:spacing w:after="0"/>
              <w:rPr>
                <w:rFonts w:cs="Arial"/>
                <w:szCs w:val="19"/>
                <w:lang w:val="es-PE"/>
              </w:rPr>
            </w:pPr>
          </w:p>
          <w:p w14:paraId="58193CD8" w14:textId="30A279E8" w:rsidR="00021EFA" w:rsidRPr="00774D49" w:rsidRDefault="00021EFA" w:rsidP="00774D49">
            <w:pPr>
              <w:spacing w:after="0"/>
              <w:rPr>
                <w:rFonts w:cs="Arial"/>
                <w:szCs w:val="19"/>
                <w:lang w:val="es-PE"/>
              </w:rPr>
            </w:pPr>
          </w:p>
        </w:tc>
        <w:tc>
          <w:tcPr>
            <w:tcW w:w="1623" w:type="dxa"/>
            <w:vAlign w:val="center"/>
          </w:tcPr>
          <w:p w14:paraId="5B400FF5" w14:textId="77777777" w:rsidR="00021EFA" w:rsidRPr="00774D49" w:rsidRDefault="00010C46" w:rsidP="00774D49">
            <w:pPr>
              <w:spacing w:after="0"/>
              <w:rPr>
                <w:rFonts w:cs="Arial"/>
                <w:szCs w:val="19"/>
                <w:lang w:val="es-PE"/>
              </w:rPr>
            </w:pPr>
            <w:r w:rsidRPr="00774D49">
              <w:rPr>
                <w:rFonts w:cs="Arial"/>
                <w:szCs w:val="19"/>
                <w:lang w:val="es-PE"/>
              </w:rPr>
              <w:lastRenderedPageBreak/>
              <w:t xml:space="preserve">Cuentos, </w:t>
            </w:r>
            <w:r w:rsidRPr="00774D49">
              <w:rPr>
                <w:rFonts w:cs="Arial"/>
                <w:szCs w:val="19"/>
                <w:lang w:val="es-PE"/>
              </w:rPr>
              <w:lastRenderedPageBreak/>
              <w:t>fotografías, objetos naturales, canastas rotuladas, producciones libres.</w:t>
            </w:r>
          </w:p>
        </w:tc>
        <w:tc>
          <w:tcPr>
            <w:tcW w:w="1696" w:type="dxa"/>
            <w:vAlign w:val="center"/>
          </w:tcPr>
          <w:p w14:paraId="43B1184C" w14:textId="77777777" w:rsidR="00021EFA" w:rsidRPr="00774D49" w:rsidRDefault="00010C46" w:rsidP="00774D49">
            <w:pPr>
              <w:spacing w:after="0"/>
              <w:rPr>
                <w:rFonts w:cs="Arial"/>
                <w:szCs w:val="19"/>
                <w:lang w:val="es-PE"/>
              </w:rPr>
            </w:pPr>
            <w:r w:rsidRPr="00774D49">
              <w:rPr>
                <w:rFonts w:cs="Arial"/>
                <w:szCs w:val="19"/>
                <w:lang w:val="es-PE"/>
              </w:rPr>
              <w:lastRenderedPageBreak/>
              <w:t xml:space="preserve">Registrar </w:t>
            </w:r>
            <w:r w:rsidRPr="00774D49">
              <w:rPr>
                <w:rFonts w:cs="Arial"/>
                <w:szCs w:val="19"/>
                <w:lang w:val="es-PE"/>
              </w:rPr>
              <w:lastRenderedPageBreak/>
              <w:t>comentarios, gestos, elección de materiales, memoria de experiencias y necesidad de nuevas provocaciones.</w:t>
            </w:r>
          </w:p>
        </w:tc>
      </w:tr>
      <w:tr w:rsidR="00774D49" w:rsidRPr="00774D49" w14:paraId="750D0FF5" w14:textId="77777777" w:rsidTr="007756FA">
        <w:trPr>
          <w:jc w:val="center"/>
        </w:trPr>
        <w:tc>
          <w:tcPr>
            <w:tcW w:w="2256" w:type="dxa"/>
            <w:gridSpan w:val="2"/>
            <w:vAlign w:val="center"/>
          </w:tcPr>
          <w:p w14:paraId="7CD6471A" w14:textId="627278BC" w:rsidR="00774D49" w:rsidRPr="00774D49" w:rsidRDefault="00774D49" w:rsidP="00774D49">
            <w:pPr>
              <w:spacing w:after="0"/>
              <w:rPr>
                <w:rFonts w:cs="Arial"/>
                <w:b/>
                <w:bCs/>
                <w:szCs w:val="19"/>
                <w:lang w:val="es-PE"/>
              </w:rPr>
            </w:pPr>
            <w:r w:rsidRPr="00774D49">
              <w:rPr>
                <w:rFonts w:cs="Arial"/>
                <w:b/>
                <w:bCs/>
                <w:szCs w:val="19"/>
                <w:lang w:val="es-PE"/>
              </w:rPr>
              <w:lastRenderedPageBreak/>
              <w:t>Áreas a observar:</w:t>
            </w:r>
          </w:p>
        </w:tc>
        <w:tc>
          <w:tcPr>
            <w:tcW w:w="5187" w:type="dxa"/>
            <w:vAlign w:val="center"/>
          </w:tcPr>
          <w:p w14:paraId="43729BAB" w14:textId="2DC3A194" w:rsidR="00774D49" w:rsidRPr="00774D49" w:rsidRDefault="00774D49" w:rsidP="00774D49">
            <w:pPr>
              <w:spacing w:after="0"/>
              <w:rPr>
                <w:rFonts w:cs="Arial"/>
                <w:b/>
                <w:bCs/>
                <w:szCs w:val="19"/>
                <w:lang w:val="es-PE"/>
              </w:rPr>
            </w:pPr>
            <w:r w:rsidRPr="00774D49">
              <w:rPr>
                <w:lang w:val="es-PE"/>
              </w:rPr>
              <w:t>Personal Social, Comunicación, y Matemática.</w:t>
            </w:r>
          </w:p>
        </w:tc>
        <w:tc>
          <w:tcPr>
            <w:tcW w:w="1623" w:type="dxa"/>
            <w:vAlign w:val="center"/>
          </w:tcPr>
          <w:p w14:paraId="1ECAC644" w14:textId="77777777" w:rsidR="00774D49" w:rsidRPr="00774D49" w:rsidRDefault="00774D49" w:rsidP="00774D49">
            <w:pPr>
              <w:spacing w:after="0"/>
              <w:rPr>
                <w:rFonts w:cs="Arial"/>
                <w:szCs w:val="19"/>
                <w:lang w:val="es-PE"/>
              </w:rPr>
            </w:pPr>
          </w:p>
        </w:tc>
        <w:tc>
          <w:tcPr>
            <w:tcW w:w="1696" w:type="dxa"/>
            <w:vAlign w:val="center"/>
          </w:tcPr>
          <w:p w14:paraId="6424DBB1" w14:textId="77777777" w:rsidR="00774D49" w:rsidRPr="00774D49" w:rsidRDefault="00774D49" w:rsidP="00774D49">
            <w:pPr>
              <w:spacing w:after="0"/>
              <w:rPr>
                <w:rFonts w:cs="Arial"/>
                <w:szCs w:val="19"/>
                <w:lang w:val="es-PE"/>
              </w:rPr>
            </w:pPr>
          </w:p>
        </w:tc>
      </w:tr>
    </w:tbl>
    <w:p w14:paraId="5D600703" w14:textId="77777777" w:rsidR="00E94D2D" w:rsidRPr="00774D49" w:rsidRDefault="00E94D2D">
      <w:pPr>
        <w:rPr>
          <w:rFonts w:eastAsiaTheme="majorEastAsia" w:cs="Arial"/>
          <w:b/>
          <w:bCs/>
          <w:color w:val="C71585"/>
          <w:sz w:val="24"/>
          <w:szCs w:val="26"/>
          <w:lang w:val="es-PE"/>
        </w:rPr>
      </w:pPr>
    </w:p>
    <w:p w14:paraId="5AE5F59E" w14:textId="0256F775" w:rsidR="00021EFA" w:rsidRPr="00774D49" w:rsidRDefault="00E94D2D">
      <w:pPr>
        <w:rPr>
          <w:rFonts w:eastAsiaTheme="majorEastAsia" w:cs="Arial"/>
          <w:b/>
          <w:bCs/>
          <w:color w:val="C71585"/>
          <w:sz w:val="24"/>
          <w:szCs w:val="26"/>
          <w:lang w:val="es-PE"/>
        </w:rPr>
      </w:pPr>
      <w:r w:rsidRPr="00774D49">
        <w:rPr>
          <w:rFonts w:eastAsiaTheme="majorEastAsia" w:cs="Arial"/>
          <w:b/>
          <w:bCs/>
          <w:color w:val="C71585"/>
          <w:sz w:val="24"/>
          <w:szCs w:val="26"/>
          <w:lang w:val="es-PE"/>
        </w:rPr>
        <w:t>SEMANA 2: Exploro agua, tierra y texturas</w:t>
      </w:r>
    </w:p>
    <w:tbl>
      <w:tblPr>
        <w:tblStyle w:val="Tablaconcuadrcula"/>
        <w:tblW w:w="0" w:type="auto"/>
        <w:jc w:val="center"/>
        <w:tblLook w:val="04A0" w:firstRow="1" w:lastRow="0" w:firstColumn="1" w:lastColumn="0" w:noHBand="0" w:noVBand="1"/>
      </w:tblPr>
      <w:tblGrid>
        <w:gridCol w:w="746"/>
        <w:gridCol w:w="1357"/>
        <w:gridCol w:w="5681"/>
        <w:gridCol w:w="1431"/>
        <w:gridCol w:w="1547"/>
      </w:tblGrid>
      <w:tr w:rsidR="00F5459A" w:rsidRPr="00774D49" w14:paraId="0FBD6364" w14:textId="77777777" w:rsidTr="00895ADD">
        <w:trPr>
          <w:jc w:val="center"/>
        </w:trPr>
        <w:tc>
          <w:tcPr>
            <w:tcW w:w="746" w:type="dxa"/>
            <w:shd w:val="clear" w:color="auto" w:fill="FFF2CC"/>
            <w:vAlign w:val="center"/>
          </w:tcPr>
          <w:p w14:paraId="17FB1270" w14:textId="77777777" w:rsidR="00F5459A" w:rsidRPr="00774D49" w:rsidRDefault="00F5459A" w:rsidP="00774D49">
            <w:pPr>
              <w:spacing w:after="0"/>
              <w:jc w:val="center"/>
              <w:rPr>
                <w:rFonts w:cs="Arial"/>
                <w:szCs w:val="19"/>
                <w:lang w:val="es-PE"/>
              </w:rPr>
            </w:pPr>
            <w:r w:rsidRPr="00774D49">
              <w:rPr>
                <w:rFonts w:cs="Arial"/>
                <w:b/>
                <w:szCs w:val="19"/>
                <w:lang w:val="es-PE"/>
              </w:rPr>
              <w:t>Día</w:t>
            </w:r>
          </w:p>
        </w:tc>
        <w:tc>
          <w:tcPr>
            <w:tcW w:w="1357" w:type="dxa"/>
            <w:shd w:val="clear" w:color="auto" w:fill="FFF2CC"/>
            <w:vAlign w:val="center"/>
          </w:tcPr>
          <w:p w14:paraId="15FF21E4" w14:textId="77777777" w:rsidR="00F5459A" w:rsidRPr="00774D49" w:rsidRDefault="00F5459A" w:rsidP="00774D49">
            <w:pPr>
              <w:spacing w:after="0"/>
              <w:jc w:val="center"/>
              <w:rPr>
                <w:rFonts w:cs="Arial"/>
                <w:szCs w:val="19"/>
                <w:lang w:val="es-PE"/>
              </w:rPr>
            </w:pPr>
            <w:r w:rsidRPr="00774D49">
              <w:rPr>
                <w:rFonts w:cs="Arial"/>
                <w:b/>
                <w:szCs w:val="19"/>
                <w:lang w:val="es-PE"/>
              </w:rPr>
              <w:t>Provocación / contexto</w:t>
            </w:r>
          </w:p>
        </w:tc>
        <w:tc>
          <w:tcPr>
            <w:tcW w:w="5681" w:type="dxa"/>
            <w:shd w:val="clear" w:color="auto" w:fill="FFF2CC"/>
            <w:vAlign w:val="center"/>
          </w:tcPr>
          <w:p w14:paraId="77C3DB13" w14:textId="77777777" w:rsidR="00F5459A" w:rsidRPr="00774D49" w:rsidRDefault="00F5459A" w:rsidP="00774D49">
            <w:pPr>
              <w:spacing w:after="0"/>
              <w:jc w:val="center"/>
              <w:rPr>
                <w:rFonts w:cs="Arial"/>
                <w:szCs w:val="19"/>
                <w:lang w:val="es-PE"/>
              </w:rPr>
            </w:pPr>
            <w:r w:rsidRPr="00774D49">
              <w:rPr>
                <w:rFonts w:cs="Arial"/>
                <w:b/>
                <w:szCs w:val="19"/>
                <w:lang w:val="es-PE"/>
              </w:rPr>
              <w:t>Descripción de la experiencia</w:t>
            </w:r>
          </w:p>
        </w:tc>
        <w:tc>
          <w:tcPr>
            <w:tcW w:w="1431" w:type="dxa"/>
            <w:shd w:val="clear" w:color="auto" w:fill="FFF2CC"/>
            <w:vAlign w:val="center"/>
          </w:tcPr>
          <w:p w14:paraId="2FB87166" w14:textId="77777777" w:rsidR="00F5459A" w:rsidRPr="00774D49" w:rsidRDefault="00F5459A" w:rsidP="00774D49">
            <w:pPr>
              <w:spacing w:after="0"/>
              <w:jc w:val="center"/>
              <w:rPr>
                <w:rFonts w:cs="Arial"/>
                <w:szCs w:val="19"/>
                <w:lang w:val="es-PE"/>
              </w:rPr>
            </w:pPr>
            <w:r w:rsidRPr="00774D49">
              <w:rPr>
                <w:rFonts w:cs="Arial"/>
                <w:b/>
                <w:szCs w:val="19"/>
                <w:lang w:val="es-PE"/>
              </w:rPr>
              <w:t>Materiales</w:t>
            </w:r>
          </w:p>
        </w:tc>
        <w:tc>
          <w:tcPr>
            <w:tcW w:w="1547" w:type="dxa"/>
            <w:shd w:val="clear" w:color="auto" w:fill="FFF2CC"/>
            <w:vAlign w:val="center"/>
          </w:tcPr>
          <w:p w14:paraId="51E31585" w14:textId="77777777" w:rsidR="00F5459A" w:rsidRPr="00774D49" w:rsidRDefault="00F5459A" w:rsidP="00774D49">
            <w:pPr>
              <w:spacing w:after="0"/>
              <w:jc w:val="center"/>
              <w:rPr>
                <w:rFonts w:cs="Arial"/>
                <w:szCs w:val="19"/>
                <w:lang w:val="es-PE"/>
              </w:rPr>
            </w:pPr>
            <w:r w:rsidRPr="00774D49">
              <w:rPr>
                <w:rFonts w:cs="Arial"/>
                <w:b/>
                <w:szCs w:val="19"/>
                <w:lang w:val="es-PE"/>
              </w:rPr>
              <w:t>Qué observaré</w:t>
            </w:r>
          </w:p>
        </w:tc>
      </w:tr>
      <w:tr w:rsidR="009A66CC" w:rsidRPr="00774D49" w14:paraId="1A94AB3D" w14:textId="77777777" w:rsidTr="00895ADD">
        <w:trPr>
          <w:jc w:val="center"/>
        </w:trPr>
        <w:tc>
          <w:tcPr>
            <w:tcW w:w="746" w:type="dxa"/>
            <w:vAlign w:val="center"/>
          </w:tcPr>
          <w:p w14:paraId="6F9A9F29" w14:textId="6E9452F0" w:rsidR="00F5459A" w:rsidRPr="00774D49" w:rsidRDefault="00F5459A" w:rsidP="00774D49">
            <w:pPr>
              <w:spacing w:after="0"/>
              <w:rPr>
                <w:rFonts w:cs="Arial"/>
                <w:szCs w:val="19"/>
                <w:lang w:val="es-PE"/>
              </w:rPr>
            </w:pPr>
            <w:r w:rsidRPr="00774D49">
              <w:rPr>
                <w:rFonts w:cs="Arial"/>
                <w:szCs w:val="19"/>
                <w:lang w:val="es-PE"/>
              </w:rPr>
              <w:t>Día 6</w:t>
            </w:r>
          </w:p>
        </w:tc>
        <w:tc>
          <w:tcPr>
            <w:tcW w:w="1357" w:type="dxa"/>
            <w:vAlign w:val="center"/>
          </w:tcPr>
          <w:p w14:paraId="19D8CBB4" w14:textId="75FE7D2F" w:rsidR="00F5459A" w:rsidRPr="00774D49" w:rsidRDefault="0049128A" w:rsidP="00774D49">
            <w:pPr>
              <w:spacing w:after="0"/>
              <w:rPr>
                <w:rFonts w:cs="Arial"/>
                <w:szCs w:val="19"/>
                <w:lang w:val="es-PE"/>
              </w:rPr>
            </w:pPr>
            <w:r w:rsidRPr="00774D49">
              <w:rPr>
                <w:rFonts w:cs="Arial"/>
                <w:szCs w:val="19"/>
                <w:lang w:val="es-PE"/>
              </w:rPr>
              <w:t>Descubrimos la tierra y hacemos huellas de barro</w:t>
            </w:r>
          </w:p>
        </w:tc>
        <w:tc>
          <w:tcPr>
            <w:tcW w:w="5681" w:type="dxa"/>
            <w:vAlign w:val="center"/>
          </w:tcPr>
          <w:p w14:paraId="5898EC0A" w14:textId="6230FF44" w:rsidR="0049128A" w:rsidRPr="00774D49" w:rsidRDefault="0049128A" w:rsidP="00774D49">
            <w:pPr>
              <w:spacing w:after="0"/>
              <w:jc w:val="both"/>
              <w:rPr>
                <w:rFonts w:cs="Arial"/>
                <w:b/>
                <w:bCs/>
                <w:szCs w:val="19"/>
                <w:lang w:val="es-PE"/>
              </w:rPr>
            </w:pPr>
            <w:r w:rsidRPr="00774D49">
              <w:rPr>
                <w:rFonts w:cs="Arial"/>
                <w:b/>
                <w:bCs/>
                <w:szCs w:val="19"/>
                <w:lang w:val="es-PE"/>
              </w:rPr>
              <w:t>Rutinas de Entrada (08:00 - 08:30)</w:t>
            </w:r>
          </w:p>
          <w:p w14:paraId="7DA41A44" w14:textId="77777777" w:rsidR="0049128A" w:rsidRPr="00774D49" w:rsidRDefault="0049128A" w:rsidP="00774D49">
            <w:pPr>
              <w:numPr>
                <w:ilvl w:val="0"/>
                <w:numId w:val="42"/>
              </w:numPr>
              <w:spacing w:after="0"/>
              <w:jc w:val="both"/>
              <w:rPr>
                <w:rFonts w:cs="Arial"/>
                <w:szCs w:val="19"/>
                <w:lang w:val="es-PE"/>
              </w:rPr>
            </w:pPr>
            <w:r w:rsidRPr="00774D49">
              <w:rPr>
                <w:rFonts w:cs="Arial"/>
                <w:b/>
                <w:bCs/>
                <w:szCs w:val="19"/>
                <w:lang w:val="es-PE"/>
              </w:rPr>
              <w:t>Recepción:</w:t>
            </w:r>
            <w:r w:rsidRPr="00774D49">
              <w:rPr>
                <w:rFonts w:cs="Arial"/>
                <w:szCs w:val="19"/>
                <w:lang w:val="es-PE"/>
              </w:rPr>
              <w:t xml:space="preserve"> Bienvenida afectuosa y personalizada a la altura del niño. Se genera un ambiente de calma para iniciar la segunda semana con seguridad, validando sus emociones.</w:t>
            </w:r>
          </w:p>
          <w:p w14:paraId="1B908C5B" w14:textId="77777777" w:rsidR="0049128A" w:rsidRPr="00774D49" w:rsidRDefault="0049128A" w:rsidP="00774D49">
            <w:pPr>
              <w:numPr>
                <w:ilvl w:val="0"/>
                <w:numId w:val="42"/>
              </w:numPr>
              <w:spacing w:after="0"/>
              <w:jc w:val="both"/>
              <w:rPr>
                <w:rFonts w:cs="Arial"/>
                <w:szCs w:val="19"/>
                <w:lang w:val="es-PE"/>
              </w:rPr>
            </w:pPr>
            <w:r w:rsidRPr="00774D49">
              <w:rPr>
                <w:rFonts w:cs="Arial"/>
                <w:b/>
                <w:bCs/>
                <w:szCs w:val="19"/>
                <w:lang w:val="es-PE"/>
              </w:rPr>
              <w:t>Cajas de Espera:</w:t>
            </w:r>
            <w:r w:rsidRPr="00774D49">
              <w:rPr>
                <w:rFonts w:cs="Arial"/>
                <w:szCs w:val="19"/>
                <w:lang w:val="es-PE"/>
              </w:rPr>
              <w:t xml:space="preserve"> En las mesas se colocan frascos transparentes de plástico cerrados con diferentes tipos de tierra (tierra negra de jardín, arena fina, tierra con piedritas) para que los agiten y observen al llegar.</w:t>
            </w:r>
          </w:p>
          <w:p w14:paraId="13653708" w14:textId="77777777" w:rsidR="0049128A" w:rsidRPr="00774D49" w:rsidRDefault="0049128A" w:rsidP="00774D49">
            <w:pPr>
              <w:numPr>
                <w:ilvl w:val="0"/>
                <w:numId w:val="42"/>
              </w:numPr>
              <w:spacing w:after="0"/>
              <w:jc w:val="both"/>
              <w:rPr>
                <w:rFonts w:cs="Arial"/>
                <w:szCs w:val="19"/>
                <w:lang w:val="es-PE"/>
              </w:rPr>
            </w:pPr>
            <w:r w:rsidRPr="00774D49">
              <w:rPr>
                <w:rFonts w:cs="Arial"/>
                <w:b/>
                <w:bCs/>
                <w:szCs w:val="19"/>
                <w:lang w:val="es-PE"/>
              </w:rPr>
              <w:t>Actividades Permanentes:</w:t>
            </w:r>
            <w:r w:rsidRPr="00774D49">
              <w:rPr>
                <w:rFonts w:cs="Arial"/>
                <w:szCs w:val="19"/>
                <w:lang w:val="es-PE"/>
              </w:rPr>
              <w:t xml:space="preserve"> Asamblea breve en semicírculo. Cantamos para saludarnos, registramos la asistencia en el cartel de fotos y actualizamos el calendario de forma lúdica.</w:t>
            </w:r>
          </w:p>
          <w:p w14:paraId="2CFCFBAF" w14:textId="046CD772" w:rsidR="0049128A" w:rsidRPr="00774D49" w:rsidRDefault="0049128A" w:rsidP="00774D49">
            <w:pPr>
              <w:spacing w:after="0"/>
              <w:rPr>
                <w:rFonts w:cs="Arial"/>
                <w:b/>
                <w:bCs/>
                <w:szCs w:val="19"/>
                <w:lang w:val="es-PE"/>
              </w:rPr>
            </w:pPr>
            <w:r w:rsidRPr="00774D49">
              <w:rPr>
                <w:rFonts w:cs="Arial"/>
                <w:b/>
                <w:bCs/>
                <w:szCs w:val="19"/>
                <w:lang w:val="es-PE"/>
              </w:rPr>
              <w:t xml:space="preserve">Juego Libre en los </w:t>
            </w:r>
            <w:r w:rsidR="00ED22D0" w:rsidRPr="00774D49">
              <w:rPr>
                <w:rFonts w:cs="Arial"/>
                <w:b/>
                <w:bCs/>
                <w:szCs w:val="19"/>
                <w:lang w:val="es-PE"/>
              </w:rPr>
              <w:t>espacios</w:t>
            </w:r>
            <w:r w:rsidRPr="00774D49">
              <w:rPr>
                <w:rFonts w:cs="Arial"/>
                <w:b/>
                <w:bCs/>
                <w:szCs w:val="19"/>
                <w:lang w:val="es-PE"/>
              </w:rPr>
              <w:t xml:space="preserve"> (08:30 - 09:30)</w:t>
            </w:r>
          </w:p>
          <w:p w14:paraId="005030E2" w14:textId="77777777" w:rsidR="0049128A" w:rsidRPr="00774D49" w:rsidRDefault="0049128A" w:rsidP="00774D49">
            <w:pPr>
              <w:numPr>
                <w:ilvl w:val="0"/>
                <w:numId w:val="43"/>
              </w:numPr>
              <w:spacing w:after="0"/>
              <w:rPr>
                <w:rFonts w:cs="Arial"/>
                <w:szCs w:val="19"/>
                <w:lang w:val="es-PE"/>
              </w:rPr>
            </w:pPr>
            <w:r w:rsidRPr="00774D49">
              <w:rPr>
                <w:rFonts w:cs="Arial"/>
                <w:b/>
                <w:bCs/>
                <w:szCs w:val="19"/>
                <w:lang w:val="es-PE"/>
              </w:rPr>
              <w:t>Planificación y Organización (Fase 1):</w:t>
            </w:r>
            <w:r w:rsidRPr="00774D49">
              <w:rPr>
                <w:rFonts w:cs="Arial"/>
                <w:szCs w:val="19"/>
                <w:lang w:val="es-PE"/>
              </w:rPr>
              <w:t xml:space="preserve"> Sentados en círculo, los niños recuerdan las normas de convivencia y eligen el sector de su interés. Se distribuyen los collares identificadores.</w:t>
            </w:r>
          </w:p>
          <w:p w14:paraId="1F700C72" w14:textId="77777777" w:rsidR="0049128A" w:rsidRPr="00774D49" w:rsidRDefault="0049128A" w:rsidP="00774D49">
            <w:pPr>
              <w:numPr>
                <w:ilvl w:val="0"/>
                <w:numId w:val="43"/>
              </w:numPr>
              <w:spacing w:after="0"/>
              <w:rPr>
                <w:rFonts w:cs="Arial"/>
                <w:szCs w:val="19"/>
                <w:lang w:val="es-PE"/>
              </w:rPr>
            </w:pPr>
            <w:r w:rsidRPr="00774D49">
              <w:rPr>
                <w:rFonts w:cs="Arial"/>
                <w:b/>
                <w:bCs/>
                <w:szCs w:val="19"/>
                <w:lang w:val="es-PE"/>
              </w:rPr>
              <w:t>Desarrollo o Ejecución (Fase 2):</w:t>
            </w:r>
            <w:r w:rsidRPr="00774D49">
              <w:rPr>
                <w:rFonts w:cs="Arial"/>
                <w:szCs w:val="19"/>
                <w:lang w:val="es-PE"/>
              </w:rPr>
              <w:t xml:space="preserve"> Los niños juegan de forma autónoma. La docente realiza observación periférica e interviene de manera indirecta para apoyar el juego si el niño lo requiere, registrando datos en su cuaderno de campo.</w:t>
            </w:r>
          </w:p>
          <w:p w14:paraId="289A29B0" w14:textId="77777777" w:rsidR="0049128A" w:rsidRPr="00774D49" w:rsidRDefault="0049128A" w:rsidP="00774D49">
            <w:pPr>
              <w:numPr>
                <w:ilvl w:val="0"/>
                <w:numId w:val="43"/>
              </w:numPr>
              <w:spacing w:after="0"/>
              <w:rPr>
                <w:rFonts w:cs="Arial"/>
                <w:szCs w:val="19"/>
                <w:lang w:val="es-PE"/>
              </w:rPr>
            </w:pPr>
            <w:r w:rsidRPr="00774D49">
              <w:rPr>
                <w:rFonts w:cs="Arial"/>
                <w:b/>
                <w:bCs/>
                <w:szCs w:val="19"/>
                <w:lang w:val="es-PE"/>
              </w:rPr>
              <w:t>Orden, Socialización y Representación (Fase 3):</w:t>
            </w:r>
            <w:r w:rsidRPr="00774D49">
              <w:rPr>
                <w:rFonts w:cs="Arial"/>
                <w:szCs w:val="19"/>
                <w:lang w:val="es-PE"/>
              </w:rPr>
              <w:t xml:space="preserve"> Cantamos la canción de orden. Los niños guardan los juguetes en su lugar y comentan brevemente en asamblea con qué materiales jugaron.</w:t>
            </w:r>
          </w:p>
          <w:p w14:paraId="3D3E169C" w14:textId="395A9FC7" w:rsidR="0049128A" w:rsidRPr="00774D49" w:rsidRDefault="0049128A" w:rsidP="00774D49">
            <w:pPr>
              <w:spacing w:after="0"/>
              <w:rPr>
                <w:rFonts w:cs="Arial"/>
                <w:b/>
                <w:bCs/>
                <w:szCs w:val="19"/>
                <w:lang w:val="es-PE"/>
              </w:rPr>
            </w:pPr>
            <w:r w:rsidRPr="00774D49">
              <w:rPr>
                <w:rFonts w:cs="Arial"/>
                <w:b/>
                <w:bCs/>
                <w:szCs w:val="19"/>
                <w:lang w:val="es-PE"/>
              </w:rPr>
              <w:t>Actividad Significativa / Sesión Central (09:30 - 10:30)</w:t>
            </w:r>
          </w:p>
          <w:p w14:paraId="11F63811" w14:textId="77777777" w:rsidR="0049128A" w:rsidRPr="00774D49" w:rsidRDefault="0049128A" w:rsidP="00774D49">
            <w:pPr>
              <w:numPr>
                <w:ilvl w:val="0"/>
                <w:numId w:val="44"/>
              </w:numPr>
              <w:spacing w:after="0"/>
              <w:rPr>
                <w:rFonts w:cs="Arial"/>
                <w:szCs w:val="19"/>
                <w:lang w:val="es-PE"/>
              </w:rPr>
            </w:pPr>
            <w:r w:rsidRPr="00774D49">
              <w:rPr>
                <w:rFonts w:cs="Arial"/>
                <w:b/>
                <w:bCs/>
                <w:szCs w:val="19"/>
                <w:lang w:val="es-PE"/>
              </w:rPr>
              <w:t>Inicio (Antes):</w:t>
            </w:r>
            <w:r w:rsidRPr="00774D49">
              <w:rPr>
                <w:rFonts w:cs="Arial"/>
                <w:szCs w:val="19"/>
                <w:lang w:val="es-PE"/>
              </w:rPr>
              <w:t xml:space="preserve"> Nos reunimos en asamblea. La docente presenta una tina grande con tierra limpia y seca de jardín. Invita a los niños a tocarla con las manos secas: </w:t>
            </w:r>
            <w:r w:rsidRPr="00774D49">
              <w:rPr>
                <w:rFonts w:cs="Arial"/>
                <w:i/>
                <w:iCs/>
                <w:szCs w:val="19"/>
                <w:lang w:val="es-PE"/>
              </w:rPr>
              <w:t xml:space="preserve">¿Cómo se siente esta tierra? ¿Está suave o raspa? </w:t>
            </w:r>
            <w:r w:rsidRPr="00774D49">
              <w:rPr>
                <w:rFonts w:cs="Arial"/>
                <w:i/>
                <w:iCs/>
                <w:szCs w:val="19"/>
                <w:lang w:val="es-PE"/>
              </w:rPr>
              <w:lastRenderedPageBreak/>
              <w:t xml:space="preserve">¿Qué pasará si le agregamos un poquito de </w:t>
            </w:r>
            <w:proofErr w:type="gramStart"/>
            <w:r w:rsidRPr="00774D49">
              <w:rPr>
                <w:rFonts w:cs="Arial"/>
                <w:i/>
                <w:iCs/>
                <w:szCs w:val="19"/>
                <w:lang w:val="es-PE"/>
              </w:rPr>
              <w:t>agua?</w:t>
            </w:r>
            <w:r w:rsidRPr="00774D49">
              <w:rPr>
                <w:rFonts w:cs="Arial"/>
                <w:szCs w:val="19"/>
                <w:lang w:val="es-PE"/>
              </w:rPr>
              <w:t>.</w:t>
            </w:r>
            <w:proofErr w:type="gramEnd"/>
          </w:p>
          <w:p w14:paraId="2DD18C0A" w14:textId="0F0CF056" w:rsidR="0049128A" w:rsidRPr="00774D49" w:rsidRDefault="0049128A" w:rsidP="00774D49">
            <w:pPr>
              <w:numPr>
                <w:ilvl w:val="0"/>
                <w:numId w:val="44"/>
              </w:numPr>
              <w:spacing w:after="0"/>
              <w:rPr>
                <w:rFonts w:cs="Arial"/>
                <w:szCs w:val="19"/>
                <w:lang w:val="es-PE"/>
              </w:rPr>
            </w:pPr>
            <w:r w:rsidRPr="00774D49">
              <w:rPr>
                <w:rFonts w:cs="Arial"/>
                <w:b/>
                <w:bCs/>
                <w:szCs w:val="19"/>
                <w:lang w:val="es-PE"/>
              </w:rPr>
              <w:t>Desarrollo (Durante):</w:t>
            </w:r>
            <w:r w:rsidRPr="00774D49">
              <w:rPr>
                <w:rFonts w:cs="Arial"/>
                <w:szCs w:val="19"/>
                <w:lang w:val="es-PE"/>
              </w:rPr>
              <w:t xml:space="preserve"> Nos organizamos en las mesas de trabajo (previamente protegidas). Cada grupo recibe bandejas con tierra, jarras pequeñas con un poco de agua y cucharas de plástico gruesas. Los niños exploran libremente echando el agua, mezclando con sus manos y descubriendo cómo la tierra cambia de textura y color al convertirse en barro blando. La docente acompaña verbalizando y expandiendo el lenguaje: </w:t>
            </w:r>
            <w:r w:rsidR="00ED22D0" w:rsidRPr="00774D49">
              <w:rPr>
                <w:rFonts w:cs="Arial"/>
                <w:szCs w:val="19"/>
                <w:lang w:val="es-PE"/>
              </w:rPr>
              <w:t>“</w:t>
            </w:r>
            <w:r w:rsidRPr="00774D49">
              <w:rPr>
                <w:rFonts w:cs="Arial"/>
                <w:i/>
                <w:iCs/>
                <w:szCs w:val="19"/>
                <w:lang w:val="es-PE"/>
              </w:rPr>
              <w:t>¡Oh, tu tierra ahora está húmeda y pegajosa!</w:t>
            </w:r>
            <w:r w:rsidR="00ED22D0" w:rsidRPr="00774D49">
              <w:rPr>
                <w:rFonts w:cs="Arial"/>
                <w:i/>
                <w:iCs/>
                <w:szCs w:val="19"/>
                <w:lang w:val="es-PE"/>
              </w:rPr>
              <w:t>”</w:t>
            </w:r>
            <w:r w:rsidRPr="00774D49">
              <w:rPr>
                <w:rFonts w:cs="Arial"/>
                <w:szCs w:val="19"/>
                <w:lang w:val="es-PE"/>
              </w:rPr>
              <w:t xml:space="preserve"> o </w:t>
            </w:r>
            <w:r w:rsidR="00ED22D0" w:rsidRPr="00774D49">
              <w:rPr>
                <w:rFonts w:cs="Arial"/>
                <w:szCs w:val="19"/>
                <w:lang w:val="es-PE"/>
              </w:rPr>
              <w:t>“</w:t>
            </w:r>
            <w:r w:rsidRPr="00774D49">
              <w:rPr>
                <w:rFonts w:cs="Arial"/>
                <w:i/>
                <w:iCs/>
                <w:szCs w:val="19"/>
                <w:lang w:val="es-PE"/>
              </w:rPr>
              <w:t>Estás haciendo una masa de barro</w:t>
            </w:r>
            <w:r w:rsidR="00ED22D0" w:rsidRPr="00774D49">
              <w:rPr>
                <w:rFonts w:cs="Arial"/>
                <w:i/>
                <w:iCs/>
                <w:szCs w:val="19"/>
                <w:lang w:val="es-PE"/>
              </w:rPr>
              <w:t>”</w:t>
            </w:r>
            <w:r w:rsidRPr="00774D49">
              <w:rPr>
                <w:rFonts w:cs="Arial"/>
                <w:szCs w:val="19"/>
                <w:lang w:val="es-PE"/>
              </w:rPr>
              <w:t>.</w:t>
            </w:r>
          </w:p>
          <w:p w14:paraId="5AF62762" w14:textId="77777777" w:rsidR="0049128A" w:rsidRPr="00774D49" w:rsidRDefault="0049128A" w:rsidP="00774D49">
            <w:pPr>
              <w:numPr>
                <w:ilvl w:val="0"/>
                <w:numId w:val="44"/>
              </w:numPr>
              <w:spacing w:after="0"/>
              <w:rPr>
                <w:rFonts w:cs="Arial"/>
                <w:szCs w:val="19"/>
                <w:lang w:val="es-PE"/>
              </w:rPr>
            </w:pPr>
            <w:r w:rsidRPr="00774D49">
              <w:rPr>
                <w:rFonts w:cs="Arial"/>
                <w:b/>
                <w:bCs/>
                <w:szCs w:val="19"/>
                <w:lang w:val="es-PE"/>
              </w:rPr>
              <w:t>Cierre (Después):</w:t>
            </w:r>
            <w:r w:rsidRPr="00774D49">
              <w:rPr>
                <w:rFonts w:cs="Arial"/>
                <w:szCs w:val="19"/>
                <w:lang w:val="es-PE"/>
              </w:rPr>
              <w:t xml:space="preserve"> Regresamos a la asamblea breve. Dialogamos mediante preguntas sencillas de metacognición: </w:t>
            </w:r>
            <w:r w:rsidRPr="00774D49">
              <w:rPr>
                <w:rFonts w:cs="Arial"/>
                <w:i/>
                <w:iCs/>
                <w:szCs w:val="19"/>
                <w:lang w:val="es-PE"/>
              </w:rPr>
              <w:t xml:space="preserve">¿Qué pasó con la tierra cuando le pusiste agua? ¿Cómo se sienten tus manos </w:t>
            </w:r>
            <w:proofErr w:type="gramStart"/>
            <w:r w:rsidRPr="00774D49">
              <w:rPr>
                <w:rFonts w:cs="Arial"/>
                <w:i/>
                <w:iCs/>
                <w:szCs w:val="19"/>
                <w:lang w:val="es-PE"/>
              </w:rPr>
              <w:t>ahora?</w:t>
            </w:r>
            <w:r w:rsidRPr="00774D49">
              <w:rPr>
                <w:rFonts w:cs="Arial"/>
                <w:szCs w:val="19"/>
                <w:lang w:val="es-PE"/>
              </w:rPr>
              <w:t>.</w:t>
            </w:r>
            <w:proofErr w:type="gramEnd"/>
            <w:r w:rsidRPr="00774D49">
              <w:rPr>
                <w:rFonts w:cs="Arial"/>
                <w:szCs w:val="19"/>
                <w:lang w:val="es-PE"/>
              </w:rPr>
              <w:t xml:space="preserve"> Guardamos los materiales y preparamos el espacio para la limpieza.</w:t>
            </w:r>
          </w:p>
          <w:p w14:paraId="3051CCF2" w14:textId="77777777" w:rsidR="0049128A" w:rsidRPr="00774D49" w:rsidRDefault="0049128A" w:rsidP="00774D49">
            <w:pPr>
              <w:spacing w:after="0"/>
              <w:rPr>
                <w:rFonts w:cs="Arial"/>
                <w:b/>
                <w:bCs/>
                <w:szCs w:val="19"/>
                <w:lang w:val="es-PE"/>
              </w:rPr>
            </w:pPr>
            <w:r w:rsidRPr="00774D49">
              <w:rPr>
                <w:rFonts w:cs="Arial"/>
                <w:b/>
                <w:bCs/>
                <w:szCs w:val="19"/>
                <w:lang w:val="es-PE"/>
              </w:rPr>
              <w:t>4. Aseo, Refrigerio y Recreo (10:30 - 11:30)</w:t>
            </w:r>
          </w:p>
          <w:p w14:paraId="4D301A6F" w14:textId="77777777" w:rsidR="0049128A" w:rsidRPr="00774D49" w:rsidRDefault="0049128A" w:rsidP="00774D49">
            <w:pPr>
              <w:numPr>
                <w:ilvl w:val="0"/>
                <w:numId w:val="45"/>
              </w:numPr>
              <w:spacing w:after="0"/>
              <w:rPr>
                <w:rFonts w:cs="Arial"/>
                <w:szCs w:val="19"/>
                <w:lang w:val="es-PE"/>
              </w:rPr>
            </w:pPr>
            <w:r w:rsidRPr="00774D49">
              <w:rPr>
                <w:rFonts w:cs="Arial"/>
                <w:b/>
                <w:bCs/>
                <w:szCs w:val="19"/>
                <w:lang w:val="es-PE"/>
              </w:rPr>
              <w:t>Higiene:</w:t>
            </w:r>
            <w:r w:rsidRPr="00774D49">
              <w:rPr>
                <w:rFonts w:cs="Arial"/>
                <w:szCs w:val="19"/>
                <w:lang w:val="es-PE"/>
              </w:rPr>
              <w:t xml:space="preserve"> Rutina minuciosa de lavado de manos con agua y jabón para retirar los restos de tierra/barro, modelando el secado con papel toalla y reforzando su autonomía.</w:t>
            </w:r>
          </w:p>
          <w:p w14:paraId="4972E8D8" w14:textId="77777777" w:rsidR="0049128A" w:rsidRPr="00774D49" w:rsidRDefault="0049128A" w:rsidP="00774D49">
            <w:pPr>
              <w:numPr>
                <w:ilvl w:val="0"/>
                <w:numId w:val="45"/>
              </w:numPr>
              <w:spacing w:after="0"/>
              <w:rPr>
                <w:rFonts w:cs="Arial"/>
                <w:szCs w:val="19"/>
                <w:lang w:val="es-PE"/>
              </w:rPr>
            </w:pPr>
            <w:r w:rsidRPr="00774D49">
              <w:rPr>
                <w:rFonts w:cs="Arial"/>
                <w:b/>
                <w:bCs/>
                <w:szCs w:val="19"/>
                <w:lang w:val="es-PE"/>
              </w:rPr>
              <w:t>Alimentación:</w:t>
            </w:r>
            <w:r w:rsidRPr="00774D49">
              <w:rPr>
                <w:rFonts w:cs="Arial"/>
                <w:szCs w:val="19"/>
                <w:lang w:val="es-PE"/>
              </w:rPr>
              <w:t xml:space="preserve"> Consumo de la lonchera en un ambiente tranquilo. Se fomenta que saquen e intenten abrir sus envases por sí mismos.</w:t>
            </w:r>
          </w:p>
          <w:p w14:paraId="585B7C1C" w14:textId="77777777" w:rsidR="0049128A" w:rsidRPr="00774D49" w:rsidRDefault="0049128A" w:rsidP="00774D49">
            <w:pPr>
              <w:numPr>
                <w:ilvl w:val="0"/>
                <w:numId w:val="45"/>
              </w:numPr>
              <w:spacing w:after="0"/>
              <w:rPr>
                <w:rFonts w:cs="Arial"/>
                <w:szCs w:val="19"/>
                <w:lang w:val="es-PE"/>
              </w:rPr>
            </w:pPr>
            <w:r w:rsidRPr="00774D49">
              <w:rPr>
                <w:rFonts w:cs="Arial"/>
                <w:b/>
                <w:bCs/>
                <w:szCs w:val="19"/>
                <w:lang w:val="es-PE"/>
              </w:rPr>
              <w:t>Recreo:</w:t>
            </w:r>
            <w:r w:rsidRPr="00774D49">
              <w:rPr>
                <w:rFonts w:cs="Arial"/>
                <w:szCs w:val="19"/>
                <w:lang w:val="es-PE"/>
              </w:rPr>
              <w:t xml:space="preserve"> Espacio de esparcimiento libre y juego activo en el patio exterior bajo la supervisión constante de la docente.</w:t>
            </w:r>
          </w:p>
          <w:p w14:paraId="48B52F9D" w14:textId="3D6ED622" w:rsidR="0049128A" w:rsidRPr="00774D49" w:rsidRDefault="0049128A" w:rsidP="00774D49">
            <w:pPr>
              <w:spacing w:after="0"/>
              <w:rPr>
                <w:rFonts w:cs="Arial"/>
                <w:b/>
                <w:bCs/>
                <w:szCs w:val="19"/>
                <w:lang w:val="es-PE"/>
              </w:rPr>
            </w:pPr>
            <w:r w:rsidRPr="00774D49">
              <w:rPr>
                <w:rFonts w:cs="Arial"/>
                <w:b/>
                <w:bCs/>
                <w:szCs w:val="19"/>
                <w:lang w:val="es-PE"/>
              </w:rPr>
              <w:t>Actividad Psicomotriz Corta (11:30 - 12:00)</w:t>
            </w:r>
          </w:p>
          <w:p w14:paraId="69F07406" w14:textId="0277A246" w:rsidR="0049128A" w:rsidRPr="00774D49" w:rsidRDefault="0049128A" w:rsidP="00774D49">
            <w:pPr>
              <w:numPr>
                <w:ilvl w:val="0"/>
                <w:numId w:val="46"/>
              </w:numPr>
              <w:spacing w:after="0"/>
              <w:rPr>
                <w:rFonts w:cs="Arial"/>
                <w:szCs w:val="19"/>
                <w:lang w:val="es-PE"/>
              </w:rPr>
            </w:pPr>
            <w:r w:rsidRPr="00774D49">
              <w:rPr>
                <w:rFonts w:cs="Arial"/>
                <w:b/>
                <w:bCs/>
                <w:szCs w:val="19"/>
                <w:lang w:val="es-PE"/>
              </w:rPr>
              <w:t>Desarrollo Motriz:</w:t>
            </w:r>
            <w:r w:rsidRPr="00774D49">
              <w:rPr>
                <w:rFonts w:cs="Arial"/>
                <w:szCs w:val="19"/>
                <w:lang w:val="es-PE"/>
              </w:rPr>
              <w:t xml:space="preserve"> Colocamos huellas de pies hechas de cartón en el piso formando un camino. Los niños juegan a caminar pisando exactamente sobre las huellas, imitando que van </w:t>
            </w:r>
            <w:r w:rsidR="00ED22D0" w:rsidRPr="00774D49">
              <w:rPr>
                <w:rFonts w:cs="Arial"/>
                <w:szCs w:val="19"/>
                <w:lang w:val="es-PE"/>
              </w:rPr>
              <w:t>“</w:t>
            </w:r>
            <w:r w:rsidRPr="00774D49">
              <w:rPr>
                <w:rFonts w:cs="Arial"/>
                <w:szCs w:val="19"/>
                <w:lang w:val="es-PE"/>
              </w:rPr>
              <w:t>dejando pisadas en el camino de la naturaleza</w:t>
            </w:r>
            <w:r w:rsidR="00ED22D0" w:rsidRPr="00774D49">
              <w:rPr>
                <w:rFonts w:cs="Arial"/>
                <w:szCs w:val="19"/>
                <w:lang w:val="es-PE"/>
              </w:rPr>
              <w:t>”</w:t>
            </w:r>
            <w:r w:rsidRPr="00774D49">
              <w:rPr>
                <w:rFonts w:cs="Arial"/>
                <w:szCs w:val="19"/>
                <w:lang w:val="es-PE"/>
              </w:rPr>
              <w:t>, trabajando su equilibrio dinámico.</w:t>
            </w:r>
          </w:p>
          <w:p w14:paraId="489FE9CA" w14:textId="08B07B8A" w:rsidR="0049128A" w:rsidRPr="00774D49" w:rsidRDefault="0049128A" w:rsidP="00774D49">
            <w:pPr>
              <w:spacing w:after="0"/>
              <w:rPr>
                <w:rFonts w:cs="Arial"/>
                <w:b/>
                <w:bCs/>
                <w:szCs w:val="19"/>
                <w:lang w:val="es-PE"/>
              </w:rPr>
            </w:pPr>
            <w:r w:rsidRPr="00774D49">
              <w:rPr>
                <w:rFonts w:cs="Arial"/>
                <w:b/>
                <w:bCs/>
                <w:szCs w:val="19"/>
                <w:lang w:val="es-PE"/>
              </w:rPr>
              <w:t>El Taller (12:00 - 12:30)</w:t>
            </w:r>
          </w:p>
          <w:p w14:paraId="39D8BB88" w14:textId="77777777" w:rsidR="0049128A" w:rsidRPr="00774D49" w:rsidRDefault="0049128A" w:rsidP="00774D49">
            <w:pPr>
              <w:numPr>
                <w:ilvl w:val="0"/>
                <w:numId w:val="47"/>
              </w:numPr>
              <w:spacing w:after="0"/>
              <w:rPr>
                <w:rFonts w:cs="Arial"/>
                <w:szCs w:val="19"/>
                <w:lang w:val="es-PE"/>
              </w:rPr>
            </w:pPr>
            <w:r w:rsidRPr="00774D49">
              <w:rPr>
                <w:rFonts w:cs="Arial"/>
                <w:b/>
                <w:bCs/>
                <w:szCs w:val="19"/>
                <w:lang w:val="es-PE"/>
              </w:rPr>
              <w:t>Taller Gráfico-Plástico:</w:t>
            </w:r>
            <w:r w:rsidRPr="00774D49">
              <w:rPr>
                <w:rFonts w:cs="Arial"/>
                <w:szCs w:val="19"/>
                <w:lang w:val="es-PE"/>
              </w:rPr>
              <w:t xml:space="preserve"> Colocamos cartulinas gruesas o cartones reciclados en las mesas. Usando el mismo barro limpio que prepararon en la actividad central, los niños juegan a estampar las palmas de sus manos o a pintar libremente con sus dedos sobre el soporte cartón, explorando la pintura con texturas naturales.</w:t>
            </w:r>
          </w:p>
          <w:p w14:paraId="4A9F1F61" w14:textId="3C493F6D" w:rsidR="0049128A" w:rsidRPr="00774D49" w:rsidRDefault="0049128A" w:rsidP="00774D49">
            <w:pPr>
              <w:spacing w:after="0"/>
              <w:rPr>
                <w:rFonts w:cs="Arial"/>
                <w:b/>
                <w:bCs/>
                <w:szCs w:val="19"/>
                <w:lang w:val="es-PE"/>
              </w:rPr>
            </w:pPr>
            <w:r w:rsidRPr="00774D49">
              <w:rPr>
                <w:rFonts w:cs="Arial"/>
                <w:b/>
                <w:bCs/>
                <w:szCs w:val="19"/>
                <w:lang w:val="es-PE"/>
              </w:rPr>
              <w:t>Rutinas de Salida (12:30)</w:t>
            </w:r>
          </w:p>
          <w:p w14:paraId="391C4131" w14:textId="238D82E9" w:rsidR="0049128A" w:rsidRPr="00774D49" w:rsidRDefault="0049128A" w:rsidP="00774D49">
            <w:pPr>
              <w:numPr>
                <w:ilvl w:val="0"/>
                <w:numId w:val="48"/>
              </w:numPr>
              <w:spacing w:after="0"/>
              <w:rPr>
                <w:rFonts w:cs="Arial"/>
                <w:szCs w:val="19"/>
                <w:lang w:val="es-PE"/>
              </w:rPr>
            </w:pPr>
            <w:r w:rsidRPr="00774D49">
              <w:rPr>
                <w:rFonts w:cs="Arial"/>
                <w:b/>
                <w:bCs/>
                <w:szCs w:val="19"/>
                <w:lang w:val="es-PE"/>
              </w:rPr>
              <w:t>Cierre:</w:t>
            </w:r>
            <w:r w:rsidRPr="00774D49">
              <w:rPr>
                <w:rFonts w:cs="Arial"/>
                <w:szCs w:val="19"/>
                <w:lang w:val="es-PE"/>
              </w:rPr>
              <w:t xml:space="preserve"> Breve recuento de lo que más les gustó del día, organización autónoma de mochilas y abrigos. Despedida cariñosa e individualizada en la puerta del aula.</w:t>
            </w:r>
          </w:p>
          <w:p w14:paraId="4A1BE631" w14:textId="77777777" w:rsidR="00F5459A" w:rsidRPr="00774D49" w:rsidRDefault="00F5459A" w:rsidP="00774D49">
            <w:pPr>
              <w:spacing w:after="0"/>
              <w:rPr>
                <w:rFonts w:cs="Arial"/>
                <w:szCs w:val="19"/>
                <w:lang w:val="es-PE"/>
              </w:rPr>
            </w:pPr>
          </w:p>
        </w:tc>
        <w:tc>
          <w:tcPr>
            <w:tcW w:w="1431" w:type="dxa"/>
            <w:vAlign w:val="center"/>
          </w:tcPr>
          <w:p w14:paraId="2B5AC616" w14:textId="73E2E924" w:rsidR="00F5459A" w:rsidRPr="00774D49" w:rsidRDefault="00910B46" w:rsidP="00774D49">
            <w:pPr>
              <w:spacing w:after="0"/>
              <w:rPr>
                <w:rFonts w:cs="Arial"/>
                <w:szCs w:val="19"/>
                <w:lang w:val="es-PE"/>
              </w:rPr>
            </w:pPr>
            <w:r w:rsidRPr="00774D49">
              <w:rPr>
                <w:rFonts w:cs="Arial"/>
                <w:szCs w:val="19"/>
                <w:lang w:val="es-PE"/>
              </w:rPr>
              <w:lastRenderedPageBreak/>
              <w:t>Tierra limpia de jardín, agua, jarritas plásticas, cucharas gruesas, bandejas de plástico, frascos transparentes con muestras de tierra y cartulinas gruesas.</w:t>
            </w:r>
          </w:p>
        </w:tc>
        <w:tc>
          <w:tcPr>
            <w:tcW w:w="1547" w:type="dxa"/>
            <w:vAlign w:val="center"/>
          </w:tcPr>
          <w:p w14:paraId="546DFD21" w14:textId="1364BE59" w:rsidR="00F5459A" w:rsidRPr="00774D49" w:rsidRDefault="009A66CC" w:rsidP="00774D49">
            <w:pPr>
              <w:spacing w:after="0"/>
              <w:rPr>
                <w:rFonts w:cs="Arial"/>
                <w:szCs w:val="19"/>
                <w:lang w:val="es-PE"/>
              </w:rPr>
            </w:pPr>
            <w:r w:rsidRPr="00774D49">
              <w:rPr>
                <w:rFonts w:cs="Arial"/>
                <w:szCs w:val="19"/>
                <w:lang w:val="es-PE"/>
              </w:rPr>
              <w:t>Registrar exploración sensorial, cambios de textura, uso de utensilios, coordinación motriz, reacciones frente al barro e higiene posterior.</w:t>
            </w:r>
          </w:p>
        </w:tc>
      </w:tr>
      <w:tr w:rsidR="00895ADD" w:rsidRPr="00774D49" w14:paraId="433A0DDD" w14:textId="77777777" w:rsidTr="00895ADD">
        <w:trPr>
          <w:jc w:val="center"/>
        </w:trPr>
        <w:tc>
          <w:tcPr>
            <w:tcW w:w="2103" w:type="dxa"/>
            <w:gridSpan w:val="2"/>
            <w:vAlign w:val="center"/>
          </w:tcPr>
          <w:p w14:paraId="2247F45D" w14:textId="609DEACE" w:rsidR="00895ADD" w:rsidRPr="00774D49" w:rsidRDefault="00895ADD" w:rsidP="00774D49">
            <w:pPr>
              <w:spacing w:after="0"/>
              <w:rPr>
                <w:rFonts w:cs="Arial"/>
                <w:szCs w:val="19"/>
                <w:lang w:val="es-PE"/>
              </w:rPr>
            </w:pPr>
            <w:r w:rsidRPr="00895ADD">
              <w:rPr>
                <w:rFonts w:cs="Arial"/>
                <w:b/>
                <w:bCs/>
                <w:szCs w:val="19"/>
                <w:lang w:val="es-PE"/>
              </w:rPr>
              <w:t>Áreas a observar:</w:t>
            </w:r>
          </w:p>
        </w:tc>
        <w:tc>
          <w:tcPr>
            <w:tcW w:w="5681" w:type="dxa"/>
            <w:vAlign w:val="center"/>
          </w:tcPr>
          <w:p w14:paraId="3D76611D" w14:textId="67B16F0A" w:rsidR="00895ADD" w:rsidRPr="00312002" w:rsidRDefault="00312002" w:rsidP="00774D49">
            <w:pPr>
              <w:spacing w:after="0"/>
              <w:rPr>
                <w:rFonts w:cs="Arial"/>
                <w:szCs w:val="19"/>
                <w:lang w:val="es-PE"/>
              </w:rPr>
            </w:pPr>
            <w:r w:rsidRPr="00312002">
              <w:rPr>
                <w:rFonts w:cs="Arial"/>
                <w:szCs w:val="19"/>
                <w:lang w:val="es-PE"/>
              </w:rPr>
              <w:t>Ciencia y Tecnología, Comunicación (Taller), y Personal Social.</w:t>
            </w:r>
          </w:p>
        </w:tc>
        <w:tc>
          <w:tcPr>
            <w:tcW w:w="1431" w:type="dxa"/>
            <w:vAlign w:val="center"/>
          </w:tcPr>
          <w:p w14:paraId="01785A66" w14:textId="77777777" w:rsidR="00895ADD" w:rsidRPr="00774D49" w:rsidRDefault="00895ADD" w:rsidP="00774D49">
            <w:pPr>
              <w:spacing w:after="0"/>
              <w:rPr>
                <w:rFonts w:cs="Arial"/>
                <w:szCs w:val="19"/>
                <w:lang w:val="es-PE"/>
              </w:rPr>
            </w:pPr>
          </w:p>
        </w:tc>
        <w:tc>
          <w:tcPr>
            <w:tcW w:w="1547" w:type="dxa"/>
            <w:vAlign w:val="center"/>
          </w:tcPr>
          <w:p w14:paraId="0130ABC3" w14:textId="77777777" w:rsidR="00895ADD" w:rsidRPr="00774D49" w:rsidRDefault="00895ADD" w:rsidP="00774D49">
            <w:pPr>
              <w:spacing w:after="0"/>
              <w:rPr>
                <w:rFonts w:cs="Arial"/>
                <w:szCs w:val="19"/>
                <w:lang w:val="es-PE"/>
              </w:rPr>
            </w:pPr>
          </w:p>
        </w:tc>
      </w:tr>
      <w:tr w:rsidR="009A66CC" w:rsidRPr="00774D49" w14:paraId="262025B3" w14:textId="77777777" w:rsidTr="00895ADD">
        <w:trPr>
          <w:jc w:val="center"/>
        </w:trPr>
        <w:tc>
          <w:tcPr>
            <w:tcW w:w="746" w:type="dxa"/>
            <w:vAlign w:val="center"/>
          </w:tcPr>
          <w:p w14:paraId="547A0B3E" w14:textId="3FB96015" w:rsidR="00F5459A" w:rsidRPr="00774D49" w:rsidRDefault="00F5459A" w:rsidP="00774D49">
            <w:pPr>
              <w:spacing w:after="0"/>
              <w:rPr>
                <w:rFonts w:cs="Arial"/>
                <w:szCs w:val="19"/>
                <w:lang w:val="es-PE"/>
              </w:rPr>
            </w:pPr>
            <w:r w:rsidRPr="00774D49">
              <w:rPr>
                <w:rFonts w:cs="Arial"/>
                <w:szCs w:val="19"/>
                <w:lang w:val="es-PE"/>
              </w:rPr>
              <w:t>Día 7</w:t>
            </w:r>
          </w:p>
        </w:tc>
        <w:tc>
          <w:tcPr>
            <w:tcW w:w="1357" w:type="dxa"/>
            <w:vAlign w:val="center"/>
          </w:tcPr>
          <w:p w14:paraId="690E1952" w14:textId="5E64BD43" w:rsidR="00F5459A" w:rsidRPr="00774D49" w:rsidRDefault="0049128A" w:rsidP="00774D49">
            <w:pPr>
              <w:spacing w:after="0"/>
              <w:rPr>
                <w:rFonts w:cs="Arial"/>
                <w:szCs w:val="19"/>
                <w:lang w:val="es-PE"/>
              </w:rPr>
            </w:pPr>
            <w:r w:rsidRPr="00774D49">
              <w:rPr>
                <w:rFonts w:cs="Arial"/>
                <w:szCs w:val="19"/>
                <w:lang w:val="es-PE"/>
              </w:rPr>
              <w:t>Caminamos sobre texturas de la naturaleza</w:t>
            </w:r>
          </w:p>
        </w:tc>
        <w:tc>
          <w:tcPr>
            <w:tcW w:w="5681" w:type="dxa"/>
            <w:vAlign w:val="center"/>
          </w:tcPr>
          <w:p w14:paraId="446C0A9A" w14:textId="13A68ECC" w:rsidR="0049128A" w:rsidRPr="00774D49" w:rsidRDefault="0049128A" w:rsidP="00774D49">
            <w:pPr>
              <w:spacing w:after="0"/>
              <w:rPr>
                <w:rFonts w:cs="Arial"/>
                <w:b/>
                <w:bCs/>
                <w:szCs w:val="19"/>
                <w:lang w:val="es-PE"/>
              </w:rPr>
            </w:pPr>
            <w:r w:rsidRPr="00774D49">
              <w:rPr>
                <w:rFonts w:cs="Arial"/>
                <w:b/>
                <w:bCs/>
                <w:szCs w:val="19"/>
                <w:lang w:val="es-PE"/>
              </w:rPr>
              <w:t>Rutinas de Entrada (08:00 - 08:30)</w:t>
            </w:r>
          </w:p>
          <w:p w14:paraId="7FDF8BE2" w14:textId="77777777" w:rsidR="0049128A" w:rsidRPr="00774D49" w:rsidRDefault="0049128A" w:rsidP="00774D49">
            <w:pPr>
              <w:numPr>
                <w:ilvl w:val="0"/>
                <w:numId w:val="49"/>
              </w:numPr>
              <w:spacing w:after="0"/>
              <w:rPr>
                <w:rFonts w:cs="Arial"/>
                <w:szCs w:val="19"/>
                <w:lang w:val="es-PE"/>
              </w:rPr>
            </w:pPr>
            <w:r w:rsidRPr="00774D49">
              <w:rPr>
                <w:rFonts w:cs="Arial"/>
                <w:b/>
                <w:bCs/>
                <w:szCs w:val="19"/>
                <w:lang w:val="es-PE"/>
              </w:rPr>
              <w:t>Recepción:</w:t>
            </w:r>
            <w:r w:rsidRPr="00774D49">
              <w:rPr>
                <w:rFonts w:cs="Arial"/>
                <w:szCs w:val="19"/>
                <w:lang w:val="es-PE"/>
              </w:rPr>
              <w:t xml:space="preserve"> Saludo afectuoso y personalizado a la altura de cada niño. Se les invita a acomodar sus mochilas de forma independiente en sus casilleros.</w:t>
            </w:r>
          </w:p>
          <w:p w14:paraId="3E066A6B" w14:textId="77777777" w:rsidR="0049128A" w:rsidRPr="00774D49" w:rsidRDefault="0049128A" w:rsidP="00774D49">
            <w:pPr>
              <w:numPr>
                <w:ilvl w:val="0"/>
                <w:numId w:val="49"/>
              </w:numPr>
              <w:spacing w:after="0"/>
              <w:rPr>
                <w:rFonts w:cs="Arial"/>
                <w:szCs w:val="19"/>
                <w:lang w:val="es-PE"/>
              </w:rPr>
            </w:pPr>
            <w:r w:rsidRPr="00774D49">
              <w:rPr>
                <w:rFonts w:cs="Arial"/>
                <w:b/>
                <w:bCs/>
                <w:szCs w:val="19"/>
                <w:lang w:val="es-PE"/>
              </w:rPr>
              <w:t>Cajas de Espera:</w:t>
            </w:r>
            <w:r w:rsidRPr="00774D49">
              <w:rPr>
                <w:rFonts w:cs="Arial"/>
                <w:szCs w:val="19"/>
                <w:lang w:val="es-PE"/>
              </w:rPr>
              <w:t xml:space="preserve"> Se colocan bandejas pequeñas en las mesas con retazos de césped sintético, alfombras ásperas y telas muy suaves para que los niños las acaricien y exploren con sus manos al llegar.</w:t>
            </w:r>
          </w:p>
          <w:p w14:paraId="172D5487" w14:textId="77777777" w:rsidR="0049128A" w:rsidRPr="00774D49" w:rsidRDefault="0049128A" w:rsidP="00774D49">
            <w:pPr>
              <w:numPr>
                <w:ilvl w:val="0"/>
                <w:numId w:val="49"/>
              </w:numPr>
              <w:spacing w:after="0"/>
              <w:rPr>
                <w:rFonts w:cs="Arial"/>
                <w:szCs w:val="19"/>
                <w:lang w:val="es-PE"/>
              </w:rPr>
            </w:pPr>
            <w:r w:rsidRPr="00774D49">
              <w:rPr>
                <w:rFonts w:cs="Arial"/>
                <w:b/>
                <w:bCs/>
                <w:szCs w:val="19"/>
                <w:lang w:val="es-PE"/>
              </w:rPr>
              <w:t>Actividades Permanentes:</w:t>
            </w:r>
            <w:r w:rsidRPr="00774D49">
              <w:rPr>
                <w:rFonts w:cs="Arial"/>
                <w:szCs w:val="19"/>
                <w:lang w:val="es-PE"/>
              </w:rPr>
              <w:t xml:space="preserve"> Asamblea en semicírculo sobre cojines. Cantamos para saludarnos, registramos la asistencia de manera visual y actualizamos el calendario escolar.</w:t>
            </w:r>
          </w:p>
          <w:p w14:paraId="411087B9" w14:textId="2E8A8FAD" w:rsidR="0049128A" w:rsidRPr="00774D49" w:rsidRDefault="0049128A" w:rsidP="00774D49">
            <w:pPr>
              <w:spacing w:after="0"/>
              <w:rPr>
                <w:rFonts w:cs="Arial"/>
                <w:b/>
                <w:bCs/>
                <w:szCs w:val="19"/>
                <w:lang w:val="es-PE"/>
              </w:rPr>
            </w:pPr>
            <w:r w:rsidRPr="00774D49">
              <w:rPr>
                <w:rFonts w:cs="Arial"/>
                <w:b/>
                <w:bCs/>
                <w:szCs w:val="19"/>
                <w:lang w:val="es-PE"/>
              </w:rPr>
              <w:t xml:space="preserve">Juego Libre en los </w:t>
            </w:r>
            <w:r w:rsidR="009A66CC" w:rsidRPr="00774D49">
              <w:rPr>
                <w:rFonts w:cs="Arial"/>
                <w:b/>
                <w:bCs/>
                <w:szCs w:val="19"/>
                <w:lang w:val="es-PE"/>
              </w:rPr>
              <w:t>espacios</w:t>
            </w:r>
            <w:r w:rsidRPr="00774D49">
              <w:rPr>
                <w:rFonts w:cs="Arial"/>
                <w:b/>
                <w:bCs/>
                <w:szCs w:val="19"/>
                <w:lang w:val="es-PE"/>
              </w:rPr>
              <w:t xml:space="preserve"> (08:30 - 09:30)</w:t>
            </w:r>
          </w:p>
          <w:p w14:paraId="3233A564" w14:textId="77777777" w:rsidR="0049128A" w:rsidRPr="00774D49" w:rsidRDefault="0049128A" w:rsidP="00774D49">
            <w:pPr>
              <w:numPr>
                <w:ilvl w:val="0"/>
                <w:numId w:val="50"/>
              </w:numPr>
              <w:spacing w:after="0"/>
              <w:rPr>
                <w:rFonts w:cs="Arial"/>
                <w:szCs w:val="19"/>
                <w:lang w:val="es-PE"/>
              </w:rPr>
            </w:pPr>
            <w:r w:rsidRPr="00774D49">
              <w:rPr>
                <w:rFonts w:cs="Arial"/>
                <w:b/>
                <w:bCs/>
                <w:szCs w:val="19"/>
                <w:lang w:val="es-PE"/>
              </w:rPr>
              <w:t>Planificación y Organización (Fase 1):</w:t>
            </w:r>
            <w:r w:rsidRPr="00774D49">
              <w:rPr>
                <w:rFonts w:cs="Arial"/>
                <w:szCs w:val="19"/>
                <w:lang w:val="es-PE"/>
              </w:rPr>
              <w:t xml:space="preserve"> Sentados en círculo, los niños eligen el sector donde desean jugar hoy. La docente reparte los carnés o collares identificadores del espacio elegido.</w:t>
            </w:r>
          </w:p>
          <w:p w14:paraId="025CB75D" w14:textId="77777777" w:rsidR="0049128A" w:rsidRPr="00774D49" w:rsidRDefault="0049128A" w:rsidP="00774D49">
            <w:pPr>
              <w:numPr>
                <w:ilvl w:val="0"/>
                <w:numId w:val="50"/>
              </w:numPr>
              <w:spacing w:after="0"/>
              <w:rPr>
                <w:rFonts w:cs="Arial"/>
                <w:szCs w:val="19"/>
                <w:lang w:val="es-PE"/>
              </w:rPr>
            </w:pPr>
            <w:r w:rsidRPr="00774D49">
              <w:rPr>
                <w:rFonts w:cs="Arial"/>
                <w:b/>
                <w:bCs/>
                <w:szCs w:val="19"/>
                <w:lang w:val="es-PE"/>
              </w:rPr>
              <w:lastRenderedPageBreak/>
              <w:t>Desarrollo o Ejecución (Fase 2):</w:t>
            </w:r>
            <w:r w:rsidRPr="00774D49">
              <w:rPr>
                <w:rFonts w:cs="Arial"/>
                <w:szCs w:val="19"/>
                <w:lang w:val="es-PE"/>
              </w:rPr>
              <w:t xml:space="preserve"> Los niños juegan libremente. La docente observa las interacciones, el uso compartido de los materiales y anota las evidencias observadas en su cuaderno de campo.</w:t>
            </w:r>
          </w:p>
          <w:p w14:paraId="39F30995" w14:textId="77777777" w:rsidR="0049128A" w:rsidRPr="00774D49" w:rsidRDefault="0049128A" w:rsidP="00774D49">
            <w:pPr>
              <w:numPr>
                <w:ilvl w:val="0"/>
                <w:numId w:val="50"/>
              </w:numPr>
              <w:spacing w:after="0"/>
              <w:rPr>
                <w:rFonts w:cs="Arial"/>
                <w:szCs w:val="19"/>
                <w:lang w:val="es-PE"/>
              </w:rPr>
            </w:pPr>
            <w:r w:rsidRPr="00774D49">
              <w:rPr>
                <w:rFonts w:cs="Arial"/>
                <w:b/>
                <w:bCs/>
                <w:szCs w:val="19"/>
                <w:lang w:val="es-PE"/>
              </w:rPr>
              <w:t>Orden, Socialización y Representación (Fase 3):</w:t>
            </w:r>
            <w:r w:rsidRPr="00774D49">
              <w:rPr>
                <w:rFonts w:cs="Arial"/>
                <w:szCs w:val="19"/>
                <w:lang w:val="es-PE"/>
              </w:rPr>
              <w:t xml:space="preserve"> Cantamos la canción de orden. Los niños guardan los juguetes en los estantes correspondientes y comparten brevemente con el grupo a qué jugaron.</w:t>
            </w:r>
          </w:p>
          <w:p w14:paraId="3BC365B5" w14:textId="481C9A99" w:rsidR="0049128A" w:rsidRPr="00774D49" w:rsidRDefault="0049128A" w:rsidP="00774D49">
            <w:pPr>
              <w:spacing w:after="0"/>
              <w:rPr>
                <w:rFonts w:cs="Arial"/>
                <w:b/>
                <w:bCs/>
                <w:szCs w:val="19"/>
                <w:lang w:val="es-PE"/>
              </w:rPr>
            </w:pPr>
            <w:r w:rsidRPr="00774D49">
              <w:rPr>
                <w:rFonts w:cs="Arial"/>
                <w:b/>
                <w:bCs/>
                <w:szCs w:val="19"/>
                <w:lang w:val="es-PE"/>
              </w:rPr>
              <w:t>Actividad Significativa / Sesión Central (09:30 - 10:30)</w:t>
            </w:r>
          </w:p>
          <w:p w14:paraId="5221B3A9" w14:textId="77777777" w:rsidR="0049128A" w:rsidRPr="00774D49" w:rsidRDefault="0049128A" w:rsidP="00774D49">
            <w:pPr>
              <w:numPr>
                <w:ilvl w:val="0"/>
                <w:numId w:val="51"/>
              </w:numPr>
              <w:spacing w:after="0"/>
              <w:rPr>
                <w:rFonts w:cs="Arial"/>
                <w:szCs w:val="19"/>
                <w:lang w:val="es-PE"/>
              </w:rPr>
            </w:pPr>
            <w:r w:rsidRPr="00774D49">
              <w:rPr>
                <w:rFonts w:cs="Arial"/>
                <w:b/>
                <w:bCs/>
                <w:szCs w:val="19"/>
                <w:lang w:val="es-PE"/>
              </w:rPr>
              <w:t>Inicio (Antes):</w:t>
            </w:r>
            <w:r w:rsidRPr="00774D49">
              <w:rPr>
                <w:rFonts w:cs="Arial"/>
                <w:szCs w:val="19"/>
                <w:lang w:val="es-PE"/>
              </w:rPr>
              <w:t xml:space="preserve"> Nos reunimos en asamblea. La docente saca de una caja un par de medias coloridas, se las quita y muestra sus pies descalzos. Invita a los niños a quitarse los zapatos y medias de forma autónoma. Pregunta: </w:t>
            </w:r>
            <w:r w:rsidRPr="00774D49">
              <w:rPr>
                <w:rFonts w:cs="Arial"/>
                <w:i/>
                <w:iCs/>
                <w:szCs w:val="19"/>
                <w:lang w:val="es-PE"/>
              </w:rPr>
              <w:t xml:space="preserve">¿Qué pasará si caminamos sin zapatos hoy? ¿Cómo se sentirá el </w:t>
            </w:r>
            <w:proofErr w:type="gramStart"/>
            <w:r w:rsidRPr="00774D49">
              <w:rPr>
                <w:rFonts w:cs="Arial"/>
                <w:i/>
                <w:iCs/>
                <w:szCs w:val="19"/>
                <w:lang w:val="es-PE"/>
              </w:rPr>
              <w:t>piso?</w:t>
            </w:r>
            <w:r w:rsidRPr="00774D49">
              <w:rPr>
                <w:rFonts w:cs="Arial"/>
                <w:szCs w:val="19"/>
                <w:lang w:val="es-PE"/>
              </w:rPr>
              <w:t>.</w:t>
            </w:r>
            <w:proofErr w:type="gramEnd"/>
          </w:p>
          <w:p w14:paraId="71F62B3D" w14:textId="4FD49E52" w:rsidR="0049128A" w:rsidRPr="00774D49" w:rsidRDefault="0049128A" w:rsidP="00774D49">
            <w:pPr>
              <w:numPr>
                <w:ilvl w:val="0"/>
                <w:numId w:val="51"/>
              </w:numPr>
              <w:spacing w:after="0"/>
              <w:rPr>
                <w:rFonts w:cs="Arial"/>
                <w:szCs w:val="19"/>
                <w:lang w:val="es-PE"/>
              </w:rPr>
            </w:pPr>
            <w:r w:rsidRPr="00774D49">
              <w:rPr>
                <w:rFonts w:cs="Arial"/>
                <w:b/>
                <w:bCs/>
                <w:szCs w:val="19"/>
                <w:lang w:val="es-PE"/>
              </w:rPr>
              <w:t>Desarrollo (Durante):</w:t>
            </w:r>
            <w:r w:rsidRPr="00774D49">
              <w:rPr>
                <w:rFonts w:cs="Arial"/>
                <w:szCs w:val="19"/>
                <w:lang w:val="es-PE"/>
              </w:rPr>
              <w:t xml:space="preserve"> La docente presenta un </w:t>
            </w:r>
            <w:r w:rsidR="00967D30" w:rsidRPr="00774D49">
              <w:rPr>
                <w:rFonts w:cs="Arial"/>
                <w:szCs w:val="19"/>
                <w:lang w:val="es-PE"/>
              </w:rPr>
              <w:t>“</w:t>
            </w:r>
            <w:r w:rsidRPr="00774D49">
              <w:rPr>
                <w:rFonts w:cs="Arial"/>
                <w:szCs w:val="19"/>
                <w:lang w:val="es-PE"/>
              </w:rPr>
              <w:t>Camino Sensorial</w:t>
            </w:r>
            <w:r w:rsidR="00967D30" w:rsidRPr="00774D49">
              <w:rPr>
                <w:rFonts w:cs="Arial"/>
                <w:szCs w:val="19"/>
                <w:lang w:val="es-PE"/>
              </w:rPr>
              <w:t>”</w:t>
            </w:r>
            <w:r w:rsidRPr="00774D49">
              <w:rPr>
                <w:rFonts w:cs="Arial"/>
                <w:szCs w:val="19"/>
                <w:lang w:val="es-PE"/>
              </w:rPr>
              <w:t xml:space="preserve"> en el piso del aula o patio techado, compuesto por cajas planas o alfombras con texturas fijas: hojas secas, arena gruesa, piedras lisas y mantas suaves. Los niños caminan libremente uno por uno sobre el recorrido, experimentando las sensaciones en las plantas de sus pies. La docente acompaña mediando el lenguaje y validando las sensaciones: </w:t>
            </w:r>
            <w:r w:rsidR="00967D30" w:rsidRPr="00774D49">
              <w:rPr>
                <w:rFonts w:cs="Arial"/>
                <w:szCs w:val="19"/>
                <w:lang w:val="es-PE"/>
              </w:rPr>
              <w:t>“</w:t>
            </w:r>
            <w:r w:rsidRPr="00774D49">
              <w:rPr>
                <w:rFonts w:cs="Arial"/>
                <w:i/>
                <w:iCs/>
                <w:szCs w:val="19"/>
                <w:lang w:val="es-PE"/>
              </w:rPr>
              <w:t xml:space="preserve">¡Oh! Sientes que las piedritas están </w:t>
            </w:r>
            <w:proofErr w:type="gramStart"/>
            <w:r w:rsidRPr="00774D49">
              <w:rPr>
                <w:rFonts w:cs="Arial"/>
                <w:i/>
                <w:iCs/>
                <w:szCs w:val="19"/>
                <w:lang w:val="es-PE"/>
              </w:rPr>
              <w:t>dura</w:t>
            </w:r>
            <w:proofErr w:type="gramEnd"/>
            <w:r w:rsidR="00967D30" w:rsidRPr="00774D49">
              <w:rPr>
                <w:rFonts w:cs="Arial"/>
                <w:i/>
                <w:iCs/>
                <w:szCs w:val="19"/>
                <w:lang w:val="es-PE"/>
              </w:rPr>
              <w:t>”</w:t>
            </w:r>
            <w:r w:rsidRPr="00774D49">
              <w:rPr>
                <w:rFonts w:cs="Arial"/>
                <w:szCs w:val="19"/>
                <w:lang w:val="es-PE"/>
              </w:rPr>
              <w:t xml:space="preserve"> o </w:t>
            </w:r>
            <w:r w:rsidR="00967D30" w:rsidRPr="00774D49">
              <w:rPr>
                <w:rFonts w:cs="Arial"/>
                <w:szCs w:val="19"/>
                <w:lang w:val="es-PE"/>
              </w:rPr>
              <w:t>“</w:t>
            </w:r>
            <w:r w:rsidRPr="00774D49">
              <w:rPr>
                <w:rFonts w:cs="Arial"/>
                <w:i/>
                <w:iCs/>
                <w:szCs w:val="19"/>
                <w:lang w:val="es-PE"/>
              </w:rPr>
              <w:t>Ese camino de hojas secas suena crujiente al pisarlo</w:t>
            </w:r>
            <w:r w:rsidR="00967D30" w:rsidRPr="00774D49">
              <w:rPr>
                <w:rFonts w:cs="Arial"/>
                <w:i/>
                <w:iCs/>
                <w:szCs w:val="19"/>
                <w:lang w:val="es-PE"/>
              </w:rPr>
              <w:t>”</w:t>
            </w:r>
            <w:r w:rsidRPr="00774D49">
              <w:rPr>
                <w:rFonts w:cs="Arial"/>
                <w:szCs w:val="19"/>
                <w:lang w:val="es-PE"/>
              </w:rPr>
              <w:t>.</w:t>
            </w:r>
          </w:p>
          <w:p w14:paraId="0BE5C2FE" w14:textId="77777777" w:rsidR="0049128A" w:rsidRPr="00774D49" w:rsidRDefault="0049128A" w:rsidP="00774D49">
            <w:pPr>
              <w:numPr>
                <w:ilvl w:val="0"/>
                <w:numId w:val="51"/>
              </w:numPr>
              <w:spacing w:after="0"/>
              <w:rPr>
                <w:rFonts w:cs="Arial"/>
                <w:szCs w:val="19"/>
                <w:lang w:val="es-PE"/>
              </w:rPr>
            </w:pPr>
            <w:r w:rsidRPr="00774D49">
              <w:rPr>
                <w:rFonts w:cs="Arial"/>
                <w:b/>
                <w:bCs/>
                <w:szCs w:val="19"/>
                <w:lang w:val="es-PE"/>
              </w:rPr>
              <w:t>Cierre (Después):</w:t>
            </w:r>
            <w:r w:rsidRPr="00774D49">
              <w:rPr>
                <w:rFonts w:cs="Arial"/>
                <w:szCs w:val="19"/>
                <w:lang w:val="es-PE"/>
              </w:rPr>
              <w:t xml:space="preserve"> Regresamos al círculo para colocarnos las medias y zapatos con apoyo si lo requieren. Dialogamos mediante preguntas sencillas de metacognición: </w:t>
            </w:r>
            <w:r w:rsidRPr="00774D49">
              <w:rPr>
                <w:rFonts w:cs="Arial"/>
                <w:i/>
                <w:iCs/>
                <w:szCs w:val="19"/>
                <w:lang w:val="es-PE"/>
              </w:rPr>
              <w:t xml:space="preserve">¿Qué parte del camino te gustó pisar más? ¿Cuál se sintió más </w:t>
            </w:r>
            <w:proofErr w:type="gramStart"/>
            <w:r w:rsidRPr="00774D49">
              <w:rPr>
                <w:rFonts w:cs="Arial"/>
                <w:i/>
                <w:iCs/>
                <w:szCs w:val="19"/>
                <w:lang w:val="es-PE"/>
              </w:rPr>
              <w:t>suave?</w:t>
            </w:r>
            <w:r w:rsidRPr="00774D49">
              <w:rPr>
                <w:rFonts w:cs="Arial"/>
                <w:szCs w:val="19"/>
                <w:lang w:val="es-PE"/>
              </w:rPr>
              <w:t>.</w:t>
            </w:r>
            <w:proofErr w:type="gramEnd"/>
            <w:r w:rsidRPr="00774D49">
              <w:rPr>
                <w:rFonts w:cs="Arial"/>
                <w:szCs w:val="19"/>
                <w:lang w:val="es-PE"/>
              </w:rPr>
              <w:t xml:space="preserve"> Guardamos los materiales del circuito.</w:t>
            </w:r>
          </w:p>
          <w:p w14:paraId="08763942" w14:textId="608221F6" w:rsidR="0049128A" w:rsidRPr="00774D49" w:rsidRDefault="0049128A" w:rsidP="00774D49">
            <w:pPr>
              <w:spacing w:after="0"/>
              <w:rPr>
                <w:rFonts w:cs="Arial"/>
                <w:b/>
                <w:bCs/>
                <w:szCs w:val="19"/>
                <w:lang w:val="es-PE"/>
              </w:rPr>
            </w:pPr>
            <w:r w:rsidRPr="00774D49">
              <w:rPr>
                <w:rFonts w:cs="Arial"/>
                <w:b/>
                <w:bCs/>
                <w:szCs w:val="19"/>
                <w:lang w:val="es-PE"/>
              </w:rPr>
              <w:t>Aseo, Refrigerio y Recreo (10:30 - 11:30)</w:t>
            </w:r>
          </w:p>
          <w:p w14:paraId="3A7F482F" w14:textId="77777777" w:rsidR="0049128A" w:rsidRPr="00774D49" w:rsidRDefault="0049128A" w:rsidP="00774D49">
            <w:pPr>
              <w:numPr>
                <w:ilvl w:val="0"/>
                <w:numId w:val="52"/>
              </w:numPr>
              <w:spacing w:after="0"/>
              <w:rPr>
                <w:rFonts w:cs="Arial"/>
                <w:szCs w:val="19"/>
                <w:lang w:val="es-PE"/>
              </w:rPr>
            </w:pPr>
            <w:r w:rsidRPr="00774D49">
              <w:rPr>
                <w:rFonts w:cs="Arial"/>
                <w:b/>
                <w:bCs/>
                <w:szCs w:val="19"/>
                <w:lang w:val="es-PE"/>
              </w:rPr>
              <w:t>Higiene:</w:t>
            </w:r>
            <w:r w:rsidRPr="00774D49">
              <w:rPr>
                <w:rFonts w:cs="Arial"/>
                <w:szCs w:val="19"/>
                <w:lang w:val="es-PE"/>
              </w:rPr>
              <w:t xml:space="preserve"> Rutina guiada de lavado y secado de pies y manos con agua y jabón líquido, reforzando sus hábitos de higiene y autonomía personal.</w:t>
            </w:r>
          </w:p>
          <w:p w14:paraId="4000F72F" w14:textId="77777777" w:rsidR="0049128A" w:rsidRPr="00774D49" w:rsidRDefault="0049128A" w:rsidP="00774D49">
            <w:pPr>
              <w:numPr>
                <w:ilvl w:val="0"/>
                <w:numId w:val="52"/>
              </w:numPr>
              <w:spacing w:after="0"/>
              <w:rPr>
                <w:rFonts w:cs="Arial"/>
                <w:szCs w:val="19"/>
                <w:lang w:val="es-PE"/>
              </w:rPr>
            </w:pPr>
            <w:r w:rsidRPr="00774D49">
              <w:rPr>
                <w:rFonts w:cs="Arial"/>
                <w:b/>
                <w:bCs/>
                <w:szCs w:val="19"/>
                <w:lang w:val="es-PE"/>
              </w:rPr>
              <w:t>Alimentación:</w:t>
            </w:r>
            <w:r w:rsidRPr="00774D49">
              <w:rPr>
                <w:rFonts w:cs="Arial"/>
                <w:szCs w:val="19"/>
                <w:lang w:val="es-PE"/>
              </w:rPr>
              <w:t xml:space="preserve"> Consumo de la lonchera en un clima de calma y socialización. Se fomenta que limpien su espacio al terminar de comer.</w:t>
            </w:r>
          </w:p>
          <w:p w14:paraId="0017A430" w14:textId="77777777" w:rsidR="0049128A" w:rsidRPr="00774D49" w:rsidRDefault="0049128A" w:rsidP="00774D49">
            <w:pPr>
              <w:numPr>
                <w:ilvl w:val="0"/>
                <w:numId w:val="52"/>
              </w:numPr>
              <w:spacing w:after="0"/>
              <w:rPr>
                <w:rFonts w:cs="Arial"/>
                <w:szCs w:val="19"/>
                <w:lang w:val="es-PE"/>
              </w:rPr>
            </w:pPr>
            <w:r w:rsidRPr="00774D49">
              <w:rPr>
                <w:rFonts w:cs="Arial"/>
                <w:b/>
                <w:bCs/>
                <w:szCs w:val="19"/>
                <w:lang w:val="es-PE"/>
              </w:rPr>
              <w:t>Recreo:</w:t>
            </w:r>
            <w:r w:rsidRPr="00774D49">
              <w:rPr>
                <w:rFonts w:cs="Arial"/>
                <w:szCs w:val="19"/>
                <w:lang w:val="es-PE"/>
              </w:rPr>
              <w:t xml:space="preserve"> Espacio de juego libre y esparcimiento en el patio exterior bajo el cuidado y monitoreo constante de la docente.</w:t>
            </w:r>
          </w:p>
          <w:p w14:paraId="26027E4F" w14:textId="532BD0CC" w:rsidR="0049128A" w:rsidRPr="00774D49" w:rsidRDefault="0049128A" w:rsidP="00774D49">
            <w:pPr>
              <w:spacing w:after="0"/>
              <w:rPr>
                <w:rFonts w:cs="Arial"/>
                <w:b/>
                <w:bCs/>
                <w:szCs w:val="19"/>
                <w:lang w:val="es-PE"/>
              </w:rPr>
            </w:pPr>
            <w:r w:rsidRPr="00774D49">
              <w:rPr>
                <w:rFonts w:cs="Arial"/>
                <w:b/>
                <w:bCs/>
                <w:szCs w:val="19"/>
                <w:lang w:val="es-PE"/>
              </w:rPr>
              <w:t>Actividad Psicomotriz Corta (11:30 - 12:00)</w:t>
            </w:r>
          </w:p>
          <w:p w14:paraId="48B4715F" w14:textId="037D941E" w:rsidR="0049128A" w:rsidRPr="00774D49" w:rsidRDefault="0049128A" w:rsidP="00774D49">
            <w:pPr>
              <w:numPr>
                <w:ilvl w:val="0"/>
                <w:numId w:val="53"/>
              </w:numPr>
              <w:spacing w:after="0"/>
              <w:rPr>
                <w:rFonts w:cs="Arial"/>
                <w:szCs w:val="19"/>
                <w:lang w:val="es-PE"/>
              </w:rPr>
            </w:pPr>
            <w:r w:rsidRPr="00774D49">
              <w:rPr>
                <w:rFonts w:cs="Arial"/>
                <w:b/>
                <w:bCs/>
                <w:szCs w:val="19"/>
                <w:lang w:val="es-PE"/>
              </w:rPr>
              <w:t>Desarrollo Motriz:</w:t>
            </w:r>
            <w:r w:rsidRPr="00774D49">
              <w:rPr>
                <w:rFonts w:cs="Arial"/>
                <w:szCs w:val="19"/>
                <w:lang w:val="es-PE"/>
              </w:rPr>
              <w:t xml:space="preserve"> Jugamos a </w:t>
            </w:r>
            <w:r w:rsidR="00437107" w:rsidRPr="00774D49">
              <w:rPr>
                <w:rFonts w:cs="Arial"/>
                <w:szCs w:val="19"/>
                <w:lang w:val="es-PE"/>
              </w:rPr>
              <w:t>“</w:t>
            </w:r>
            <w:r w:rsidRPr="00774D49">
              <w:rPr>
                <w:rFonts w:cs="Arial"/>
                <w:szCs w:val="19"/>
                <w:lang w:val="es-PE"/>
              </w:rPr>
              <w:t>Las huellas locas</w:t>
            </w:r>
            <w:r w:rsidR="00437107" w:rsidRPr="00774D49">
              <w:rPr>
                <w:rFonts w:cs="Arial"/>
                <w:szCs w:val="19"/>
                <w:lang w:val="es-PE"/>
              </w:rPr>
              <w:t>”</w:t>
            </w:r>
            <w:r w:rsidRPr="00774D49">
              <w:rPr>
                <w:rFonts w:cs="Arial"/>
                <w:szCs w:val="19"/>
                <w:lang w:val="es-PE"/>
              </w:rPr>
              <w:t>. Se disponen siluetas de pies de colores en el piso en diferentes direcciones. Los niños juegan a saltar y colocar sus pies exactamente sobre el diseño, controlando su equilibrio corporal y coordinación motriz.</w:t>
            </w:r>
          </w:p>
          <w:p w14:paraId="4D6E145D" w14:textId="7683748A" w:rsidR="0049128A" w:rsidRPr="00774D49" w:rsidRDefault="0049128A" w:rsidP="00774D49">
            <w:pPr>
              <w:spacing w:after="0"/>
              <w:rPr>
                <w:rFonts w:cs="Arial"/>
                <w:b/>
                <w:bCs/>
                <w:szCs w:val="19"/>
                <w:lang w:val="es-PE"/>
              </w:rPr>
            </w:pPr>
            <w:r w:rsidRPr="00774D49">
              <w:rPr>
                <w:rFonts w:cs="Arial"/>
                <w:b/>
                <w:bCs/>
                <w:szCs w:val="19"/>
                <w:lang w:val="es-PE"/>
              </w:rPr>
              <w:t>El Taller (12:00 - 12:30)</w:t>
            </w:r>
          </w:p>
          <w:p w14:paraId="13101F3C" w14:textId="77777777" w:rsidR="0049128A" w:rsidRPr="00774D49" w:rsidRDefault="0049128A" w:rsidP="00774D49">
            <w:pPr>
              <w:numPr>
                <w:ilvl w:val="0"/>
                <w:numId w:val="54"/>
              </w:numPr>
              <w:spacing w:after="0"/>
              <w:rPr>
                <w:rFonts w:cs="Arial"/>
                <w:szCs w:val="19"/>
                <w:lang w:val="es-PE"/>
              </w:rPr>
            </w:pPr>
            <w:r w:rsidRPr="00774D49">
              <w:rPr>
                <w:rFonts w:cs="Arial"/>
                <w:b/>
                <w:bCs/>
                <w:szCs w:val="19"/>
                <w:lang w:val="es-PE"/>
              </w:rPr>
              <w:t>Taller de Danza y Expresión Corporal:</w:t>
            </w:r>
            <w:r w:rsidRPr="00774D49">
              <w:rPr>
                <w:rFonts w:cs="Arial"/>
                <w:szCs w:val="19"/>
                <w:lang w:val="es-PE"/>
              </w:rPr>
              <w:t xml:space="preserve"> La docente reproduce música instrumental rítmica y alegre. Ofrece a los niños pompones hechos de rafia o papel de seda. Los niños bailan libremente por todo el espacio agitando los pompones arriba, abajo y alrededor de su cuerpo, explorando el movimiento rítmico y la velocidad.</w:t>
            </w:r>
          </w:p>
          <w:p w14:paraId="6C8B0667" w14:textId="04D68AE8" w:rsidR="0049128A" w:rsidRPr="00774D49" w:rsidRDefault="0049128A" w:rsidP="00774D49">
            <w:pPr>
              <w:spacing w:after="0"/>
              <w:rPr>
                <w:rFonts w:cs="Arial"/>
                <w:b/>
                <w:bCs/>
                <w:szCs w:val="19"/>
                <w:lang w:val="es-PE"/>
              </w:rPr>
            </w:pPr>
            <w:r w:rsidRPr="00774D49">
              <w:rPr>
                <w:rFonts w:cs="Arial"/>
                <w:b/>
                <w:bCs/>
                <w:szCs w:val="19"/>
                <w:lang w:val="es-PE"/>
              </w:rPr>
              <w:t>Rutinas de Salida (12:30)</w:t>
            </w:r>
          </w:p>
          <w:p w14:paraId="02101F61" w14:textId="147D9948" w:rsidR="0049128A" w:rsidRPr="00774D49" w:rsidRDefault="0049128A" w:rsidP="00774D49">
            <w:pPr>
              <w:numPr>
                <w:ilvl w:val="0"/>
                <w:numId w:val="55"/>
              </w:numPr>
              <w:spacing w:after="0"/>
              <w:rPr>
                <w:rFonts w:cs="Arial"/>
                <w:szCs w:val="19"/>
                <w:lang w:val="es-PE"/>
              </w:rPr>
            </w:pPr>
            <w:r w:rsidRPr="00774D49">
              <w:rPr>
                <w:rFonts w:cs="Arial"/>
                <w:b/>
                <w:bCs/>
                <w:szCs w:val="19"/>
                <w:lang w:val="es-PE"/>
              </w:rPr>
              <w:t>Cierre:</w:t>
            </w:r>
            <w:r w:rsidRPr="00774D49">
              <w:rPr>
                <w:rFonts w:cs="Arial"/>
                <w:szCs w:val="19"/>
                <w:lang w:val="es-PE"/>
              </w:rPr>
              <w:t xml:space="preserve"> Recuento final de lo vivido durante el día, organización autónoma de las mochilas y abrigos. Despedida cariñosa e individualizada en la puerta del aula.</w:t>
            </w:r>
          </w:p>
          <w:p w14:paraId="2392555D" w14:textId="34036260" w:rsidR="00F5459A" w:rsidRPr="00774D49" w:rsidRDefault="00F5459A" w:rsidP="00774D49">
            <w:pPr>
              <w:spacing w:after="0"/>
              <w:rPr>
                <w:rFonts w:cs="Arial"/>
                <w:szCs w:val="19"/>
                <w:lang w:val="es-PE"/>
              </w:rPr>
            </w:pPr>
          </w:p>
        </w:tc>
        <w:tc>
          <w:tcPr>
            <w:tcW w:w="1431" w:type="dxa"/>
            <w:vAlign w:val="center"/>
          </w:tcPr>
          <w:p w14:paraId="3FE1A036" w14:textId="5CA88D56" w:rsidR="00F5459A" w:rsidRPr="00774D49" w:rsidRDefault="009A66CC" w:rsidP="00774D49">
            <w:pPr>
              <w:spacing w:after="0"/>
              <w:rPr>
                <w:rFonts w:cs="Arial"/>
                <w:szCs w:val="19"/>
                <w:lang w:val="es-PE"/>
              </w:rPr>
            </w:pPr>
            <w:r w:rsidRPr="00774D49">
              <w:rPr>
                <w:rFonts w:cs="Arial"/>
                <w:szCs w:val="19"/>
                <w:lang w:val="es-PE"/>
              </w:rPr>
              <w:lastRenderedPageBreak/>
              <w:t>Hojas secas, césped sintético, piedras lisas, arena gruesa, telas suaves y ásperas, cartones corrugados y caminos sensoriales</w:t>
            </w:r>
          </w:p>
        </w:tc>
        <w:tc>
          <w:tcPr>
            <w:tcW w:w="1547" w:type="dxa"/>
            <w:vAlign w:val="center"/>
          </w:tcPr>
          <w:p w14:paraId="4DCBFFC6" w14:textId="4F81D786" w:rsidR="00F5459A" w:rsidRPr="00774D49" w:rsidRDefault="009A66CC" w:rsidP="00774D49">
            <w:pPr>
              <w:spacing w:after="0"/>
              <w:rPr>
                <w:rFonts w:cs="Arial"/>
                <w:szCs w:val="19"/>
                <w:lang w:val="es-PE"/>
              </w:rPr>
            </w:pPr>
            <w:r w:rsidRPr="00774D49">
              <w:rPr>
                <w:rFonts w:cs="Arial"/>
                <w:szCs w:val="19"/>
                <w:lang w:val="es-PE"/>
              </w:rPr>
              <w:t>Registrar equilibrio corporal, reacción frente a texturas, desplazamiento autónomo, expresión de sensaciones y cuidado durante el recorrido.</w:t>
            </w:r>
          </w:p>
        </w:tc>
      </w:tr>
      <w:tr w:rsidR="00895ADD" w:rsidRPr="00774D49" w14:paraId="12C27768" w14:textId="77777777" w:rsidTr="00976FF2">
        <w:trPr>
          <w:jc w:val="center"/>
        </w:trPr>
        <w:tc>
          <w:tcPr>
            <w:tcW w:w="2103" w:type="dxa"/>
            <w:gridSpan w:val="2"/>
            <w:vAlign w:val="center"/>
          </w:tcPr>
          <w:p w14:paraId="02293640" w14:textId="561A1067" w:rsidR="00895ADD" w:rsidRPr="00774D49" w:rsidRDefault="00895ADD" w:rsidP="00774D49">
            <w:pPr>
              <w:spacing w:after="0"/>
              <w:rPr>
                <w:rFonts w:cs="Arial"/>
                <w:szCs w:val="19"/>
                <w:lang w:val="es-PE"/>
              </w:rPr>
            </w:pPr>
            <w:r w:rsidRPr="00895ADD">
              <w:rPr>
                <w:rFonts w:cs="Arial"/>
                <w:b/>
                <w:bCs/>
                <w:szCs w:val="19"/>
                <w:lang w:val="es-PE"/>
              </w:rPr>
              <w:t>Áreas a observar:</w:t>
            </w:r>
          </w:p>
        </w:tc>
        <w:tc>
          <w:tcPr>
            <w:tcW w:w="5681" w:type="dxa"/>
            <w:vAlign w:val="center"/>
          </w:tcPr>
          <w:p w14:paraId="0212EAE7" w14:textId="27199F71" w:rsidR="00895ADD" w:rsidRPr="00312002" w:rsidRDefault="00312002" w:rsidP="00774D49">
            <w:pPr>
              <w:spacing w:after="0"/>
              <w:rPr>
                <w:rFonts w:cs="Arial"/>
                <w:szCs w:val="19"/>
                <w:lang w:val="es-PE"/>
              </w:rPr>
            </w:pPr>
            <w:r w:rsidRPr="00312002">
              <w:rPr>
                <w:rFonts w:cs="Arial"/>
                <w:szCs w:val="19"/>
                <w:lang w:val="es-PE"/>
              </w:rPr>
              <w:t>Psicomotricidad, Ciencia y Tecnología, y Personal Social.</w:t>
            </w:r>
          </w:p>
        </w:tc>
        <w:tc>
          <w:tcPr>
            <w:tcW w:w="1431" w:type="dxa"/>
            <w:vAlign w:val="center"/>
          </w:tcPr>
          <w:p w14:paraId="2ACA557F" w14:textId="77777777" w:rsidR="00895ADD" w:rsidRPr="00774D49" w:rsidRDefault="00895ADD" w:rsidP="00774D49">
            <w:pPr>
              <w:spacing w:after="0"/>
              <w:rPr>
                <w:rFonts w:cs="Arial"/>
                <w:szCs w:val="19"/>
                <w:lang w:val="es-PE"/>
              </w:rPr>
            </w:pPr>
          </w:p>
        </w:tc>
        <w:tc>
          <w:tcPr>
            <w:tcW w:w="1547" w:type="dxa"/>
            <w:vAlign w:val="center"/>
          </w:tcPr>
          <w:p w14:paraId="2F3EAEBE" w14:textId="77777777" w:rsidR="00895ADD" w:rsidRPr="00774D49" w:rsidRDefault="00895ADD" w:rsidP="00774D49">
            <w:pPr>
              <w:spacing w:after="0"/>
              <w:rPr>
                <w:rFonts w:cs="Arial"/>
                <w:szCs w:val="19"/>
                <w:lang w:val="es-PE"/>
              </w:rPr>
            </w:pPr>
          </w:p>
        </w:tc>
      </w:tr>
      <w:tr w:rsidR="009A66CC" w:rsidRPr="00774D49" w14:paraId="0629BB88" w14:textId="77777777" w:rsidTr="00895ADD">
        <w:trPr>
          <w:jc w:val="center"/>
        </w:trPr>
        <w:tc>
          <w:tcPr>
            <w:tcW w:w="746" w:type="dxa"/>
            <w:vAlign w:val="center"/>
          </w:tcPr>
          <w:p w14:paraId="3A53048B" w14:textId="51521180" w:rsidR="00F5459A" w:rsidRPr="00774D49" w:rsidRDefault="00F5459A" w:rsidP="00774D49">
            <w:pPr>
              <w:spacing w:after="0"/>
              <w:rPr>
                <w:rFonts w:cs="Arial"/>
                <w:szCs w:val="19"/>
                <w:lang w:val="es-PE"/>
              </w:rPr>
            </w:pPr>
            <w:r w:rsidRPr="00774D49">
              <w:rPr>
                <w:rFonts w:cs="Arial"/>
                <w:szCs w:val="19"/>
                <w:lang w:val="es-PE"/>
              </w:rPr>
              <w:t>Día 8</w:t>
            </w:r>
          </w:p>
        </w:tc>
        <w:tc>
          <w:tcPr>
            <w:tcW w:w="1357" w:type="dxa"/>
            <w:vAlign w:val="center"/>
          </w:tcPr>
          <w:p w14:paraId="1DE20B09" w14:textId="4D316434" w:rsidR="00F5459A" w:rsidRPr="00774D49" w:rsidRDefault="0049128A" w:rsidP="00774D49">
            <w:pPr>
              <w:spacing w:after="0"/>
              <w:rPr>
                <w:rFonts w:cs="Arial"/>
                <w:szCs w:val="19"/>
                <w:lang w:val="es-PE"/>
              </w:rPr>
            </w:pPr>
            <w:r w:rsidRPr="00774D49">
              <w:rPr>
                <w:rFonts w:cs="Arial"/>
                <w:szCs w:val="19"/>
                <w:lang w:val="es-PE"/>
              </w:rPr>
              <w:t>Jugamos con arena fina y embudos</w:t>
            </w:r>
          </w:p>
        </w:tc>
        <w:tc>
          <w:tcPr>
            <w:tcW w:w="5681" w:type="dxa"/>
            <w:vAlign w:val="center"/>
          </w:tcPr>
          <w:p w14:paraId="57BA25C2" w14:textId="7081B6F5" w:rsidR="0049128A" w:rsidRPr="00774D49" w:rsidRDefault="0049128A" w:rsidP="00774D49">
            <w:pPr>
              <w:spacing w:after="0"/>
              <w:rPr>
                <w:rFonts w:cs="Arial"/>
                <w:b/>
                <w:bCs/>
                <w:szCs w:val="19"/>
                <w:lang w:val="es-PE"/>
              </w:rPr>
            </w:pPr>
            <w:r w:rsidRPr="00774D49">
              <w:rPr>
                <w:rFonts w:cs="Arial"/>
                <w:b/>
                <w:bCs/>
                <w:szCs w:val="19"/>
                <w:lang w:val="es-PE"/>
              </w:rPr>
              <w:t>Rutinas de Entrada (08:00 - 08:30)</w:t>
            </w:r>
          </w:p>
          <w:p w14:paraId="1B476CE7" w14:textId="77777777" w:rsidR="0049128A" w:rsidRPr="00774D49" w:rsidRDefault="0049128A" w:rsidP="00774D49">
            <w:pPr>
              <w:numPr>
                <w:ilvl w:val="0"/>
                <w:numId w:val="56"/>
              </w:numPr>
              <w:spacing w:after="0"/>
              <w:rPr>
                <w:rFonts w:cs="Arial"/>
                <w:szCs w:val="19"/>
                <w:lang w:val="es-PE"/>
              </w:rPr>
            </w:pPr>
            <w:r w:rsidRPr="00774D49">
              <w:rPr>
                <w:rFonts w:cs="Arial"/>
                <w:b/>
                <w:bCs/>
                <w:szCs w:val="19"/>
                <w:lang w:val="es-PE"/>
              </w:rPr>
              <w:t>Recepción:</w:t>
            </w:r>
            <w:r w:rsidRPr="00774D49">
              <w:rPr>
                <w:rFonts w:cs="Arial"/>
                <w:szCs w:val="19"/>
                <w:lang w:val="es-PE"/>
              </w:rPr>
              <w:t xml:space="preserve"> Recibimiento personalizado y afectuoso. Se saluda a cada niño por su nombre a su propia altura, permitiéndole ingresar al aula de manera tranquila y segura.</w:t>
            </w:r>
          </w:p>
          <w:p w14:paraId="1E29A333" w14:textId="77777777" w:rsidR="0049128A" w:rsidRPr="00774D49" w:rsidRDefault="0049128A" w:rsidP="00774D49">
            <w:pPr>
              <w:numPr>
                <w:ilvl w:val="0"/>
                <w:numId w:val="56"/>
              </w:numPr>
              <w:spacing w:after="0"/>
              <w:rPr>
                <w:rFonts w:cs="Arial"/>
                <w:szCs w:val="19"/>
                <w:lang w:val="es-PE"/>
              </w:rPr>
            </w:pPr>
            <w:r w:rsidRPr="00774D49">
              <w:rPr>
                <w:rFonts w:cs="Arial"/>
                <w:b/>
                <w:bCs/>
                <w:szCs w:val="19"/>
                <w:lang w:val="es-PE"/>
              </w:rPr>
              <w:lastRenderedPageBreak/>
              <w:t>Cajas de Espera:</w:t>
            </w:r>
            <w:r w:rsidRPr="00774D49">
              <w:rPr>
                <w:rFonts w:cs="Arial"/>
                <w:szCs w:val="19"/>
                <w:lang w:val="es-PE"/>
              </w:rPr>
              <w:t xml:space="preserve"> Se colocan en las mesas botellas plásticas transparentes y secas llenas de arena fina y semillas pequeñas para que los niños las agiten y escuchen sus diferentes sonidos al llegar.</w:t>
            </w:r>
          </w:p>
          <w:p w14:paraId="3E66A7BB" w14:textId="77777777" w:rsidR="0049128A" w:rsidRPr="00774D49" w:rsidRDefault="0049128A" w:rsidP="00774D49">
            <w:pPr>
              <w:numPr>
                <w:ilvl w:val="0"/>
                <w:numId w:val="56"/>
              </w:numPr>
              <w:spacing w:after="0"/>
              <w:rPr>
                <w:rFonts w:cs="Arial"/>
                <w:szCs w:val="19"/>
                <w:lang w:val="es-PE"/>
              </w:rPr>
            </w:pPr>
            <w:r w:rsidRPr="00774D49">
              <w:rPr>
                <w:rFonts w:cs="Arial"/>
                <w:b/>
                <w:bCs/>
                <w:szCs w:val="19"/>
                <w:lang w:val="es-PE"/>
              </w:rPr>
              <w:t>Actividades Permanentes:</w:t>
            </w:r>
            <w:r w:rsidRPr="00774D49">
              <w:rPr>
                <w:rFonts w:cs="Arial"/>
                <w:szCs w:val="19"/>
                <w:lang w:val="es-PE"/>
              </w:rPr>
              <w:t xml:space="preserve"> Asamblea en semicírculo sobre cojines. Cantamos para saludarnos, registramos la asistencia de manera visual y actualizamos el calendario del aula.</w:t>
            </w:r>
          </w:p>
          <w:p w14:paraId="033D805D" w14:textId="00CE6784" w:rsidR="0049128A" w:rsidRPr="00774D49" w:rsidRDefault="0049128A" w:rsidP="00774D49">
            <w:pPr>
              <w:spacing w:after="0"/>
              <w:rPr>
                <w:rFonts w:cs="Arial"/>
                <w:b/>
                <w:bCs/>
                <w:szCs w:val="19"/>
                <w:lang w:val="es-PE"/>
              </w:rPr>
            </w:pPr>
            <w:r w:rsidRPr="00774D49">
              <w:rPr>
                <w:rFonts w:cs="Arial"/>
                <w:b/>
                <w:bCs/>
                <w:szCs w:val="19"/>
                <w:lang w:val="es-PE"/>
              </w:rPr>
              <w:t xml:space="preserve">Juego Libre en los </w:t>
            </w:r>
            <w:r w:rsidR="00437107" w:rsidRPr="00774D49">
              <w:rPr>
                <w:rFonts w:cs="Arial"/>
                <w:b/>
                <w:bCs/>
                <w:szCs w:val="19"/>
                <w:lang w:val="es-PE"/>
              </w:rPr>
              <w:t>espacios</w:t>
            </w:r>
            <w:r w:rsidRPr="00774D49">
              <w:rPr>
                <w:rFonts w:cs="Arial"/>
                <w:b/>
                <w:bCs/>
                <w:szCs w:val="19"/>
                <w:lang w:val="es-PE"/>
              </w:rPr>
              <w:t xml:space="preserve"> (08:30 - 09:30)</w:t>
            </w:r>
          </w:p>
          <w:p w14:paraId="69721193" w14:textId="77777777" w:rsidR="0049128A" w:rsidRPr="00774D49" w:rsidRDefault="0049128A" w:rsidP="00774D49">
            <w:pPr>
              <w:numPr>
                <w:ilvl w:val="0"/>
                <w:numId w:val="57"/>
              </w:numPr>
              <w:spacing w:after="0"/>
              <w:rPr>
                <w:rFonts w:cs="Arial"/>
                <w:szCs w:val="19"/>
                <w:lang w:val="es-PE"/>
              </w:rPr>
            </w:pPr>
            <w:r w:rsidRPr="00774D49">
              <w:rPr>
                <w:rFonts w:cs="Arial"/>
                <w:b/>
                <w:bCs/>
                <w:szCs w:val="19"/>
                <w:lang w:val="es-PE"/>
              </w:rPr>
              <w:t>Planificación y Organización (Fase 1):</w:t>
            </w:r>
            <w:r w:rsidRPr="00774D49">
              <w:rPr>
                <w:rFonts w:cs="Arial"/>
                <w:szCs w:val="19"/>
                <w:lang w:val="es-PE"/>
              </w:rPr>
              <w:t xml:space="preserve"> Sentados en círculo, los niños eligen el sector donde jugarán hoy. La docente reparte los carnés o collares identificadores del espacio para regular el aforo.</w:t>
            </w:r>
          </w:p>
          <w:p w14:paraId="58193189" w14:textId="77777777" w:rsidR="0049128A" w:rsidRPr="00774D49" w:rsidRDefault="0049128A" w:rsidP="00774D49">
            <w:pPr>
              <w:numPr>
                <w:ilvl w:val="0"/>
                <w:numId w:val="57"/>
              </w:numPr>
              <w:spacing w:after="0"/>
              <w:rPr>
                <w:rFonts w:cs="Arial"/>
                <w:szCs w:val="19"/>
                <w:lang w:val="es-PE"/>
              </w:rPr>
            </w:pPr>
            <w:r w:rsidRPr="00774D49">
              <w:rPr>
                <w:rFonts w:cs="Arial"/>
                <w:b/>
                <w:bCs/>
                <w:szCs w:val="19"/>
                <w:lang w:val="es-PE"/>
              </w:rPr>
              <w:t>Desarrollo o Ejecución (Fase 2):</w:t>
            </w:r>
            <w:r w:rsidRPr="00774D49">
              <w:rPr>
                <w:rFonts w:cs="Arial"/>
                <w:szCs w:val="19"/>
                <w:lang w:val="es-PE"/>
              </w:rPr>
              <w:t xml:space="preserve"> Los niños juegan de forma autónoma en el espacio seleccionado (Construcción, Lectura, Arte). La docente observa sus iniciativas y toma notas en su cuaderno de campo.</w:t>
            </w:r>
          </w:p>
          <w:p w14:paraId="598E2C49" w14:textId="77777777" w:rsidR="0049128A" w:rsidRPr="00774D49" w:rsidRDefault="0049128A" w:rsidP="00774D49">
            <w:pPr>
              <w:numPr>
                <w:ilvl w:val="0"/>
                <w:numId w:val="57"/>
              </w:numPr>
              <w:spacing w:after="0"/>
              <w:rPr>
                <w:rFonts w:cs="Arial"/>
                <w:szCs w:val="19"/>
                <w:lang w:val="es-PE"/>
              </w:rPr>
            </w:pPr>
            <w:r w:rsidRPr="00774D49">
              <w:rPr>
                <w:rFonts w:cs="Arial"/>
                <w:b/>
                <w:bCs/>
                <w:szCs w:val="19"/>
                <w:lang w:val="es-PE"/>
              </w:rPr>
              <w:t>Orden, Socialización y Representación (Fase 3):</w:t>
            </w:r>
            <w:r w:rsidRPr="00774D49">
              <w:rPr>
                <w:rFonts w:cs="Arial"/>
                <w:szCs w:val="19"/>
                <w:lang w:val="es-PE"/>
              </w:rPr>
              <w:t xml:space="preserve"> Cantamos una canción de orden. Los niños colaboran guardando los materiales en las canastas correspondientes y comentan brevemente a qué jugaron.</w:t>
            </w:r>
          </w:p>
          <w:p w14:paraId="3E45CC5A" w14:textId="211E5097" w:rsidR="0049128A" w:rsidRPr="00774D49" w:rsidRDefault="0049128A" w:rsidP="00774D49">
            <w:pPr>
              <w:spacing w:after="0"/>
              <w:rPr>
                <w:rFonts w:cs="Arial"/>
                <w:b/>
                <w:bCs/>
                <w:szCs w:val="19"/>
                <w:lang w:val="es-PE"/>
              </w:rPr>
            </w:pPr>
            <w:r w:rsidRPr="00774D49">
              <w:rPr>
                <w:rFonts w:cs="Arial"/>
                <w:b/>
                <w:bCs/>
                <w:szCs w:val="19"/>
                <w:lang w:val="es-PE"/>
              </w:rPr>
              <w:t>Actividad Significativa / Sesión Central (09:30 - 10:30)</w:t>
            </w:r>
          </w:p>
          <w:p w14:paraId="16BD7EC0" w14:textId="77777777" w:rsidR="0049128A" w:rsidRPr="00774D49" w:rsidRDefault="0049128A" w:rsidP="00774D49">
            <w:pPr>
              <w:numPr>
                <w:ilvl w:val="0"/>
                <w:numId w:val="58"/>
              </w:numPr>
              <w:spacing w:after="0"/>
              <w:rPr>
                <w:rFonts w:cs="Arial"/>
                <w:szCs w:val="19"/>
                <w:lang w:val="es-PE"/>
              </w:rPr>
            </w:pPr>
            <w:r w:rsidRPr="00774D49">
              <w:rPr>
                <w:rFonts w:cs="Arial"/>
                <w:b/>
                <w:bCs/>
                <w:szCs w:val="19"/>
                <w:lang w:val="es-PE"/>
              </w:rPr>
              <w:t>Inicio (Antes):</w:t>
            </w:r>
            <w:r w:rsidRPr="00774D49">
              <w:rPr>
                <w:rFonts w:cs="Arial"/>
                <w:szCs w:val="19"/>
                <w:lang w:val="es-PE"/>
              </w:rPr>
              <w:t xml:space="preserve"> Nos reunimos en asamblea. La docente presenta una bandeja con arena fina y seca, y deja caer un chorrito de arena entre sus dedos. Invita a los niños a tocarla: </w:t>
            </w:r>
            <w:r w:rsidRPr="00774D49">
              <w:rPr>
                <w:rFonts w:cs="Arial"/>
                <w:i/>
                <w:iCs/>
                <w:szCs w:val="19"/>
                <w:lang w:val="es-PE"/>
              </w:rPr>
              <w:t xml:space="preserve">¿Cómo se siente la arena? ¿Se queda pegada en las manos como el barro? ¿Qué pasará si la pasamos por este </w:t>
            </w:r>
            <w:proofErr w:type="gramStart"/>
            <w:r w:rsidRPr="00774D49">
              <w:rPr>
                <w:rFonts w:cs="Arial"/>
                <w:i/>
                <w:iCs/>
                <w:szCs w:val="19"/>
                <w:lang w:val="es-PE"/>
              </w:rPr>
              <w:t>embudo?</w:t>
            </w:r>
            <w:r w:rsidRPr="00774D49">
              <w:rPr>
                <w:rFonts w:cs="Arial"/>
                <w:szCs w:val="19"/>
                <w:lang w:val="es-PE"/>
              </w:rPr>
              <w:t>.</w:t>
            </w:r>
            <w:proofErr w:type="gramEnd"/>
          </w:p>
          <w:p w14:paraId="7EB44E5C" w14:textId="37A85D87" w:rsidR="0049128A" w:rsidRPr="00774D49" w:rsidRDefault="0049128A" w:rsidP="00774D49">
            <w:pPr>
              <w:numPr>
                <w:ilvl w:val="0"/>
                <w:numId w:val="58"/>
              </w:numPr>
              <w:spacing w:after="0"/>
              <w:rPr>
                <w:rFonts w:cs="Arial"/>
                <w:szCs w:val="19"/>
                <w:lang w:val="es-PE"/>
              </w:rPr>
            </w:pPr>
            <w:r w:rsidRPr="00774D49">
              <w:rPr>
                <w:rFonts w:cs="Arial"/>
                <w:b/>
                <w:bCs/>
                <w:szCs w:val="19"/>
                <w:lang w:val="es-PE"/>
              </w:rPr>
              <w:t>Desarrollo (Durante):</w:t>
            </w:r>
            <w:r w:rsidRPr="00774D49">
              <w:rPr>
                <w:rFonts w:cs="Arial"/>
                <w:szCs w:val="19"/>
                <w:lang w:val="es-PE"/>
              </w:rPr>
              <w:t xml:space="preserve"> Nos organizamos en las mesas de trabajo protegidas. Cada grupo recibe una tina baja con arena fina seca, embudos plásticos, botellas transparentes vacías y tazas medidoras livianas. Los niños juegan libremente a llenar y vaciar las botellas usando los embudos, observando cómo cae la arena. La docente acompaña mediando el lenguaje y reforzando nociones espaciales y de cantidad de forma natural: </w:t>
            </w:r>
            <w:r w:rsidR="00437107" w:rsidRPr="00774D49">
              <w:rPr>
                <w:rFonts w:cs="Arial"/>
                <w:szCs w:val="19"/>
                <w:lang w:val="es-PE"/>
              </w:rPr>
              <w:t>“</w:t>
            </w:r>
            <w:r w:rsidRPr="00774D49">
              <w:rPr>
                <w:rFonts w:cs="Arial"/>
                <w:i/>
                <w:iCs/>
                <w:szCs w:val="19"/>
                <w:lang w:val="es-PE"/>
              </w:rPr>
              <w:t>¡Mira, la arena está cayendo muy rápido por el embudo!</w:t>
            </w:r>
            <w:r w:rsidR="00437107" w:rsidRPr="00774D49">
              <w:rPr>
                <w:rFonts w:cs="Arial"/>
                <w:i/>
                <w:iCs/>
                <w:szCs w:val="19"/>
                <w:lang w:val="es-PE"/>
              </w:rPr>
              <w:t xml:space="preserve">” </w:t>
            </w:r>
            <w:r w:rsidRPr="00774D49">
              <w:rPr>
                <w:rFonts w:cs="Arial"/>
                <w:szCs w:val="19"/>
                <w:lang w:val="es-PE"/>
              </w:rPr>
              <w:t xml:space="preserve">o </w:t>
            </w:r>
            <w:r w:rsidR="00437107" w:rsidRPr="00774D49">
              <w:rPr>
                <w:rFonts w:cs="Arial"/>
                <w:szCs w:val="19"/>
                <w:lang w:val="es-PE"/>
              </w:rPr>
              <w:t>“</w:t>
            </w:r>
            <w:r w:rsidRPr="00774D49">
              <w:rPr>
                <w:rFonts w:cs="Arial"/>
                <w:i/>
                <w:iCs/>
                <w:szCs w:val="19"/>
                <w:lang w:val="es-PE"/>
              </w:rPr>
              <w:t>Tu botella ya está llena</w:t>
            </w:r>
            <w:r w:rsidR="00437107" w:rsidRPr="00774D49">
              <w:rPr>
                <w:rFonts w:cs="Arial"/>
                <w:i/>
                <w:iCs/>
                <w:szCs w:val="19"/>
                <w:lang w:val="es-PE"/>
              </w:rPr>
              <w:t>”</w:t>
            </w:r>
            <w:r w:rsidRPr="00774D49">
              <w:rPr>
                <w:rFonts w:cs="Arial"/>
                <w:szCs w:val="19"/>
                <w:lang w:val="es-PE"/>
              </w:rPr>
              <w:t>.</w:t>
            </w:r>
          </w:p>
          <w:p w14:paraId="662F0B9E" w14:textId="77777777" w:rsidR="0049128A" w:rsidRPr="00774D49" w:rsidRDefault="0049128A" w:rsidP="00774D49">
            <w:pPr>
              <w:numPr>
                <w:ilvl w:val="0"/>
                <w:numId w:val="58"/>
              </w:numPr>
              <w:spacing w:after="0"/>
              <w:rPr>
                <w:rFonts w:cs="Arial"/>
                <w:szCs w:val="19"/>
                <w:lang w:val="es-PE"/>
              </w:rPr>
            </w:pPr>
            <w:r w:rsidRPr="00774D49">
              <w:rPr>
                <w:rFonts w:cs="Arial"/>
                <w:b/>
                <w:bCs/>
                <w:szCs w:val="19"/>
                <w:lang w:val="es-PE"/>
              </w:rPr>
              <w:t>Cierre (Después):</w:t>
            </w:r>
            <w:r w:rsidRPr="00774D49">
              <w:rPr>
                <w:rFonts w:cs="Arial"/>
                <w:szCs w:val="19"/>
                <w:lang w:val="es-PE"/>
              </w:rPr>
              <w:t xml:space="preserve"> Regresamos a la asamblea. Dialogamos con preguntas sencillas de metacognición: </w:t>
            </w:r>
            <w:r w:rsidRPr="00774D49">
              <w:rPr>
                <w:rFonts w:cs="Arial"/>
                <w:i/>
                <w:iCs/>
                <w:szCs w:val="19"/>
                <w:lang w:val="es-PE"/>
              </w:rPr>
              <w:t xml:space="preserve">¿Fue fácil o difícil meter la arena en la botella? ¿Qué usaste para </w:t>
            </w:r>
            <w:proofErr w:type="gramStart"/>
            <w:r w:rsidRPr="00774D49">
              <w:rPr>
                <w:rFonts w:cs="Arial"/>
                <w:i/>
                <w:iCs/>
                <w:szCs w:val="19"/>
                <w:lang w:val="es-PE"/>
              </w:rPr>
              <w:t>ayudarte?</w:t>
            </w:r>
            <w:r w:rsidRPr="00774D49">
              <w:rPr>
                <w:rFonts w:cs="Arial"/>
                <w:szCs w:val="19"/>
                <w:lang w:val="es-PE"/>
              </w:rPr>
              <w:t>.</w:t>
            </w:r>
            <w:proofErr w:type="gramEnd"/>
            <w:r w:rsidRPr="00774D49">
              <w:rPr>
                <w:rFonts w:cs="Arial"/>
                <w:szCs w:val="19"/>
                <w:lang w:val="es-PE"/>
              </w:rPr>
              <w:t xml:space="preserve"> Limpiamos y barremos juntos el espacio con escobitas plásticas pequeñas adaptadas a su tamaño.</w:t>
            </w:r>
          </w:p>
          <w:p w14:paraId="35DD9154" w14:textId="5521E483" w:rsidR="0049128A" w:rsidRPr="00774D49" w:rsidRDefault="0049128A" w:rsidP="00774D49">
            <w:pPr>
              <w:spacing w:after="0"/>
              <w:rPr>
                <w:rFonts w:cs="Arial"/>
                <w:b/>
                <w:bCs/>
                <w:szCs w:val="19"/>
                <w:lang w:val="es-PE"/>
              </w:rPr>
            </w:pPr>
            <w:r w:rsidRPr="00774D49">
              <w:rPr>
                <w:rFonts w:cs="Arial"/>
                <w:b/>
                <w:bCs/>
                <w:szCs w:val="19"/>
                <w:lang w:val="es-PE"/>
              </w:rPr>
              <w:t>Aseo, Refrigerio y Recreo (10:30 - 11:30)</w:t>
            </w:r>
          </w:p>
          <w:p w14:paraId="101D10B2" w14:textId="77777777" w:rsidR="0049128A" w:rsidRPr="00774D49" w:rsidRDefault="0049128A" w:rsidP="00774D49">
            <w:pPr>
              <w:numPr>
                <w:ilvl w:val="0"/>
                <w:numId w:val="59"/>
              </w:numPr>
              <w:spacing w:after="0"/>
              <w:rPr>
                <w:rFonts w:cs="Arial"/>
                <w:szCs w:val="19"/>
                <w:lang w:val="es-PE"/>
              </w:rPr>
            </w:pPr>
            <w:r w:rsidRPr="00774D49">
              <w:rPr>
                <w:rFonts w:cs="Arial"/>
                <w:b/>
                <w:bCs/>
                <w:szCs w:val="19"/>
                <w:lang w:val="es-PE"/>
              </w:rPr>
              <w:t>Higiene:</w:t>
            </w:r>
            <w:r w:rsidRPr="00774D49">
              <w:rPr>
                <w:rFonts w:cs="Arial"/>
                <w:szCs w:val="19"/>
                <w:lang w:val="es-PE"/>
              </w:rPr>
              <w:t xml:space="preserve"> Rutina guiada de lavado de manos con agua y jabón para retirar los residuos de arena, modelando el secado con papel toalla y promoviendo la autonomía.</w:t>
            </w:r>
          </w:p>
          <w:p w14:paraId="46163396" w14:textId="77777777" w:rsidR="0049128A" w:rsidRPr="00774D49" w:rsidRDefault="0049128A" w:rsidP="00774D49">
            <w:pPr>
              <w:numPr>
                <w:ilvl w:val="0"/>
                <w:numId w:val="59"/>
              </w:numPr>
              <w:spacing w:after="0"/>
              <w:rPr>
                <w:rFonts w:cs="Arial"/>
                <w:szCs w:val="19"/>
                <w:lang w:val="es-PE"/>
              </w:rPr>
            </w:pPr>
            <w:r w:rsidRPr="00774D49">
              <w:rPr>
                <w:rFonts w:cs="Arial"/>
                <w:b/>
                <w:bCs/>
                <w:szCs w:val="19"/>
                <w:lang w:val="es-PE"/>
              </w:rPr>
              <w:t>Alimentación:</w:t>
            </w:r>
            <w:r w:rsidRPr="00774D49">
              <w:rPr>
                <w:rFonts w:cs="Arial"/>
                <w:szCs w:val="19"/>
                <w:lang w:val="es-PE"/>
              </w:rPr>
              <w:t xml:space="preserve"> Consumo de la lonchera en un ambiente tranquilo y ordenado, incentivando a los niños a abrir y cerrar sus envases por sí mismos.</w:t>
            </w:r>
          </w:p>
          <w:p w14:paraId="5CC5E0CD" w14:textId="77777777" w:rsidR="0049128A" w:rsidRPr="00774D49" w:rsidRDefault="0049128A" w:rsidP="00774D49">
            <w:pPr>
              <w:numPr>
                <w:ilvl w:val="0"/>
                <w:numId w:val="59"/>
              </w:numPr>
              <w:spacing w:after="0"/>
              <w:rPr>
                <w:rFonts w:cs="Arial"/>
                <w:szCs w:val="19"/>
                <w:lang w:val="es-PE"/>
              </w:rPr>
            </w:pPr>
            <w:r w:rsidRPr="00774D49">
              <w:rPr>
                <w:rFonts w:cs="Arial"/>
                <w:b/>
                <w:bCs/>
                <w:szCs w:val="19"/>
                <w:lang w:val="es-PE"/>
              </w:rPr>
              <w:t>Recreo:</w:t>
            </w:r>
            <w:r w:rsidRPr="00774D49">
              <w:rPr>
                <w:rFonts w:cs="Arial"/>
                <w:szCs w:val="19"/>
                <w:lang w:val="es-PE"/>
              </w:rPr>
              <w:t xml:space="preserve"> Espacio de juego libre y esparcimiento en el patio exterior bajo el cuidado y monitoreo constante de la docente.</w:t>
            </w:r>
          </w:p>
          <w:p w14:paraId="2E4DF41D" w14:textId="19E95341" w:rsidR="0049128A" w:rsidRPr="00774D49" w:rsidRDefault="0049128A" w:rsidP="00774D49">
            <w:pPr>
              <w:spacing w:after="0"/>
              <w:rPr>
                <w:rFonts w:cs="Arial"/>
                <w:b/>
                <w:bCs/>
                <w:szCs w:val="19"/>
                <w:lang w:val="es-PE"/>
              </w:rPr>
            </w:pPr>
            <w:r w:rsidRPr="00774D49">
              <w:rPr>
                <w:rFonts w:cs="Arial"/>
                <w:b/>
                <w:bCs/>
                <w:szCs w:val="19"/>
                <w:lang w:val="es-PE"/>
              </w:rPr>
              <w:t>Actividad Psicomotriz Corta (11:30 - 12:00)</w:t>
            </w:r>
          </w:p>
          <w:p w14:paraId="7F9AB5A1" w14:textId="20A69EF9" w:rsidR="0049128A" w:rsidRPr="00774D49" w:rsidRDefault="0049128A" w:rsidP="00774D49">
            <w:pPr>
              <w:numPr>
                <w:ilvl w:val="0"/>
                <w:numId w:val="60"/>
              </w:numPr>
              <w:spacing w:after="0"/>
              <w:rPr>
                <w:rFonts w:cs="Arial"/>
                <w:szCs w:val="19"/>
                <w:lang w:val="es-PE"/>
              </w:rPr>
            </w:pPr>
            <w:r w:rsidRPr="00774D49">
              <w:rPr>
                <w:rFonts w:cs="Arial"/>
                <w:b/>
                <w:bCs/>
                <w:szCs w:val="19"/>
                <w:lang w:val="es-PE"/>
              </w:rPr>
              <w:t>Desarrollo Motriz:</w:t>
            </w:r>
            <w:r w:rsidRPr="00774D49">
              <w:rPr>
                <w:rFonts w:cs="Arial"/>
                <w:szCs w:val="19"/>
                <w:lang w:val="es-PE"/>
              </w:rPr>
              <w:t xml:space="preserve"> Se propone el juego </w:t>
            </w:r>
            <w:r w:rsidR="00437107" w:rsidRPr="00774D49">
              <w:rPr>
                <w:rFonts w:cs="Arial"/>
                <w:szCs w:val="19"/>
                <w:lang w:val="es-PE"/>
              </w:rPr>
              <w:t>“</w:t>
            </w:r>
            <w:r w:rsidRPr="00774D49">
              <w:rPr>
                <w:rFonts w:cs="Arial"/>
                <w:szCs w:val="19"/>
                <w:lang w:val="es-PE"/>
              </w:rPr>
              <w:t>Lluvia de pelotas</w:t>
            </w:r>
            <w:r w:rsidR="00437107" w:rsidRPr="00774D49">
              <w:rPr>
                <w:rFonts w:cs="Arial"/>
                <w:szCs w:val="19"/>
                <w:lang w:val="es-PE"/>
              </w:rPr>
              <w:t>”</w:t>
            </w:r>
            <w:r w:rsidRPr="00774D49">
              <w:rPr>
                <w:rFonts w:cs="Arial"/>
                <w:szCs w:val="19"/>
                <w:lang w:val="es-PE"/>
              </w:rPr>
              <w:t>. Los niños sostienen una tela o manta grande entre todos. Colocamos pelotas de plástico ligeras encima y los niños deben mover los brazos hacia arriba y hacia abajo de forma coordinada para hacer saltar las pelotas sin que se caigan al piso.</w:t>
            </w:r>
          </w:p>
          <w:p w14:paraId="6D36CB0F" w14:textId="00A003F5" w:rsidR="0049128A" w:rsidRPr="00774D49" w:rsidRDefault="0049128A" w:rsidP="00774D49">
            <w:pPr>
              <w:spacing w:after="0"/>
              <w:rPr>
                <w:rFonts w:cs="Arial"/>
                <w:b/>
                <w:bCs/>
                <w:szCs w:val="19"/>
                <w:lang w:val="es-PE"/>
              </w:rPr>
            </w:pPr>
            <w:r w:rsidRPr="00774D49">
              <w:rPr>
                <w:rFonts w:cs="Arial"/>
                <w:b/>
                <w:bCs/>
                <w:szCs w:val="19"/>
                <w:lang w:val="es-PE"/>
              </w:rPr>
              <w:t>El Taller (12:00 - 12:30)</w:t>
            </w:r>
          </w:p>
          <w:p w14:paraId="6A18FC1A" w14:textId="77777777" w:rsidR="0049128A" w:rsidRPr="00774D49" w:rsidRDefault="0049128A" w:rsidP="00774D49">
            <w:pPr>
              <w:numPr>
                <w:ilvl w:val="0"/>
                <w:numId w:val="61"/>
              </w:numPr>
              <w:spacing w:after="0"/>
              <w:rPr>
                <w:rFonts w:cs="Arial"/>
                <w:szCs w:val="19"/>
                <w:lang w:val="es-PE"/>
              </w:rPr>
            </w:pPr>
            <w:r w:rsidRPr="00774D49">
              <w:rPr>
                <w:rFonts w:cs="Arial"/>
                <w:b/>
                <w:bCs/>
                <w:szCs w:val="19"/>
                <w:lang w:val="es-PE"/>
              </w:rPr>
              <w:t>Taller Gráfico-Plástico:</w:t>
            </w:r>
            <w:r w:rsidRPr="00774D49">
              <w:rPr>
                <w:rFonts w:cs="Arial"/>
                <w:szCs w:val="19"/>
                <w:lang w:val="es-PE"/>
              </w:rPr>
              <w:t xml:space="preserve"> Colocamos cartulinas oscuras (negras o azules) en las mesas. Ofrecemos gomas escolares líquidas para que los niños realicen trazos </w:t>
            </w:r>
            <w:r w:rsidRPr="00774D49">
              <w:rPr>
                <w:rFonts w:cs="Arial"/>
                <w:szCs w:val="19"/>
                <w:lang w:val="es-PE"/>
              </w:rPr>
              <w:lastRenderedPageBreak/>
              <w:t>libres con sus dedos sobre el soporte. Inmediatamente después, espolvorean un poco de arena fina sobre la goma y sacuden el exceso, descubriendo con asombro sus dibujos con textura texturizada.</w:t>
            </w:r>
          </w:p>
          <w:p w14:paraId="5B8C62CF" w14:textId="33913CF6" w:rsidR="0049128A" w:rsidRPr="00774D49" w:rsidRDefault="0049128A" w:rsidP="00774D49">
            <w:pPr>
              <w:spacing w:after="0"/>
              <w:rPr>
                <w:rFonts w:cs="Arial"/>
                <w:b/>
                <w:bCs/>
                <w:szCs w:val="19"/>
                <w:lang w:val="es-PE"/>
              </w:rPr>
            </w:pPr>
            <w:r w:rsidRPr="00774D49">
              <w:rPr>
                <w:rFonts w:cs="Arial"/>
                <w:b/>
                <w:bCs/>
                <w:szCs w:val="19"/>
                <w:lang w:val="es-PE"/>
              </w:rPr>
              <w:t>Rutinas de Salida (12:30)</w:t>
            </w:r>
          </w:p>
          <w:p w14:paraId="33B79896" w14:textId="77777777" w:rsidR="0049128A" w:rsidRPr="00774D49" w:rsidRDefault="0049128A" w:rsidP="00774D49">
            <w:pPr>
              <w:numPr>
                <w:ilvl w:val="0"/>
                <w:numId w:val="62"/>
              </w:numPr>
              <w:spacing w:after="0"/>
              <w:rPr>
                <w:rFonts w:cs="Arial"/>
                <w:szCs w:val="19"/>
                <w:lang w:val="es-PE"/>
              </w:rPr>
            </w:pPr>
            <w:r w:rsidRPr="00774D49">
              <w:rPr>
                <w:rFonts w:cs="Arial"/>
                <w:b/>
                <w:bCs/>
                <w:szCs w:val="19"/>
                <w:lang w:val="es-PE"/>
              </w:rPr>
              <w:t>Cierre:</w:t>
            </w:r>
            <w:r w:rsidRPr="00774D49">
              <w:rPr>
                <w:rFonts w:cs="Arial"/>
                <w:szCs w:val="19"/>
                <w:lang w:val="es-PE"/>
              </w:rPr>
              <w:t xml:space="preserve"> Breve recuento de las actividades del día, organización autónoma de mochilas y abrigos. Despedida afectuosa e individualizada en la puerta del aula.</w:t>
            </w:r>
          </w:p>
          <w:p w14:paraId="25656FDC" w14:textId="69D8AD19" w:rsidR="0049128A" w:rsidRPr="00774D49" w:rsidRDefault="0049128A" w:rsidP="00774D49">
            <w:pPr>
              <w:spacing w:after="0"/>
              <w:rPr>
                <w:rFonts w:cs="Arial"/>
                <w:szCs w:val="19"/>
                <w:lang w:val="es-PE"/>
              </w:rPr>
            </w:pPr>
          </w:p>
          <w:p w14:paraId="77536F03" w14:textId="77777777" w:rsidR="00F5459A" w:rsidRPr="00774D49" w:rsidRDefault="00F5459A" w:rsidP="00774D49">
            <w:pPr>
              <w:spacing w:after="0"/>
              <w:rPr>
                <w:rFonts w:cs="Arial"/>
                <w:szCs w:val="19"/>
                <w:lang w:val="es-PE"/>
              </w:rPr>
            </w:pPr>
          </w:p>
        </w:tc>
        <w:tc>
          <w:tcPr>
            <w:tcW w:w="1431" w:type="dxa"/>
            <w:vAlign w:val="center"/>
          </w:tcPr>
          <w:p w14:paraId="56D6B3DC" w14:textId="425CC7A3" w:rsidR="00F5459A" w:rsidRPr="00774D49" w:rsidRDefault="009A66CC" w:rsidP="00774D49">
            <w:pPr>
              <w:spacing w:after="0"/>
              <w:rPr>
                <w:rFonts w:cs="Arial"/>
                <w:szCs w:val="19"/>
                <w:lang w:val="es-PE"/>
              </w:rPr>
            </w:pPr>
            <w:r w:rsidRPr="00774D49">
              <w:rPr>
                <w:rFonts w:cs="Arial"/>
                <w:szCs w:val="19"/>
                <w:lang w:val="es-PE"/>
              </w:rPr>
              <w:lastRenderedPageBreak/>
              <w:t xml:space="preserve">Agua, tierra, hojas, ramas pequeñas, piedras, recipientes, </w:t>
            </w:r>
            <w:r w:rsidRPr="00774D49">
              <w:rPr>
                <w:rFonts w:cs="Arial"/>
                <w:szCs w:val="19"/>
                <w:lang w:val="es-PE"/>
              </w:rPr>
              <w:lastRenderedPageBreak/>
              <w:t>cucharones, embudos y bandejas.</w:t>
            </w:r>
          </w:p>
        </w:tc>
        <w:tc>
          <w:tcPr>
            <w:tcW w:w="1547" w:type="dxa"/>
            <w:vAlign w:val="center"/>
          </w:tcPr>
          <w:p w14:paraId="05BEDCD0" w14:textId="01E3C0DE" w:rsidR="00F5459A" w:rsidRPr="00774D49" w:rsidRDefault="009A66CC" w:rsidP="00774D49">
            <w:pPr>
              <w:spacing w:after="0"/>
              <w:rPr>
                <w:rFonts w:cs="Arial"/>
                <w:szCs w:val="19"/>
                <w:lang w:val="es-PE"/>
              </w:rPr>
            </w:pPr>
            <w:r w:rsidRPr="00774D49">
              <w:rPr>
                <w:rFonts w:cs="Arial"/>
                <w:szCs w:val="19"/>
                <w:lang w:val="es-PE"/>
              </w:rPr>
              <w:lastRenderedPageBreak/>
              <w:t xml:space="preserve">Registrar mezcla de materiales, exploración libre, </w:t>
            </w:r>
            <w:r w:rsidRPr="00774D49">
              <w:rPr>
                <w:rFonts w:cs="Arial"/>
                <w:szCs w:val="19"/>
                <w:lang w:val="es-PE"/>
              </w:rPr>
              <w:lastRenderedPageBreak/>
              <w:t>comparación de elementos, uso de nociones espaciales y participación en el orden del espacio.</w:t>
            </w:r>
          </w:p>
        </w:tc>
      </w:tr>
      <w:tr w:rsidR="00895ADD" w:rsidRPr="00774D49" w14:paraId="6ECDEA4A" w14:textId="77777777" w:rsidTr="009766F3">
        <w:trPr>
          <w:jc w:val="center"/>
        </w:trPr>
        <w:tc>
          <w:tcPr>
            <w:tcW w:w="2103" w:type="dxa"/>
            <w:gridSpan w:val="2"/>
            <w:vAlign w:val="center"/>
          </w:tcPr>
          <w:p w14:paraId="631D2A84" w14:textId="54B224E7" w:rsidR="00895ADD" w:rsidRPr="00774D49" w:rsidRDefault="00895ADD" w:rsidP="00774D49">
            <w:pPr>
              <w:spacing w:after="0"/>
              <w:rPr>
                <w:rFonts w:cs="Arial"/>
                <w:szCs w:val="19"/>
                <w:lang w:val="es-PE"/>
              </w:rPr>
            </w:pPr>
            <w:r w:rsidRPr="00895ADD">
              <w:rPr>
                <w:rFonts w:cs="Arial"/>
                <w:b/>
                <w:bCs/>
                <w:szCs w:val="19"/>
                <w:lang w:val="es-PE"/>
              </w:rPr>
              <w:lastRenderedPageBreak/>
              <w:t>Áreas a observar:</w:t>
            </w:r>
          </w:p>
        </w:tc>
        <w:tc>
          <w:tcPr>
            <w:tcW w:w="5681" w:type="dxa"/>
            <w:vAlign w:val="center"/>
          </w:tcPr>
          <w:p w14:paraId="70F4FCD1" w14:textId="7D91F94C" w:rsidR="00895ADD" w:rsidRPr="00312002" w:rsidRDefault="00312002" w:rsidP="00774D49">
            <w:pPr>
              <w:spacing w:after="0"/>
              <w:rPr>
                <w:rFonts w:cs="Arial"/>
                <w:szCs w:val="19"/>
                <w:lang w:val="es-PE"/>
              </w:rPr>
            </w:pPr>
            <w:r w:rsidRPr="00312002">
              <w:rPr>
                <w:rFonts w:cs="Arial"/>
                <w:szCs w:val="19"/>
                <w:lang w:val="es-PE"/>
              </w:rPr>
              <w:t>Matemática, Psicomotricidad, y Ciencia y Tecnología.</w:t>
            </w:r>
          </w:p>
        </w:tc>
        <w:tc>
          <w:tcPr>
            <w:tcW w:w="1431" w:type="dxa"/>
            <w:vAlign w:val="center"/>
          </w:tcPr>
          <w:p w14:paraId="0193C93A" w14:textId="77777777" w:rsidR="00895ADD" w:rsidRPr="00774D49" w:rsidRDefault="00895ADD" w:rsidP="00774D49">
            <w:pPr>
              <w:spacing w:after="0"/>
              <w:rPr>
                <w:rFonts w:cs="Arial"/>
                <w:szCs w:val="19"/>
                <w:lang w:val="es-PE"/>
              </w:rPr>
            </w:pPr>
          </w:p>
        </w:tc>
        <w:tc>
          <w:tcPr>
            <w:tcW w:w="1547" w:type="dxa"/>
            <w:vAlign w:val="center"/>
          </w:tcPr>
          <w:p w14:paraId="1D9B6DBF" w14:textId="77777777" w:rsidR="00895ADD" w:rsidRPr="00774D49" w:rsidRDefault="00895ADD" w:rsidP="00774D49">
            <w:pPr>
              <w:spacing w:after="0"/>
              <w:rPr>
                <w:rFonts w:cs="Arial"/>
                <w:szCs w:val="19"/>
                <w:lang w:val="es-PE"/>
              </w:rPr>
            </w:pPr>
          </w:p>
        </w:tc>
      </w:tr>
      <w:tr w:rsidR="009A66CC" w:rsidRPr="00774D49" w14:paraId="6137CD0F" w14:textId="77777777" w:rsidTr="00895ADD">
        <w:trPr>
          <w:jc w:val="center"/>
        </w:trPr>
        <w:tc>
          <w:tcPr>
            <w:tcW w:w="746" w:type="dxa"/>
            <w:vAlign w:val="center"/>
          </w:tcPr>
          <w:p w14:paraId="0A0C0B14" w14:textId="5955D4D5" w:rsidR="00F5459A" w:rsidRPr="00774D49" w:rsidRDefault="00F5459A" w:rsidP="00774D49">
            <w:pPr>
              <w:spacing w:after="0"/>
              <w:rPr>
                <w:rFonts w:cs="Arial"/>
                <w:szCs w:val="19"/>
                <w:lang w:val="es-PE"/>
              </w:rPr>
            </w:pPr>
            <w:r w:rsidRPr="00774D49">
              <w:rPr>
                <w:rFonts w:cs="Arial"/>
                <w:szCs w:val="19"/>
                <w:lang w:val="es-PE"/>
              </w:rPr>
              <w:t>Día 9</w:t>
            </w:r>
          </w:p>
        </w:tc>
        <w:tc>
          <w:tcPr>
            <w:tcW w:w="1357" w:type="dxa"/>
            <w:vAlign w:val="center"/>
          </w:tcPr>
          <w:p w14:paraId="0B11BA5D" w14:textId="680FCB5C" w:rsidR="00F5459A" w:rsidRPr="00774D49" w:rsidRDefault="0049128A" w:rsidP="00774D49">
            <w:pPr>
              <w:spacing w:after="0"/>
              <w:rPr>
                <w:rFonts w:cs="Arial"/>
                <w:szCs w:val="19"/>
                <w:lang w:val="es-PE"/>
              </w:rPr>
            </w:pPr>
            <w:r w:rsidRPr="00774D49">
              <w:rPr>
                <w:rFonts w:cs="Arial"/>
                <w:szCs w:val="19"/>
                <w:lang w:val="es-PE"/>
              </w:rPr>
              <w:t>Estampamos tesoros de la naturaleza en masa</w:t>
            </w:r>
          </w:p>
        </w:tc>
        <w:tc>
          <w:tcPr>
            <w:tcW w:w="5681" w:type="dxa"/>
            <w:vAlign w:val="center"/>
          </w:tcPr>
          <w:p w14:paraId="7C5A00D2" w14:textId="24D940B8" w:rsidR="0049128A" w:rsidRPr="00774D49" w:rsidRDefault="0049128A" w:rsidP="00774D49">
            <w:pPr>
              <w:spacing w:after="0"/>
              <w:rPr>
                <w:rFonts w:cs="Arial"/>
                <w:b/>
                <w:bCs/>
                <w:szCs w:val="19"/>
                <w:lang w:val="es-PE"/>
              </w:rPr>
            </w:pPr>
            <w:r w:rsidRPr="00774D49">
              <w:rPr>
                <w:rFonts w:cs="Arial"/>
                <w:b/>
                <w:bCs/>
                <w:szCs w:val="19"/>
                <w:lang w:val="es-PE"/>
              </w:rPr>
              <w:t>Rutinas de Entrada (08:00 - 08:30)</w:t>
            </w:r>
          </w:p>
          <w:p w14:paraId="23DE678F" w14:textId="77777777" w:rsidR="0049128A" w:rsidRPr="00774D49" w:rsidRDefault="0049128A" w:rsidP="00774D49">
            <w:pPr>
              <w:numPr>
                <w:ilvl w:val="0"/>
                <w:numId w:val="63"/>
              </w:numPr>
              <w:spacing w:after="0"/>
              <w:rPr>
                <w:rFonts w:cs="Arial"/>
                <w:szCs w:val="19"/>
                <w:lang w:val="es-PE"/>
              </w:rPr>
            </w:pPr>
            <w:r w:rsidRPr="00774D49">
              <w:rPr>
                <w:rFonts w:cs="Arial"/>
                <w:b/>
                <w:bCs/>
                <w:szCs w:val="19"/>
                <w:lang w:val="es-PE"/>
              </w:rPr>
              <w:t>Recepción:</w:t>
            </w:r>
            <w:r w:rsidRPr="00774D49">
              <w:rPr>
                <w:rFonts w:cs="Arial"/>
                <w:szCs w:val="19"/>
                <w:lang w:val="es-PE"/>
              </w:rPr>
              <w:t xml:space="preserve"> Bienvenida cálida a la altura del niño. Se valida su estado de ánimo y se le invita a registrar su asistencia colocando de forma autónoma su foto en el panel.</w:t>
            </w:r>
          </w:p>
          <w:p w14:paraId="2637A8C0" w14:textId="77777777" w:rsidR="0049128A" w:rsidRPr="00774D49" w:rsidRDefault="0049128A" w:rsidP="00774D49">
            <w:pPr>
              <w:numPr>
                <w:ilvl w:val="0"/>
                <w:numId w:val="63"/>
              </w:numPr>
              <w:spacing w:after="0"/>
              <w:rPr>
                <w:rFonts w:cs="Arial"/>
                <w:szCs w:val="19"/>
                <w:lang w:val="es-PE"/>
              </w:rPr>
            </w:pPr>
            <w:r w:rsidRPr="00774D49">
              <w:rPr>
                <w:rFonts w:cs="Arial"/>
                <w:b/>
                <w:bCs/>
                <w:szCs w:val="19"/>
                <w:lang w:val="es-PE"/>
              </w:rPr>
              <w:t>Cajas de Espera:</w:t>
            </w:r>
            <w:r w:rsidRPr="00774D49">
              <w:rPr>
                <w:rFonts w:cs="Arial"/>
                <w:szCs w:val="19"/>
                <w:lang w:val="es-PE"/>
              </w:rPr>
              <w:t xml:space="preserve"> Se disponen canastas en las mesas con rodillos plásticos pequeños y moldes de galletas con formas sencillas para que los niños los manipulen libremente al llegar.</w:t>
            </w:r>
          </w:p>
          <w:p w14:paraId="40519262" w14:textId="77777777" w:rsidR="0049128A" w:rsidRPr="00774D49" w:rsidRDefault="0049128A" w:rsidP="00774D49">
            <w:pPr>
              <w:numPr>
                <w:ilvl w:val="0"/>
                <w:numId w:val="63"/>
              </w:numPr>
              <w:spacing w:after="0"/>
              <w:rPr>
                <w:rFonts w:cs="Arial"/>
                <w:szCs w:val="19"/>
                <w:lang w:val="es-PE"/>
              </w:rPr>
            </w:pPr>
            <w:r w:rsidRPr="00774D49">
              <w:rPr>
                <w:rFonts w:cs="Arial"/>
                <w:b/>
                <w:bCs/>
                <w:szCs w:val="19"/>
                <w:lang w:val="es-PE"/>
              </w:rPr>
              <w:t>Actividades Permanentes:</w:t>
            </w:r>
            <w:r w:rsidRPr="00774D49">
              <w:rPr>
                <w:rFonts w:cs="Arial"/>
                <w:szCs w:val="19"/>
                <w:lang w:val="es-PE"/>
              </w:rPr>
              <w:t xml:space="preserve"> Asamblea breve en semicírculo sobre los cojines. Cantamos la canción del saludo, revisamos el cartel de asistencia y actualizamos el calendario del aula.</w:t>
            </w:r>
          </w:p>
          <w:p w14:paraId="1469A221" w14:textId="7CEEEAA1" w:rsidR="0049128A" w:rsidRPr="00774D49" w:rsidRDefault="0049128A" w:rsidP="00774D49">
            <w:pPr>
              <w:spacing w:after="0"/>
              <w:rPr>
                <w:rFonts w:cs="Arial"/>
                <w:b/>
                <w:bCs/>
                <w:szCs w:val="19"/>
                <w:lang w:val="es-PE"/>
              </w:rPr>
            </w:pPr>
            <w:r w:rsidRPr="00774D49">
              <w:rPr>
                <w:rFonts w:cs="Arial"/>
                <w:b/>
                <w:bCs/>
                <w:szCs w:val="19"/>
                <w:lang w:val="es-PE"/>
              </w:rPr>
              <w:t>Juego Libre en los Sectores (08:30 - 09:30)</w:t>
            </w:r>
          </w:p>
          <w:p w14:paraId="337D8E60" w14:textId="77777777" w:rsidR="0049128A" w:rsidRPr="00774D49" w:rsidRDefault="0049128A" w:rsidP="00774D49">
            <w:pPr>
              <w:numPr>
                <w:ilvl w:val="0"/>
                <w:numId w:val="64"/>
              </w:numPr>
              <w:spacing w:after="0"/>
              <w:rPr>
                <w:rFonts w:cs="Arial"/>
                <w:szCs w:val="19"/>
                <w:lang w:val="es-PE"/>
              </w:rPr>
            </w:pPr>
            <w:r w:rsidRPr="00774D49">
              <w:rPr>
                <w:rFonts w:cs="Arial"/>
                <w:b/>
                <w:bCs/>
                <w:szCs w:val="19"/>
                <w:lang w:val="es-PE"/>
              </w:rPr>
              <w:t>Planificación y Organización (Fase 1):</w:t>
            </w:r>
            <w:r w:rsidRPr="00774D49">
              <w:rPr>
                <w:rFonts w:cs="Arial"/>
                <w:szCs w:val="19"/>
                <w:lang w:val="es-PE"/>
              </w:rPr>
              <w:t xml:space="preserve"> Sentados en círculo, los niños eligen el sector donde jugarán hoy. La docente reparte los carnés o collares identificadores correspondientes.</w:t>
            </w:r>
          </w:p>
          <w:p w14:paraId="72CBD02A" w14:textId="77777777" w:rsidR="0049128A" w:rsidRPr="00774D49" w:rsidRDefault="0049128A" w:rsidP="00774D49">
            <w:pPr>
              <w:numPr>
                <w:ilvl w:val="0"/>
                <w:numId w:val="64"/>
              </w:numPr>
              <w:spacing w:after="0"/>
              <w:rPr>
                <w:rFonts w:cs="Arial"/>
                <w:szCs w:val="19"/>
                <w:lang w:val="es-PE"/>
              </w:rPr>
            </w:pPr>
            <w:r w:rsidRPr="00774D49">
              <w:rPr>
                <w:rFonts w:cs="Arial"/>
                <w:b/>
                <w:bCs/>
                <w:szCs w:val="19"/>
                <w:lang w:val="es-PE"/>
              </w:rPr>
              <w:t>Desarrollo o Ejecución (Fase 2):</w:t>
            </w:r>
            <w:r w:rsidRPr="00774D49">
              <w:rPr>
                <w:rFonts w:cs="Arial"/>
                <w:szCs w:val="19"/>
                <w:lang w:val="es-PE"/>
              </w:rPr>
              <w:t xml:space="preserve"> Juegan de forma autónoma en el espacio seleccionado (Construcción, Lectura, Arte). La docente realiza un acompañamiento indirecto, observa sus interacciones y toma notas en su cuaderno de campo.</w:t>
            </w:r>
          </w:p>
          <w:p w14:paraId="0FFDCC8D" w14:textId="77777777" w:rsidR="0049128A" w:rsidRPr="00774D49" w:rsidRDefault="0049128A" w:rsidP="00774D49">
            <w:pPr>
              <w:numPr>
                <w:ilvl w:val="0"/>
                <w:numId w:val="64"/>
              </w:numPr>
              <w:spacing w:after="0"/>
              <w:rPr>
                <w:rFonts w:cs="Arial"/>
                <w:szCs w:val="19"/>
                <w:lang w:val="es-PE"/>
              </w:rPr>
            </w:pPr>
            <w:r w:rsidRPr="00774D49">
              <w:rPr>
                <w:rFonts w:cs="Arial"/>
                <w:b/>
                <w:bCs/>
                <w:szCs w:val="19"/>
                <w:lang w:val="es-PE"/>
              </w:rPr>
              <w:t>Orden, Socialización y Representación (Fase 3):</w:t>
            </w:r>
            <w:r w:rsidRPr="00774D49">
              <w:rPr>
                <w:rFonts w:cs="Arial"/>
                <w:szCs w:val="19"/>
                <w:lang w:val="es-PE"/>
              </w:rPr>
              <w:t xml:space="preserve"> Cantamos una melodía de orden. Los niños colaboran guardando los materiales en las canastas y comentan brevemente a qué jugaron.</w:t>
            </w:r>
          </w:p>
          <w:p w14:paraId="169D0947" w14:textId="65B71AC4" w:rsidR="0049128A" w:rsidRPr="00774D49" w:rsidRDefault="0049128A" w:rsidP="00774D49">
            <w:pPr>
              <w:spacing w:after="0"/>
              <w:rPr>
                <w:rFonts w:cs="Arial"/>
                <w:b/>
                <w:bCs/>
                <w:szCs w:val="19"/>
                <w:lang w:val="es-PE"/>
              </w:rPr>
            </w:pPr>
            <w:r w:rsidRPr="00774D49">
              <w:rPr>
                <w:rFonts w:cs="Arial"/>
                <w:b/>
                <w:bCs/>
                <w:szCs w:val="19"/>
                <w:lang w:val="es-PE"/>
              </w:rPr>
              <w:t>Actividad Significativa / Sesión Central (09:30 - 10:30)</w:t>
            </w:r>
          </w:p>
          <w:p w14:paraId="2179AA48" w14:textId="77777777" w:rsidR="0049128A" w:rsidRPr="00774D49" w:rsidRDefault="0049128A" w:rsidP="00774D49">
            <w:pPr>
              <w:numPr>
                <w:ilvl w:val="0"/>
                <w:numId w:val="65"/>
              </w:numPr>
              <w:spacing w:after="0"/>
              <w:rPr>
                <w:rFonts w:cs="Arial"/>
                <w:szCs w:val="19"/>
                <w:lang w:val="es-PE"/>
              </w:rPr>
            </w:pPr>
            <w:r w:rsidRPr="00774D49">
              <w:rPr>
                <w:rFonts w:cs="Arial"/>
                <w:b/>
                <w:bCs/>
                <w:szCs w:val="19"/>
                <w:lang w:val="es-PE"/>
              </w:rPr>
              <w:t>Inicio (Antes):</w:t>
            </w:r>
            <w:r w:rsidRPr="00774D49">
              <w:rPr>
                <w:rFonts w:cs="Arial"/>
                <w:szCs w:val="19"/>
                <w:lang w:val="es-PE"/>
              </w:rPr>
              <w:t xml:space="preserve"> Nos reunimos en asamblea. La docente saca de una caja sorpresa una bola grande de masa suave de colores y algunas conchitas de abanico, piedras con texturas y ramas gruesas. Presiona una piedra sobre la masa y les muestra la marca: </w:t>
            </w:r>
            <w:r w:rsidRPr="00774D49">
              <w:rPr>
                <w:rFonts w:cs="Arial"/>
                <w:i/>
                <w:iCs/>
                <w:szCs w:val="19"/>
                <w:lang w:val="es-PE"/>
              </w:rPr>
              <w:t xml:space="preserve">¿Qué apareció en la masa? ¿Qué pasará si presionamos esta hojita? ¿Quieren </w:t>
            </w:r>
            <w:proofErr w:type="gramStart"/>
            <w:r w:rsidRPr="00774D49">
              <w:rPr>
                <w:rFonts w:cs="Arial"/>
                <w:i/>
                <w:iCs/>
                <w:szCs w:val="19"/>
                <w:lang w:val="es-PE"/>
              </w:rPr>
              <w:t>probarlo?</w:t>
            </w:r>
            <w:r w:rsidRPr="00774D49">
              <w:rPr>
                <w:rFonts w:cs="Arial"/>
                <w:szCs w:val="19"/>
                <w:lang w:val="es-PE"/>
              </w:rPr>
              <w:t>.</w:t>
            </w:r>
            <w:proofErr w:type="gramEnd"/>
          </w:p>
          <w:p w14:paraId="53865C8E" w14:textId="77777777" w:rsidR="0049128A" w:rsidRPr="00774D49" w:rsidRDefault="0049128A" w:rsidP="00774D49">
            <w:pPr>
              <w:numPr>
                <w:ilvl w:val="0"/>
                <w:numId w:val="65"/>
              </w:numPr>
              <w:spacing w:after="0"/>
              <w:rPr>
                <w:rFonts w:cs="Arial"/>
                <w:szCs w:val="19"/>
                <w:lang w:val="es-PE"/>
              </w:rPr>
            </w:pPr>
            <w:r w:rsidRPr="00774D49">
              <w:rPr>
                <w:rFonts w:cs="Arial"/>
                <w:b/>
                <w:bCs/>
                <w:szCs w:val="19"/>
                <w:lang w:val="es-PE"/>
              </w:rPr>
              <w:t>Desarrollo (Durante):</w:t>
            </w:r>
            <w:r w:rsidRPr="00774D49">
              <w:rPr>
                <w:rFonts w:cs="Arial"/>
                <w:szCs w:val="19"/>
                <w:lang w:val="es-PE"/>
              </w:rPr>
              <w:t xml:space="preserve"> Nos organizamos en las mesas de trabajo protegidas. Cada niño recibe un trozo individual de masa casera suave y una bandeja con "tesoros" recolectados (piedras lisas, ramitas, conchitas). Los niños juegan libremente a amasar, estirar, aplastar y estampar los elementos naturales sobre la masa, descubriendo las diferentes huellas y relieves que se forman. La docente acompaña mediando el lenguaje y reforzando nociones de textura y forma de manera natural: </w:t>
            </w:r>
            <w:r w:rsidRPr="00774D49">
              <w:rPr>
                <w:rFonts w:cs="Arial"/>
                <w:i/>
                <w:iCs/>
                <w:szCs w:val="19"/>
                <w:lang w:val="es-PE"/>
              </w:rPr>
              <w:t>"¡Mira, la conchita dejó muchas líneas!"</w:t>
            </w:r>
            <w:r w:rsidRPr="00774D49">
              <w:rPr>
                <w:rFonts w:cs="Arial"/>
                <w:szCs w:val="19"/>
                <w:lang w:val="es-PE"/>
              </w:rPr>
              <w:t xml:space="preserve"> o </w:t>
            </w:r>
            <w:r w:rsidRPr="00774D49">
              <w:rPr>
                <w:rFonts w:cs="Arial"/>
                <w:i/>
                <w:iCs/>
                <w:szCs w:val="19"/>
                <w:lang w:val="es-PE"/>
              </w:rPr>
              <w:t>"Tu masa quedó plana como una galleta"</w:t>
            </w:r>
            <w:r w:rsidRPr="00774D49">
              <w:rPr>
                <w:rFonts w:cs="Arial"/>
                <w:szCs w:val="19"/>
                <w:lang w:val="es-PE"/>
              </w:rPr>
              <w:t>.</w:t>
            </w:r>
          </w:p>
          <w:p w14:paraId="6499899A" w14:textId="77777777" w:rsidR="0049128A" w:rsidRPr="00774D49" w:rsidRDefault="0049128A" w:rsidP="00774D49">
            <w:pPr>
              <w:numPr>
                <w:ilvl w:val="0"/>
                <w:numId w:val="65"/>
              </w:numPr>
              <w:spacing w:after="0"/>
              <w:rPr>
                <w:rFonts w:cs="Arial"/>
                <w:szCs w:val="19"/>
                <w:lang w:val="es-PE"/>
              </w:rPr>
            </w:pPr>
            <w:r w:rsidRPr="00774D49">
              <w:rPr>
                <w:rFonts w:cs="Arial"/>
                <w:b/>
                <w:bCs/>
                <w:szCs w:val="19"/>
                <w:lang w:val="es-PE"/>
              </w:rPr>
              <w:t>Cierre (Después):</w:t>
            </w:r>
            <w:r w:rsidRPr="00774D49">
              <w:rPr>
                <w:rFonts w:cs="Arial"/>
                <w:szCs w:val="19"/>
                <w:lang w:val="es-PE"/>
              </w:rPr>
              <w:t xml:space="preserve"> Regresamos a la asamblea. Dialogamos con preguntas sencillas de metacognición: </w:t>
            </w:r>
            <w:r w:rsidRPr="00774D49">
              <w:rPr>
                <w:rFonts w:cs="Arial"/>
                <w:i/>
                <w:iCs/>
                <w:szCs w:val="19"/>
                <w:lang w:val="es-PE"/>
              </w:rPr>
              <w:t xml:space="preserve">¿Qué elemento de la naturaleza dejó la huella más profunda? ¿Cómo se sentía la masa al </w:t>
            </w:r>
            <w:proofErr w:type="gramStart"/>
            <w:r w:rsidRPr="00774D49">
              <w:rPr>
                <w:rFonts w:cs="Arial"/>
                <w:i/>
                <w:iCs/>
                <w:szCs w:val="19"/>
                <w:lang w:val="es-PE"/>
              </w:rPr>
              <w:t>aplastarla?</w:t>
            </w:r>
            <w:r w:rsidRPr="00774D49">
              <w:rPr>
                <w:rFonts w:cs="Arial"/>
                <w:szCs w:val="19"/>
                <w:lang w:val="es-PE"/>
              </w:rPr>
              <w:t>.</w:t>
            </w:r>
            <w:proofErr w:type="gramEnd"/>
            <w:r w:rsidRPr="00774D49">
              <w:rPr>
                <w:rFonts w:cs="Arial"/>
                <w:szCs w:val="19"/>
                <w:lang w:val="es-PE"/>
              </w:rPr>
              <w:t xml:space="preserve"> Guardamos los elementos naturales en sus canastas y colocamos la masa en envases cerrados para que no se seque.</w:t>
            </w:r>
          </w:p>
          <w:p w14:paraId="7140C6DD" w14:textId="77FAC0B0" w:rsidR="0049128A" w:rsidRPr="00774D49" w:rsidRDefault="0049128A" w:rsidP="00774D49">
            <w:pPr>
              <w:spacing w:after="0"/>
              <w:rPr>
                <w:rFonts w:cs="Arial"/>
                <w:b/>
                <w:bCs/>
                <w:szCs w:val="19"/>
                <w:lang w:val="es-PE"/>
              </w:rPr>
            </w:pPr>
            <w:r w:rsidRPr="00774D49">
              <w:rPr>
                <w:rFonts w:cs="Arial"/>
                <w:b/>
                <w:bCs/>
                <w:szCs w:val="19"/>
                <w:lang w:val="es-PE"/>
              </w:rPr>
              <w:lastRenderedPageBreak/>
              <w:t>Aseo, Refrigerio y Recreo (10:30 - 11:30)</w:t>
            </w:r>
          </w:p>
          <w:p w14:paraId="5D19F808" w14:textId="77777777" w:rsidR="0049128A" w:rsidRPr="00774D49" w:rsidRDefault="0049128A" w:rsidP="00774D49">
            <w:pPr>
              <w:numPr>
                <w:ilvl w:val="0"/>
                <w:numId w:val="66"/>
              </w:numPr>
              <w:spacing w:after="0"/>
              <w:rPr>
                <w:rFonts w:cs="Arial"/>
                <w:szCs w:val="19"/>
                <w:lang w:val="es-PE"/>
              </w:rPr>
            </w:pPr>
            <w:r w:rsidRPr="00774D49">
              <w:rPr>
                <w:rFonts w:cs="Arial"/>
                <w:b/>
                <w:bCs/>
                <w:szCs w:val="19"/>
                <w:lang w:val="es-PE"/>
              </w:rPr>
              <w:t>Higiene:</w:t>
            </w:r>
            <w:r w:rsidRPr="00774D49">
              <w:rPr>
                <w:rFonts w:cs="Arial"/>
                <w:szCs w:val="19"/>
                <w:lang w:val="es-PE"/>
              </w:rPr>
              <w:t xml:space="preserve"> Rutina guiada de lavado de manos con agua y jabón líquido, modelando el secado con papel toalla y promoviendo la autonomía personal.</w:t>
            </w:r>
          </w:p>
          <w:p w14:paraId="484D2C8A" w14:textId="77777777" w:rsidR="0049128A" w:rsidRPr="00774D49" w:rsidRDefault="0049128A" w:rsidP="00774D49">
            <w:pPr>
              <w:numPr>
                <w:ilvl w:val="0"/>
                <w:numId w:val="66"/>
              </w:numPr>
              <w:spacing w:after="0"/>
              <w:rPr>
                <w:rFonts w:cs="Arial"/>
                <w:szCs w:val="19"/>
                <w:lang w:val="es-PE"/>
              </w:rPr>
            </w:pPr>
            <w:r w:rsidRPr="00774D49">
              <w:rPr>
                <w:rFonts w:cs="Arial"/>
                <w:b/>
                <w:bCs/>
                <w:szCs w:val="19"/>
                <w:lang w:val="es-PE"/>
              </w:rPr>
              <w:t>Alimentación:</w:t>
            </w:r>
            <w:r w:rsidRPr="00774D49">
              <w:rPr>
                <w:rFonts w:cs="Arial"/>
                <w:szCs w:val="19"/>
                <w:lang w:val="es-PE"/>
              </w:rPr>
              <w:t xml:space="preserve"> Consumo de la lonchera en un ambiente tranquilo y ordenado, incentivando a los niños a abrir y cerrar sus envases por sí mismos.</w:t>
            </w:r>
          </w:p>
          <w:p w14:paraId="53B2779C" w14:textId="77777777" w:rsidR="0049128A" w:rsidRPr="00774D49" w:rsidRDefault="0049128A" w:rsidP="00774D49">
            <w:pPr>
              <w:numPr>
                <w:ilvl w:val="0"/>
                <w:numId w:val="66"/>
              </w:numPr>
              <w:spacing w:after="0"/>
              <w:rPr>
                <w:rFonts w:cs="Arial"/>
                <w:szCs w:val="19"/>
                <w:lang w:val="es-PE"/>
              </w:rPr>
            </w:pPr>
            <w:r w:rsidRPr="00774D49">
              <w:rPr>
                <w:rFonts w:cs="Arial"/>
                <w:b/>
                <w:bCs/>
                <w:szCs w:val="19"/>
                <w:lang w:val="es-PE"/>
              </w:rPr>
              <w:t>Recreo:</w:t>
            </w:r>
            <w:r w:rsidRPr="00774D49">
              <w:rPr>
                <w:rFonts w:cs="Arial"/>
                <w:szCs w:val="19"/>
                <w:lang w:val="es-PE"/>
              </w:rPr>
              <w:t xml:space="preserve"> Espacio de juego libre y esparcimiento en el patio exterior bajo el cuidado y monitoreo constante de la docente.</w:t>
            </w:r>
          </w:p>
          <w:p w14:paraId="00A36E79" w14:textId="2888FD03" w:rsidR="0049128A" w:rsidRPr="00774D49" w:rsidRDefault="0049128A" w:rsidP="00774D49">
            <w:pPr>
              <w:spacing w:after="0"/>
              <w:rPr>
                <w:rFonts w:cs="Arial"/>
                <w:b/>
                <w:bCs/>
                <w:szCs w:val="19"/>
                <w:lang w:val="es-PE"/>
              </w:rPr>
            </w:pPr>
            <w:r w:rsidRPr="00774D49">
              <w:rPr>
                <w:rFonts w:cs="Arial"/>
                <w:b/>
                <w:bCs/>
                <w:szCs w:val="19"/>
                <w:lang w:val="es-PE"/>
              </w:rPr>
              <w:t>Actividad Psicomotriz Corta (11:30 - 12:00)</w:t>
            </w:r>
          </w:p>
          <w:p w14:paraId="18D1C06C" w14:textId="20511981" w:rsidR="0049128A" w:rsidRPr="00774D49" w:rsidRDefault="0049128A" w:rsidP="00774D49">
            <w:pPr>
              <w:numPr>
                <w:ilvl w:val="0"/>
                <w:numId w:val="67"/>
              </w:numPr>
              <w:spacing w:after="0"/>
              <w:rPr>
                <w:rFonts w:cs="Arial"/>
                <w:szCs w:val="19"/>
                <w:lang w:val="es-PE"/>
              </w:rPr>
            </w:pPr>
            <w:r w:rsidRPr="00774D49">
              <w:rPr>
                <w:rFonts w:cs="Arial"/>
                <w:b/>
                <w:bCs/>
                <w:szCs w:val="19"/>
                <w:lang w:val="es-PE"/>
              </w:rPr>
              <w:t>Desarrollo Motriz:</w:t>
            </w:r>
            <w:r w:rsidRPr="00774D49">
              <w:rPr>
                <w:rFonts w:cs="Arial"/>
                <w:szCs w:val="19"/>
                <w:lang w:val="es-PE"/>
              </w:rPr>
              <w:t xml:space="preserve"> Se propone el juego </w:t>
            </w:r>
            <w:r w:rsidR="00437107" w:rsidRPr="00774D49">
              <w:rPr>
                <w:rFonts w:cs="Arial"/>
                <w:szCs w:val="19"/>
                <w:lang w:val="es-PE"/>
              </w:rPr>
              <w:t>“</w:t>
            </w:r>
            <w:r w:rsidRPr="00774D49">
              <w:rPr>
                <w:rFonts w:cs="Arial"/>
                <w:szCs w:val="19"/>
                <w:lang w:val="es-PE"/>
              </w:rPr>
              <w:t>Gigantes y enanos</w:t>
            </w:r>
            <w:r w:rsidR="00437107" w:rsidRPr="00774D49">
              <w:rPr>
                <w:rFonts w:cs="Arial"/>
                <w:szCs w:val="19"/>
                <w:lang w:val="es-PE"/>
              </w:rPr>
              <w:t>”</w:t>
            </w:r>
            <w:r w:rsidRPr="00774D49">
              <w:rPr>
                <w:rFonts w:cs="Arial"/>
                <w:szCs w:val="19"/>
                <w:lang w:val="es-PE"/>
              </w:rPr>
              <w:t xml:space="preserve">. La docente toca un pandero: cuando suena rápido los niños caminan estirándose hacia arriba como </w:t>
            </w:r>
            <w:r w:rsidR="00437107" w:rsidRPr="00774D49">
              <w:rPr>
                <w:rFonts w:cs="Arial"/>
                <w:szCs w:val="19"/>
                <w:lang w:val="es-PE"/>
              </w:rPr>
              <w:t>“</w:t>
            </w:r>
            <w:r w:rsidRPr="00774D49">
              <w:rPr>
                <w:rFonts w:cs="Arial"/>
                <w:szCs w:val="19"/>
                <w:lang w:val="es-PE"/>
              </w:rPr>
              <w:t>gigantes</w:t>
            </w:r>
            <w:r w:rsidR="00437107" w:rsidRPr="00774D49">
              <w:rPr>
                <w:rFonts w:cs="Arial"/>
                <w:szCs w:val="19"/>
                <w:lang w:val="es-PE"/>
              </w:rPr>
              <w:t>”</w:t>
            </w:r>
            <w:r w:rsidRPr="00774D49">
              <w:rPr>
                <w:rFonts w:cs="Arial"/>
                <w:szCs w:val="19"/>
                <w:lang w:val="es-PE"/>
              </w:rPr>
              <w:t xml:space="preserve">, y cuando suena lento se agachan y avanzan como </w:t>
            </w:r>
            <w:r w:rsidR="00437107" w:rsidRPr="00774D49">
              <w:rPr>
                <w:rFonts w:cs="Arial"/>
                <w:szCs w:val="19"/>
                <w:lang w:val="es-PE"/>
              </w:rPr>
              <w:t>“</w:t>
            </w:r>
            <w:r w:rsidRPr="00774D49">
              <w:rPr>
                <w:rFonts w:cs="Arial"/>
                <w:szCs w:val="19"/>
                <w:lang w:val="es-PE"/>
              </w:rPr>
              <w:t>enanos</w:t>
            </w:r>
            <w:r w:rsidR="00437107" w:rsidRPr="00774D49">
              <w:rPr>
                <w:rFonts w:cs="Arial"/>
                <w:szCs w:val="19"/>
                <w:lang w:val="es-PE"/>
              </w:rPr>
              <w:t>”</w:t>
            </w:r>
            <w:r w:rsidRPr="00774D49">
              <w:rPr>
                <w:rFonts w:cs="Arial"/>
                <w:szCs w:val="19"/>
                <w:lang w:val="es-PE"/>
              </w:rPr>
              <w:t>, trabajando la noción del espacio, el control postural y la respuesta al ritmo.</w:t>
            </w:r>
          </w:p>
          <w:p w14:paraId="41CFA602" w14:textId="7A3E3B96" w:rsidR="0049128A" w:rsidRPr="00774D49" w:rsidRDefault="0049128A" w:rsidP="00774D49">
            <w:pPr>
              <w:spacing w:after="0"/>
              <w:rPr>
                <w:rFonts w:cs="Arial"/>
                <w:b/>
                <w:bCs/>
                <w:szCs w:val="19"/>
                <w:lang w:val="es-PE"/>
              </w:rPr>
            </w:pPr>
            <w:r w:rsidRPr="00774D49">
              <w:rPr>
                <w:rFonts w:cs="Arial"/>
                <w:b/>
                <w:bCs/>
                <w:szCs w:val="19"/>
                <w:lang w:val="es-PE"/>
              </w:rPr>
              <w:t>El Taller (12:00 - 12:30)</w:t>
            </w:r>
          </w:p>
          <w:p w14:paraId="56207799" w14:textId="77777777" w:rsidR="0049128A" w:rsidRPr="00774D49" w:rsidRDefault="0049128A" w:rsidP="00774D49">
            <w:pPr>
              <w:numPr>
                <w:ilvl w:val="0"/>
                <w:numId w:val="68"/>
              </w:numPr>
              <w:spacing w:after="0"/>
              <w:rPr>
                <w:rFonts w:cs="Arial"/>
                <w:szCs w:val="19"/>
                <w:lang w:val="es-PE"/>
              </w:rPr>
            </w:pPr>
            <w:r w:rsidRPr="00774D49">
              <w:rPr>
                <w:rFonts w:cs="Arial"/>
                <w:b/>
                <w:bCs/>
                <w:szCs w:val="19"/>
                <w:lang w:val="es-PE"/>
              </w:rPr>
              <w:t>Taller de Teatro y Dramatización:</w:t>
            </w:r>
            <w:r w:rsidRPr="00774D49">
              <w:rPr>
                <w:rFonts w:cs="Arial"/>
                <w:szCs w:val="19"/>
                <w:lang w:val="es-PE"/>
              </w:rPr>
              <w:t xml:space="preserve"> La docente coloca una sábana colgada o un marco de cartón simulando un teatrillo. Ofrece títeres de guante sencillos o peluches pequeños. Los niños juegan libremente a esconderse detrás del teatrillo, asomarse y saludar a sus compañeros haciendo voces divertidas o sonidos de animales de forma espontánea.</w:t>
            </w:r>
          </w:p>
          <w:p w14:paraId="36991B13" w14:textId="26CA30F3" w:rsidR="0049128A" w:rsidRPr="00774D49" w:rsidRDefault="0049128A" w:rsidP="00774D49">
            <w:pPr>
              <w:spacing w:after="0"/>
              <w:rPr>
                <w:rFonts w:cs="Arial"/>
                <w:b/>
                <w:bCs/>
                <w:szCs w:val="19"/>
                <w:lang w:val="es-PE"/>
              </w:rPr>
            </w:pPr>
            <w:r w:rsidRPr="00774D49">
              <w:rPr>
                <w:rFonts w:cs="Arial"/>
                <w:b/>
                <w:bCs/>
                <w:szCs w:val="19"/>
                <w:lang w:val="es-PE"/>
              </w:rPr>
              <w:t>Rutinas de Salida (12:30)</w:t>
            </w:r>
          </w:p>
          <w:p w14:paraId="4DD345B3" w14:textId="0DAB6F3C" w:rsidR="0049128A" w:rsidRPr="00774D49" w:rsidRDefault="0049128A" w:rsidP="00774D49">
            <w:pPr>
              <w:numPr>
                <w:ilvl w:val="0"/>
                <w:numId w:val="69"/>
              </w:numPr>
              <w:spacing w:after="0"/>
              <w:rPr>
                <w:rFonts w:cs="Arial"/>
                <w:szCs w:val="19"/>
                <w:lang w:val="es-PE"/>
              </w:rPr>
            </w:pPr>
            <w:r w:rsidRPr="00774D49">
              <w:rPr>
                <w:rFonts w:cs="Arial"/>
                <w:b/>
                <w:bCs/>
                <w:szCs w:val="19"/>
                <w:lang w:val="es-PE"/>
              </w:rPr>
              <w:t>Cierre:</w:t>
            </w:r>
            <w:r w:rsidRPr="00774D49">
              <w:rPr>
                <w:rFonts w:cs="Arial"/>
                <w:szCs w:val="19"/>
                <w:lang w:val="es-PE"/>
              </w:rPr>
              <w:t xml:space="preserve"> Breve recuento de las actividades del día, organización autónoma de mochilas y abrigos. Despedida afectuosa e individualizada en la puerta del aula.</w:t>
            </w:r>
          </w:p>
          <w:p w14:paraId="7DB33BA4" w14:textId="77777777" w:rsidR="00F5459A" w:rsidRPr="00774D49" w:rsidRDefault="00F5459A" w:rsidP="00774D49">
            <w:pPr>
              <w:spacing w:after="0"/>
              <w:rPr>
                <w:rFonts w:cs="Arial"/>
                <w:szCs w:val="19"/>
                <w:lang w:val="es-PE"/>
              </w:rPr>
            </w:pPr>
          </w:p>
        </w:tc>
        <w:tc>
          <w:tcPr>
            <w:tcW w:w="1431" w:type="dxa"/>
            <w:vAlign w:val="center"/>
          </w:tcPr>
          <w:p w14:paraId="60040A1F" w14:textId="22A44C81" w:rsidR="00F5459A" w:rsidRPr="00774D49" w:rsidRDefault="009A66CC" w:rsidP="00774D49">
            <w:pPr>
              <w:spacing w:after="0"/>
              <w:rPr>
                <w:rFonts w:cs="Arial"/>
                <w:szCs w:val="19"/>
                <w:lang w:val="es-PE"/>
              </w:rPr>
            </w:pPr>
            <w:r w:rsidRPr="00774D49">
              <w:rPr>
                <w:rFonts w:cs="Arial"/>
                <w:szCs w:val="19"/>
                <w:lang w:val="es-PE"/>
              </w:rPr>
              <w:lastRenderedPageBreak/>
              <w:t>Arena fina, recipientes transparentes, cucharones, moldes grandes, embudos y bandejas.</w:t>
            </w:r>
          </w:p>
        </w:tc>
        <w:tc>
          <w:tcPr>
            <w:tcW w:w="1547" w:type="dxa"/>
            <w:vAlign w:val="center"/>
          </w:tcPr>
          <w:p w14:paraId="160537BB" w14:textId="5D2147C5" w:rsidR="00F5459A" w:rsidRPr="00774D49" w:rsidRDefault="009A66CC" w:rsidP="00774D49">
            <w:pPr>
              <w:spacing w:after="0"/>
              <w:rPr>
                <w:rFonts w:cs="Arial"/>
                <w:szCs w:val="19"/>
                <w:lang w:val="es-PE"/>
              </w:rPr>
            </w:pPr>
            <w:r w:rsidRPr="00774D49">
              <w:rPr>
                <w:rFonts w:cs="Arial"/>
                <w:szCs w:val="19"/>
                <w:lang w:val="es-PE"/>
              </w:rPr>
              <w:t>Registrar coordinación óculo manual, trasvases, uso de nociones como lleno/vacío, mucho/poco y cuidado del material.</w:t>
            </w:r>
          </w:p>
        </w:tc>
      </w:tr>
      <w:tr w:rsidR="00895ADD" w:rsidRPr="00774D49" w14:paraId="4CC3B6BF" w14:textId="77777777" w:rsidTr="00A52B43">
        <w:trPr>
          <w:jc w:val="center"/>
        </w:trPr>
        <w:tc>
          <w:tcPr>
            <w:tcW w:w="2103" w:type="dxa"/>
            <w:gridSpan w:val="2"/>
            <w:vAlign w:val="center"/>
          </w:tcPr>
          <w:p w14:paraId="4CC294D5" w14:textId="6294069C" w:rsidR="00895ADD" w:rsidRPr="00774D49" w:rsidRDefault="00895ADD" w:rsidP="00774D49">
            <w:pPr>
              <w:spacing w:after="0"/>
              <w:rPr>
                <w:rFonts w:cs="Arial"/>
                <w:szCs w:val="19"/>
                <w:lang w:val="es-PE"/>
              </w:rPr>
            </w:pPr>
            <w:r w:rsidRPr="00895ADD">
              <w:rPr>
                <w:rFonts w:cs="Arial"/>
                <w:b/>
                <w:bCs/>
                <w:szCs w:val="19"/>
                <w:lang w:val="es-PE"/>
              </w:rPr>
              <w:lastRenderedPageBreak/>
              <w:t>Áreas a observar:</w:t>
            </w:r>
          </w:p>
        </w:tc>
        <w:tc>
          <w:tcPr>
            <w:tcW w:w="5681" w:type="dxa"/>
            <w:vAlign w:val="center"/>
          </w:tcPr>
          <w:p w14:paraId="5FD48E03" w14:textId="6B022A95" w:rsidR="00895ADD" w:rsidRPr="00312002" w:rsidRDefault="00312002" w:rsidP="00774D49">
            <w:pPr>
              <w:spacing w:after="0"/>
              <w:rPr>
                <w:rFonts w:cs="Arial"/>
                <w:szCs w:val="19"/>
                <w:lang w:val="es-PE"/>
              </w:rPr>
            </w:pPr>
            <w:r w:rsidRPr="00312002">
              <w:rPr>
                <w:rFonts w:cs="Arial"/>
                <w:szCs w:val="19"/>
                <w:lang w:val="es-PE"/>
              </w:rPr>
              <w:t>Comunicación (Taller), Ciencia y Tecnología, y Personal Social.</w:t>
            </w:r>
          </w:p>
        </w:tc>
        <w:tc>
          <w:tcPr>
            <w:tcW w:w="1431" w:type="dxa"/>
            <w:vAlign w:val="center"/>
          </w:tcPr>
          <w:p w14:paraId="7858F2BC" w14:textId="77777777" w:rsidR="00895ADD" w:rsidRPr="00774D49" w:rsidRDefault="00895ADD" w:rsidP="00774D49">
            <w:pPr>
              <w:spacing w:after="0"/>
              <w:rPr>
                <w:rFonts w:cs="Arial"/>
                <w:szCs w:val="19"/>
                <w:lang w:val="es-PE"/>
              </w:rPr>
            </w:pPr>
          </w:p>
        </w:tc>
        <w:tc>
          <w:tcPr>
            <w:tcW w:w="1547" w:type="dxa"/>
            <w:vAlign w:val="center"/>
          </w:tcPr>
          <w:p w14:paraId="07651AD9" w14:textId="77777777" w:rsidR="00895ADD" w:rsidRPr="00774D49" w:rsidRDefault="00895ADD" w:rsidP="00774D49">
            <w:pPr>
              <w:spacing w:after="0"/>
              <w:rPr>
                <w:rFonts w:cs="Arial"/>
                <w:szCs w:val="19"/>
                <w:lang w:val="es-PE"/>
              </w:rPr>
            </w:pPr>
          </w:p>
        </w:tc>
      </w:tr>
      <w:tr w:rsidR="009A66CC" w:rsidRPr="00774D49" w14:paraId="6BAFED67" w14:textId="77777777" w:rsidTr="00895ADD">
        <w:trPr>
          <w:jc w:val="center"/>
        </w:trPr>
        <w:tc>
          <w:tcPr>
            <w:tcW w:w="746" w:type="dxa"/>
            <w:vAlign w:val="center"/>
          </w:tcPr>
          <w:p w14:paraId="34C2A745" w14:textId="084C7346" w:rsidR="00F5459A" w:rsidRPr="00774D49" w:rsidRDefault="00F5459A" w:rsidP="00774D49">
            <w:pPr>
              <w:spacing w:after="0"/>
              <w:rPr>
                <w:rFonts w:cs="Arial"/>
                <w:szCs w:val="19"/>
                <w:lang w:val="es-PE"/>
              </w:rPr>
            </w:pPr>
            <w:r w:rsidRPr="00774D49">
              <w:rPr>
                <w:rFonts w:cs="Arial"/>
                <w:szCs w:val="19"/>
                <w:lang w:val="es-PE"/>
              </w:rPr>
              <w:t>Día 10</w:t>
            </w:r>
          </w:p>
        </w:tc>
        <w:tc>
          <w:tcPr>
            <w:tcW w:w="1357" w:type="dxa"/>
            <w:vAlign w:val="center"/>
          </w:tcPr>
          <w:p w14:paraId="2A97CE58" w14:textId="3E0811C9" w:rsidR="00F5459A" w:rsidRPr="00774D49" w:rsidRDefault="00122A16" w:rsidP="00774D49">
            <w:pPr>
              <w:spacing w:after="0"/>
              <w:rPr>
                <w:rFonts w:cs="Arial"/>
                <w:szCs w:val="19"/>
                <w:lang w:val="es-PE"/>
              </w:rPr>
            </w:pPr>
            <w:r w:rsidRPr="00774D49">
              <w:rPr>
                <w:rFonts w:cs="Arial"/>
                <w:szCs w:val="19"/>
                <w:lang w:val="es-PE"/>
              </w:rPr>
              <w:t>Clasificamos lo seco y lo húmedo de la naturaleza</w:t>
            </w:r>
          </w:p>
        </w:tc>
        <w:tc>
          <w:tcPr>
            <w:tcW w:w="5681" w:type="dxa"/>
            <w:vAlign w:val="center"/>
          </w:tcPr>
          <w:p w14:paraId="32483E78" w14:textId="2D519D21" w:rsidR="00122A16" w:rsidRPr="00774D49" w:rsidRDefault="00122A16" w:rsidP="00774D49">
            <w:pPr>
              <w:spacing w:after="0"/>
              <w:rPr>
                <w:rFonts w:cs="Arial"/>
                <w:b/>
                <w:bCs/>
                <w:szCs w:val="19"/>
                <w:lang w:val="es-PE"/>
              </w:rPr>
            </w:pPr>
            <w:r w:rsidRPr="00774D49">
              <w:rPr>
                <w:rFonts w:cs="Arial"/>
                <w:b/>
                <w:bCs/>
                <w:szCs w:val="19"/>
                <w:lang w:val="es-PE"/>
              </w:rPr>
              <w:t>Rutinas de Entrada (08:00 - 08:30)</w:t>
            </w:r>
          </w:p>
          <w:p w14:paraId="18914AE0" w14:textId="77777777" w:rsidR="00122A16" w:rsidRPr="00774D49" w:rsidRDefault="00122A16" w:rsidP="00774D49">
            <w:pPr>
              <w:numPr>
                <w:ilvl w:val="0"/>
                <w:numId w:val="70"/>
              </w:numPr>
              <w:spacing w:after="0"/>
              <w:rPr>
                <w:rFonts w:cs="Arial"/>
                <w:szCs w:val="19"/>
                <w:lang w:val="es-PE"/>
              </w:rPr>
            </w:pPr>
            <w:r w:rsidRPr="00774D49">
              <w:rPr>
                <w:rFonts w:cs="Arial"/>
                <w:b/>
                <w:bCs/>
                <w:szCs w:val="19"/>
                <w:lang w:val="es-PE"/>
              </w:rPr>
              <w:t>Recepción:</w:t>
            </w:r>
            <w:r w:rsidRPr="00774D49">
              <w:rPr>
                <w:rFonts w:cs="Arial"/>
                <w:szCs w:val="19"/>
                <w:lang w:val="es-PE"/>
              </w:rPr>
              <w:t xml:space="preserve"> Bienvenida afectuosa y personalizada a la altura del niño. Se le acompaña a colocar su lonchera y mochila en su casillero de manera independiente.</w:t>
            </w:r>
          </w:p>
          <w:p w14:paraId="18F23F94" w14:textId="77777777" w:rsidR="00122A16" w:rsidRPr="00774D49" w:rsidRDefault="00122A16" w:rsidP="00774D49">
            <w:pPr>
              <w:numPr>
                <w:ilvl w:val="0"/>
                <w:numId w:val="70"/>
              </w:numPr>
              <w:spacing w:after="0"/>
              <w:rPr>
                <w:rFonts w:cs="Arial"/>
                <w:szCs w:val="19"/>
                <w:lang w:val="es-PE"/>
              </w:rPr>
            </w:pPr>
            <w:r w:rsidRPr="00774D49">
              <w:rPr>
                <w:rFonts w:cs="Arial"/>
                <w:b/>
                <w:bCs/>
                <w:szCs w:val="19"/>
                <w:lang w:val="es-PE"/>
              </w:rPr>
              <w:t>Cajas de Espera:</w:t>
            </w:r>
            <w:r w:rsidRPr="00774D49">
              <w:rPr>
                <w:rFonts w:cs="Arial"/>
                <w:szCs w:val="19"/>
                <w:lang w:val="es-PE"/>
              </w:rPr>
              <w:t xml:space="preserve"> Se disponen canastas en las mesas con toallas pequeñas de tela secas y algunas esponjas humedecidas en agua para que los niños las toquen y experimenten el contraste térmico y táctil al llegar.</w:t>
            </w:r>
          </w:p>
          <w:p w14:paraId="207DE031" w14:textId="77777777" w:rsidR="00122A16" w:rsidRPr="00774D49" w:rsidRDefault="00122A16" w:rsidP="00774D49">
            <w:pPr>
              <w:numPr>
                <w:ilvl w:val="0"/>
                <w:numId w:val="70"/>
              </w:numPr>
              <w:spacing w:after="0"/>
              <w:rPr>
                <w:rFonts w:cs="Arial"/>
                <w:szCs w:val="19"/>
                <w:lang w:val="es-PE"/>
              </w:rPr>
            </w:pPr>
            <w:r w:rsidRPr="00774D49">
              <w:rPr>
                <w:rFonts w:cs="Arial"/>
                <w:b/>
                <w:bCs/>
                <w:szCs w:val="19"/>
                <w:lang w:val="es-PE"/>
              </w:rPr>
              <w:t>Actividades Permanentes:</w:t>
            </w:r>
            <w:r w:rsidRPr="00774D49">
              <w:rPr>
                <w:rFonts w:cs="Arial"/>
                <w:szCs w:val="19"/>
                <w:lang w:val="es-PE"/>
              </w:rPr>
              <w:t xml:space="preserve"> Asamblea en semicírculo sobre los cojines. Cantamos para saludarnos, registramos la asistencia usando el panel visual y actualizamos el calendario del aula.</w:t>
            </w:r>
          </w:p>
          <w:p w14:paraId="180E7FF6" w14:textId="788B8270" w:rsidR="00122A16" w:rsidRPr="00774D49" w:rsidRDefault="00122A16" w:rsidP="00774D49">
            <w:pPr>
              <w:spacing w:after="0"/>
              <w:rPr>
                <w:rFonts w:cs="Arial"/>
                <w:b/>
                <w:bCs/>
                <w:szCs w:val="19"/>
                <w:lang w:val="es-PE"/>
              </w:rPr>
            </w:pPr>
            <w:r w:rsidRPr="00774D49">
              <w:rPr>
                <w:rFonts w:cs="Arial"/>
                <w:b/>
                <w:bCs/>
                <w:szCs w:val="19"/>
                <w:lang w:val="es-PE"/>
              </w:rPr>
              <w:t>Juego Libre en los Espacios (08:30 - 09:30)</w:t>
            </w:r>
          </w:p>
          <w:p w14:paraId="7F4FB0C4" w14:textId="77777777" w:rsidR="00122A16" w:rsidRPr="00774D49" w:rsidRDefault="00122A16" w:rsidP="00774D49">
            <w:pPr>
              <w:numPr>
                <w:ilvl w:val="0"/>
                <w:numId w:val="71"/>
              </w:numPr>
              <w:spacing w:after="0"/>
              <w:rPr>
                <w:rFonts w:cs="Arial"/>
                <w:szCs w:val="19"/>
                <w:lang w:val="es-PE"/>
              </w:rPr>
            </w:pPr>
            <w:r w:rsidRPr="00774D49">
              <w:rPr>
                <w:rFonts w:cs="Arial"/>
                <w:b/>
                <w:bCs/>
                <w:szCs w:val="19"/>
                <w:lang w:val="es-PE"/>
              </w:rPr>
              <w:t>Planificación y Organización (Fase 1):</w:t>
            </w:r>
            <w:r w:rsidRPr="00774D49">
              <w:rPr>
                <w:rFonts w:cs="Arial"/>
                <w:szCs w:val="19"/>
                <w:lang w:val="es-PE"/>
              </w:rPr>
              <w:t xml:space="preserve"> Sentados en círculo, los niños eligen el sector de su interés (Construcción, Lectura, Arte). La docente distribuye los collares identificadores del espacio.</w:t>
            </w:r>
          </w:p>
          <w:p w14:paraId="2F3D5C72" w14:textId="77777777" w:rsidR="00122A16" w:rsidRPr="00774D49" w:rsidRDefault="00122A16" w:rsidP="00774D49">
            <w:pPr>
              <w:numPr>
                <w:ilvl w:val="0"/>
                <w:numId w:val="71"/>
              </w:numPr>
              <w:spacing w:after="0"/>
              <w:rPr>
                <w:rFonts w:cs="Arial"/>
                <w:szCs w:val="19"/>
                <w:lang w:val="es-PE"/>
              </w:rPr>
            </w:pPr>
            <w:r w:rsidRPr="00774D49">
              <w:rPr>
                <w:rFonts w:cs="Arial"/>
                <w:b/>
                <w:bCs/>
                <w:szCs w:val="19"/>
                <w:lang w:val="es-PE"/>
              </w:rPr>
              <w:t>Desarrollo o Ejecución (Fase 2):</w:t>
            </w:r>
            <w:r w:rsidRPr="00774D49">
              <w:rPr>
                <w:rFonts w:cs="Arial"/>
                <w:szCs w:val="19"/>
                <w:lang w:val="es-PE"/>
              </w:rPr>
              <w:t xml:space="preserve"> Los niños juegan de forma autónoma. La docente realiza observación periférica, interviene de manera indirecta para enriquecer el juego y toma notas en su cuaderno de campo.</w:t>
            </w:r>
          </w:p>
          <w:p w14:paraId="60104406" w14:textId="77777777" w:rsidR="00122A16" w:rsidRPr="00774D49" w:rsidRDefault="00122A16" w:rsidP="00774D49">
            <w:pPr>
              <w:numPr>
                <w:ilvl w:val="0"/>
                <w:numId w:val="71"/>
              </w:numPr>
              <w:spacing w:after="0"/>
              <w:rPr>
                <w:rFonts w:cs="Arial"/>
                <w:szCs w:val="19"/>
                <w:lang w:val="es-PE"/>
              </w:rPr>
            </w:pPr>
            <w:r w:rsidRPr="00774D49">
              <w:rPr>
                <w:rFonts w:cs="Arial"/>
                <w:b/>
                <w:bCs/>
                <w:szCs w:val="19"/>
                <w:lang w:val="es-PE"/>
              </w:rPr>
              <w:t>Orden, Socialización y Representación (Fase 3):</w:t>
            </w:r>
            <w:r w:rsidRPr="00774D49">
              <w:rPr>
                <w:rFonts w:cs="Arial"/>
                <w:szCs w:val="19"/>
                <w:lang w:val="es-PE"/>
              </w:rPr>
              <w:t xml:space="preserve"> Cantamos la canción de orden. Los niños guardan los juguetes en las canastas correspondientes y comentan brevemente a qué jugaron.</w:t>
            </w:r>
          </w:p>
          <w:p w14:paraId="6B0E8660" w14:textId="7C4965F4" w:rsidR="00122A16" w:rsidRPr="00774D49" w:rsidRDefault="00122A16" w:rsidP="00774D49">
            <w:pPr>
              <w:spacing w:after="0"/>
              <w:rPr>
                <w:rFonts w:cs="Arial"/>
                <w:b/>
                <w:bCs/>
                <w:szCs w:val="19"/>
                <w:lang w:val="es-PE"/>
              </w:rPr>
            </w:pPr>
            <w:r w:rsidRPr="00774D49">
              <w:rPr>
                <w:rFonts w:cs="Arial"/>
                <w:b/>
                <w:bCs/>
                <w:szCs w:val="19"/>
                <w:lang w:val="es-PE"/>
              </w:rPr>
              <w:t>Actividad Significativa / Sesión Central (09:30 - 10:30)</w:t>
            </w:r>
          </w:p>
          <w:p w14:paraId="2745F5CE" w14:textId="77777777" w:rsidR="00122A16" w:rsidRPr="00774D49" w:rsidRDefault="00122A16" w:rsidP="00774D49">
            <w:pPr>
              <w:numPr>
                <w:ilvl w:val="0"/>
                <w:numId w:val="72"/>
              </w:numPr>
              <w:spacing w:after="0"/>
              <w:rPr>
                <w:rFonts w:cs="Arial"/>
                <w:szCs w:val="19"/>
                <w:lang w:val="es-PE"/>
              </w:rPr>
            </w:pPr>
            <w:r w:rsidRPr="00774D49">
              <w:rPr>
                <w:rFonts w:cs="Arial"/>
                <w:b/>
                <w:bCs/>
                <w:szCs w:val="19"/>
                <w:lang w:val="es-PE"/>
              </w:rPr>
              <w:t>Inicio (Antes):</w:t>
            </w:r>
            <w:r w:rsidRPr="00774D49">
              <w:rPr>
                <w:rFonts w:cs="Arial"/>
                <w:szCs w:val="19"/>
                <w:lang w:val="es-PE"/>
              </w:rPr>
              <w:t xml:space="preserve"> Nos reunimos en asamblea. La docente presenta dos tinas grandes en el centro del círculo: una tina contiene elementos secos (tierra seca, arena fina, hojas crujientes) y la otra tina tiene elementos húmedos (barro limpio, esponjas con agua, hojas mojadas). Invita a dos niños a tocar y preguntar: </w:t>
            </w:r>
            <w:r w:rsidRPr="00774D49">
              <w:rPr>
                <w:rFonts w:cs="Arial"/>
                <w:i/>
                <w:iCs/>
                <w:szCs w:val="19"/>
                <w:lang w:val="es-PE"/>
              </w:rPr>
              <w:t xml:space="preserve">¿Cómo se siente esta tierra? ¿Y esta de aquí? ¿Cuáles están secas y cuáles </w:t>
            </w:r>
            <w:r w:rsidRPr="00774D49">
              <w:rPr>
                <w:rFonts w:cs="Arial"/>
                <w:i/>
                <w:iCs/>
                <w:szCs w:val="19"/>
                <w:lang w:val="es-PE"/>
              </w:rPr>
              <w:lastRenderedPageBreak/>
              <w:t xml:space="preserve">tienen </w:t>
            </w:r>
            <w:proofErr w:type="gramStart"/>
            <w:r w:rsidRPr="00774D49">
              <w:rPr>
                <w:rFonts w:cs="Arial"/>
                <w:i/>
                <w:iCs/>
                <w:szCs w:val="19"/>
                <w:lang w:val="es-PE"/>
              </w:rPr>
              <w:t>agua?</w:t>
            </w:r>
            <w:r w:rsidRPr="00774D49">
              <w:rPr>
                <w:rFonts w:cs="Arial"/>
                <w:szCs w:val="19"/>
                <w:lang w:val="es-PE"/>
              </w:rPr>
              <w:t>.</w:t>
            </w:r>
            <w:proofErr w:type="gramEnd"/>
          </w:p>
          <w:p w14:paraId="41F3AD16" w14:textId="4B24B1D3" w:rsidR="00122A16" w:rsidRPr="00774D49" w:rsidRDefault="00122A16" w:rsidP="00774D49">
            <w:pPr>
              <w:numPr>
                <w:ilvl w:val="0"/>
                <w:numId w:val="72"/>
              </w:numPr>
              <w:spacing w:after="0"/>
              <w:rPr>
                <w:rFonts w:cs="Arial"/>
                <w:szCs w:val="19"/>
                <w:lang w:val="es-PE"/>
              </w:rPr>
            </w:pPr>
            <w:r w:rsidRPr="00774D49">
              <w:rPr>
                <w:rFonts w:cs="Arial"/>
                <w:b/>
                <w:bCs/>
                <w:szCs w:val="19"/>
                <w:lang w:val="es-PE"/>
              </w:rPr>
              <w:t>Desarrollo (Durante):</w:t>
            </w:r>
            <w:r w:rsidRPr="00774D49">
              <w:rPr>
                <w:rFonts w:cs="Arial"/>
                <w:szCs w:val="19"/>
                <w:lang w:val="es-PE"/>
              </w:rPr>
              <w:t xml:space="preserve"> Nos organizamos en pequeños grupos en el espacio central. La docente reparte bandejas mezcladas con elementos secos y húmedos a cada mesa. Los niños exploran libremente manipulando los materiales con sus manos. Luego, la docente coloca dos canastas grandes con carteles visuales (un dibujo de un sol para “seco” y una gota de agua para “húmedo”). Los niños juegan a agrupar los objetos colocándolos en la canasta que corresponde según cómo se sienten al tacto. La docente acompaña verbalizando las acciones de forma natural: “</w:t>
            </w:r>
            <w:r w:rsidRPr="00774D49">
              <w:rPr>
                <w:rFonts w:cs="Arial"/>
                <w:i/>
                <w:iCs/>
                <w:szCs w:val="19"/>
                <w:lang w:val="es-PE"/>
              </w:rPr>
              <w:t>¡Excelente! Pusiste la hoja crujiente en la canasta del sol porque está seca</w:t>
            </w:r>
            <w:r w:rsidR="00437107" w:rsidRPr="00774D49">
              <w:rPr>
                <w:rFonts w:cs="Arial"/>
                <w:i/>
                <w:iCs/>
                <w:szCs w:val="19"/>
                <w:lang w:val="es-PE"/>
              </w:rPr>
              <w:t>”</w:t>
            </w:r>
            <w:r w:rsidRPr="00774D49">
              <w:rPr>
                <w:rFonts w:cs="Arial"/>
                <w:szCs w:val="19"/>
                <w:lang w:val="es-PE"/>
              </w:rPr>
              <w:t xml:space="preserve"> o </w:t>
            </w:r>
            <w:r w:rsidR="00437107" w:rsidRPr="00774D49">
              <w:rPr>
                <w:rFonts w:cs="Arial"/>
                <w:szCs w:val="19"/>
                <w:lang w:val="es-PE"/>
              </w:rPr>
              <w:t>“</w:t>
            </w:r>
            <w:r w:rsidRPr="00774D49">
              <w:rPr>
                <w:rFonts w:cs="Arial"/>
                <w:i/>
                <w:iCs/>
                <w:szCs w:val="19"/>
                <w:lang w:val="es-PE"/>
              </w:rPr>
              <w:t>Ese barro va con la gota de agua</w:t>
            </w:r>
            <w:r w:rsidR="00437107" w:rsidRPr="00774D49">
              <w:rPr>
                <w:rFonts w:cs="Arial"/>
                <w:i/>
                <w:iCs/>
                <w:szCs w:val="19"/>
                <w:lang w:val="es-PE"/>
              </w:rPr>
              <w:t>”</w:t>
            </w:r>
          </w:p>
          <w:p w14:paraId="3C44093F" w14:textId="77777777" w:rsidR="00122A16" w:rsidRPr="00774D49" w:rsidRDefault="00122A16" w:rsidP="00774D49">
            <w:pPr>
              <w:numPr>
                <w:ilvl w:val="0"/>
                <w:numId w:val="72"/>
              </w:numPr>
              <w:spacing w:after="0"/>
              <w:rPr>
                <w:rFonts w:cs="Arial"/>
                <w:szCs w:val="19"/>
                <w:lang w:val="es-PE"/>
              </w:rPr>
            </w:pPr>
            <w:r w:rsidRPr="00774D49">
              <w:rPr>
                <w:rFonts w:cs="Arial"/>
                <w:b/>
                <w:bCs/>
                <w:szCs w:val="19"/>
                <w:lang w:val="es-PE"/>
              </w:rPr>
              <w:t>Cierre (Después):</w:t>
            </w:r>
            <w:r w:rsidRPr="00774D49">
              <w:rPr>
                <w:rFonts w:cs="Arial"/>
                <w:szCs w:val="19"/>
                <w:lang w:val="es-PE"/>
              </w:rPr>
              <w:t xml:space="preserve"> Regresamos a la asamblea. Observamos cómo quedaron nuestras canastas de clasificación. Dialogamos con preguntas sencillas de metacognición: </w:t>
            </w:r>
            <w:r w:rsidRPr="00774D49">
              <w:rPr>
                <w:rFonts w:cs="Arial"/>
                <w:i/>
                <w:iCs/>
                <w:szCs w:val="19"/>
                <w:lang w:val="es-PE"/>
              </w:rPr>
              <w:t xml:space="preserve">¿Qué materiales se sintieron mojados o húmedos hoy? ¿Qué pasa con nuestras manos cuando tocamos el </w:t>
            </w:r>
            <w:proofErr w:type="gramStart"/>
            <w:r w:rsidRPr="00774D49">
              <w:rPr>
                <w:rFonts w:cs="Arial"/>
                <w:i/>
                <w:iCs/>
                <w:szCs w:val="19"/>
                <w:lang w:val="es-PE"/>
              </w:rPr>
              <w:t>barro?</w:t>
            </w:r>
            <w:r w:rsidRPr="00774D49">
              <w:rPr>
                <w:rFonts w:cs="Arial"/>
                <w:szCs w:val="19"/>
                <w:lang w:val="es-PE"/>
              </w:rPr>
              <w:t>.</w:t>
            </w:r>
            <w:proofErr w:type="gramEnd"/>
            <w:r w:rsidRPr="00774D49">
              <w:rPr>
                <w:rFonts w:cs="Arial"/>
                <w:szCs w:val="19"/>
                <w:lang w:val="es-PE"/>
              </w:rPr>
              <w:t xml:space="preserve"> Nos organizamos para limpiar las mesas y dejar el espacio en orden.</w:t>
            </w:r>
          </w:p>
          <w:p w14:paraId="19239114" w14:textId="2BFEF9DA" w:rsidR="00122A16" w:rsidRPr="00774D49" w:rsidRDefault="00122A16" w:rsidP="00774D49">
            <w:pPr>
              <w:spacing w:after="0"/>
              <w:rPr>
                <w:rFonts w:cs="Arial"/>
                <w:b/>
                <w:bCs/>
                <w:szCs w:val="19"/>
                <w:lang w:val="es-PE"/>
              </w:rPr>
            </w:pPr>
            <w:r w:rsidRPr="00774D49">
              <w:rPr>
                <w:rFonts w:cs="Arial"/>
                <w:b/>
                <w:bCs/>
                <w:szCs w:val="19"/>
                <w:lang w:val="es-PE"/>
              </w:rPr>
              <w:t>Aseo, Refrigerio y Recreo (10:30 - 11:30)</w:t>
            </w:r>
          </w:p>
          <w:p w14:paraId="048161EB" w14:textId="77777777" w:rsidR="00122A16" w:rsidRPr="00774D49" w:rsidRDefault="00122A16" w:rsidP="00774D49">
            <w:pPr>
              <w:numPr>
                <w:ilvl w:val="0"/>
                <w:numId w:val="73"/>
              </w:numPr>
              <w:spacing w:after="0"/>
              <w:rPr>
                <w:rFonts w:cs="Arial"/>
                <w:szCs w:val="19"/>
                <w:lang w:val="es-PE"/>
              </w:rPr>
            </w:pPr>
            <w:r w:rsidRPr="00774D49">
              <w:rPr>
                <w:rFonts w:cs="Arial"/>
                <w:b/>
                <w:bCs/>
                <w:szCs w:val="19"/>
                <w:lang w:val="es-PE"/>
              </w:rPr>
              <w:t>Higiene:</w:t>
            </w:r>
            <w:r w:rsidRPr="00774D49">
              <w:rPr>
                <w:rFonts w:cs="Arial"/>
                <w:szCs w:val="19"/>
                <w:lang w:val="es-PE"/>
              </w:rPr>
              <w:t xml:space="preserve"> Rutina guiada de lavado de manos con agua y jabón líquido, modelando el secado con papel toalla y promoviendo el cuidado del agua.</w:t>
            </w:r>
          </w:p>
          <w:p w14:paraId="729629F1" w14:textId="77777777" w:rsidR="00122A16" w:rsidRPr="00774D49" w:rsidRDefault="00122A16" w:rsidP="00774D49">
            <w:pPr>
              <w:numPr>
                <w:ilvl w:val="0"/>
                <w:numId w:val="73"/>
              </w:numPr>
              <w:spacing w:after="0"/>
              <w:rPr>
                <w:rFonts w:cs="Arial"/>
                <w:szCs w:val="19"/>
                <w:lang w:val="es-PE"/>
              </w:rPr>
            </w:pPr>
            <w:r w:rsidRPr="00774D49">
              <w:rPr>
                <w:rFonts w:cs="Arial"/>
                <w:b/>
                <w:bCs/>
                <w:szCs w:val="19"/>
                <w:lang w:val="es-PE"/>
              </w:rPr>
              <w:t>Alimentación:</w:t>
            </w:r>
            <w:r w:rsidRPr="00774D49">
              <w:rPr>
                <w:rFonts w:cs="Arial"/>
                <w:szCs w:val="19"/>
                <w:lang w:val="es-PE"/>
              </w:rPr>
              <w:t xml:space="preserve"> Consumo de la lonchera en un ambiente tranquilo y ordenado, incentivando a los niños a abrir y cerrar sus envases por sí mismos.</w:t>
            </w:r>
          </w:p>
          <w:p w14:paraId="05D3FDE3" w14:textId="77777777" w:rsidR="00122A16" w:rsidRPr="00774D49" w:rsidRDefault="00122A16" w:rsidP="00774D49">
            <w:pPr>
              <w:numPr>
                <w:ilvl w:val="0"/>
                <w:numId w:val="73"/>
              </w:numPr>
              <w:spacing w:after="0"/>
              <w:rPr>
                <w:rFonts w:cs="Arial"/>
                <w:szCs w:val="19"/>
                <w:lang w:val="es-PE"/>
              </w:rPr>
            </w:pPr>
            <w:r w:rsidRPr="00774D49">
              <w:rPr>
                <w:rFonts w:cs="Arial"/>
                <w:b/>
                <w:bCs/>
                <w:szCs w:val="19"/>
                <w:lang w:val="es-PE"/>
              </w:rPr>
              <w:t>Recreo:</w:t>
            </w:r>
            <w:r w:rsidRPr="00774D49">
              <w:rPr>
                <w:rFonts w:cs="Arial"/>
                <w:szCs w:val="19"/>
                <w:lang w:val="es-PE"/>
              </w:rPr>
              <w:t xml:space="preserve"> Espacio de juego libre y esparcimiento en el patio exterior bajo el cuidado y monitoreo constante de la docente.</w:t>
            </w:r>
          </w:p>
          <w:p w14:paraId="30BFA058" w14:textId="2B5079C8" w:rsidR="00122A16" w:rsidRPr="00774D49" w:rsidRDefault="00122A16" w:rsidP="00774D49">
            <w:pPr>
              <w:spacing w:after="0"/>
              <w:rPr>
                <w:rFonts w:cs="Arial"/>
                <w:b/>
                <w:bCs/>
                <w:szCs w:val="19"/>
                <w:lang w:val="es-PE"/>
              </w:rPr>
            </w:pPr>
            <w:r w:rsidRPr="00774D49">
              <w:rPr>
                <w:rFonts w:cs="Arial"/>
                <w:b/>
                <w:bCs/>
                <w:szCs w:val="19"/>
                <w:lang w:val="es-PE"/>
              </w:rPr>
              <w:t>Actividad Psicomotriz Corta (11:30 - 12:00)</w:t>
            </w:r>
          </w:p>
          <w:p w14:paraId="42771042" w14:textId="5F1FE89C" w:rsidR="00122A16" w:rsidRPr="00774D49" w:rsidRDefault="00122A16" w:rsidP="00774D49">
            <w:pPr>
              <w:numPr>
                <w:ilvl w:val="0"/>
                <w:numId w:val="74"/>
              </w:numPr>
              <w:spacing w:after="0"/>
              <w:rPr>
                <w:rFonts w:cs="Arial"/>
                <w:szCs w:val="19"/>
                <w:lang w:val="es-PE"/>
              </w:rPr>
            </w:pPr>
            <w:r w:rsidRPr="00774D49">
              <w:rPr>
                <w:rFonts w:cs="Arial"/>
                <w:b/>
                <w:bCs/>
                <w:szCs w:val="19"/>
                <w:lang w:val="es-PE"/>
              </w:rPr>
              <w:t>Desarrollo Motriz:</w:t>
            </w:r>
            <w:r w:rsidRPr="00774D49">
              <w:rPr>
                <w:rFonts w:cs="Arial"/>
                <w:szCs w:val="19"/>
                <w:lang w:val="es-PE"/>
              </w:rPr>
              <w:t xml:space="preserve"> Jugamos a “Cruzar el río”. Se colocan dos sogas largas en el piso simulando las orillas de un río y dentro se ponen telas azules (el agua). Los niños deben saltar de un lado al otro sin pisar las telas azules, controlando su equilibrio y fuerza en las piernas de forma lúdica.</w:t>
            </w:r>
          </w:p>
          <w:p w14:paraId="6CB787F8" w14:textId="67EACE9E" w:rsidR="00122A16" w:rsidRPr="00774D49" w:rsidRDefault="00122A16" w:rsidP="00774D49">
            <w:pPr>
              <w:spacing w:after="0"/>
              <w:rPr>
                <w:rFonts w:cs="Arial"/>
                <w:b/>
                <w:bCs/>
                <w:szCs w:val="19"/>
                <w:lang w:val="es-PE"/>
              </w:rPr>
            </w:pPr>
            <w:r w:rsidRPr="00774D49">
              <w:rPr>
                <w:rFonts w:cs="Arial"/>
                <w:b/>
                <w:bCs/>
                <w:szCs w:val="19"/>
                <w:lang w:val="es-PE"/>
              </w:rPr>
              <w:t>El Taller (12:00 - 12:30)</w:t>
            </w:r>
          </w:p>
          <w:p w14:paraId="57E826AF" w14:textId="77777777" w:rsidR="00122A16" w:rsidRPr="00774D49" w:rsidRDefault="00122A16" w:rsidP="00774D49">
            <w:pPr>
              <w:numPr>
                <w:ilvl w:val="0"/>
                <w:numId w:val="75"/>
              </w:numPr>
              <w:spacing w:after="0"/>
              <w:rPr>
                <w:rFonts w:cs="Arial"/>
                <w:szCs w:val="19"/>
                <w:lang w:val="es-PE"/>
              </w:rPr>
            </w:pPr>
            <w:r w:rsidRPr="00774D49">
              <w:rPr>
                <w:rFonts w:cs="Arial"/>
                <w:b/>
                <w:bCs/>
                <w:szCs w:val="19"/>
                <w:lang w:val="es-PE"/>
              </w:rPr>
              <w:t>Taller Gráfico-Plástico:</w:t>
            </w:r>
            <w:r w:rsidRPr="00774D49">
              <w:rPr>
                <w:rFonts w:cs="Arial"/>
                <w:szCs w:val="19"/>
                <w:lang w:val="es-PE"/>
              </w:rPr>
              <w:t xml:space="preserve"> Colocamos cartulinas gruesas en las mesas. Ofrecemos gises (tizas) escolares de colores gruesos y recipientes pequeños con un poco de agua. Los niños mojan las tizas en el agua y juegan libremente a pintar sobre la cartulina, descubriendo con asombro cómo los trazos húmedos cambian de tono y se vuelven más intensos y cremosos al pintar de forma autónoma.</w:t>
            </w:r>
          </w:p>
          <w:p w14:paraId="0020EF81" w14:textId="355A5A44" w:rsidR="00122A16" w:rsidRPr="00774D49" w:rsidRDefault="00122A16" w:rsidP="00774D49">
            <w:pPr>
              <w:spacing w:after="0"/>
              <w:rPr>
                <w:rFonts w:cs="Arial"/>
                <w:b/>
                <w:bCs/>
                <w:szCs w:val="19"/>
                <w:lang w:val="es-PE"/>
              </w:rPr>
            </w:pPr>
            <w:r w:rsidRPr="00774D49">
              <w:rPr>
                <w:rFonts w:cs="Arial"/>
                <w:b/>
                <w:bCs/>
                <w:szCs w:val="19"/>
                <w:lang w:val="es-PE"/>
              </w:rPr>
              <w:t>Rutinas de Salida (12:30)</w:t>
            </w:r>
          </w:p>
          <w:p w14:paraId="71DC8E8B" w14:textId="6EB8D3A6" w:rsidR="00122A16" w:rsidRPr="00774D49" w:rsidRDefault="00122A16" w:rsidP="00774D49">
            <w:pPr>
              <w:numPr>
                <w:ilvl w:val="0"/>
                <w:numId w:val="76"/>
              </w:numPr>
              <w:spacing w:after="0"/>
              <w:rPr>
                <w:rFonts w:cs="Arial"/>
                <w:szCs w:val="19"/>
                <w:lang w:val="es-PE"/>
              </w:rPr>
            </w:pPr>
            <w:r w:rsidRPr="00774D49">
              <w:rPr>
                <w:rFonts w:cs="Arial"/>
                <w:b/>
                <w:bCs/>
                <w:szCs w:val="19"/>
                <w:lang w:val="es-PE"/>
              </w:rPr>
              <w:t>Cierre:</w:t>
            </w:r>
            <w:r w:rsidRPr="00774D49">
              <w:rPr>
                <w:rFonts w:cs="Arial"/>
                <w:szCs w:val="19"/>
                <w:lang w:val="es-PE"/>
              </w:rPr>
              <w:t xml:space="preserve"> Breve recuento de las experiencias más divertidas de la semana, organización autónoma de mochilas y abrigos. Despedida afectuosa e individualizada deseándoles un excelente fin de semana.</w:t>
            </w:r>
          </w:p>
          <w:p w14:paraId="48E6DB14" w14:textId="77777777" w:rsidR="00F5459A" w:rsidRPr="00774D49" w:rsidRDefault="00F5459A" w:rsidP="00774D49">
            <w:pPr>
              <w:spacing w:after="0"/>
              <w:rPr>
                <w:rFonts w:cs="Arial"/>
                <w:szCs w:val="19"/>
                <w:lang w:val="es-PE"/>
              </w:rPr>
            </w:pPr>
          </w:p>
        </w:tc>
        <w:tc>
          <w:tcPr>
            <w:tcW w:w="1431" w:type="dxa"/>
            <w:vAlign w:val="center"/>
          </w:tcPr>
          <w:p w14:paraId="5B6F7178" w14:textId="7154D98A" w:rsidR="00F5459A" w:rsidRPr="00774D49" w:rsidRDefault="009A66CC" w:rsidP="00774D49">
            <w:pPr>
              <w:spacing w:after="0"/>
              <w:rPr>
                <w:rFonts w:cs="Arial"/>
                <w:szCs w:val="19"/>
                <w:lang w:val="es-PE"/>
              </w:rPr>
            </w:pPr>
            <w:r w:rsidRPr="00774D49">
              <w:rPr>
                <w:rFonts w:cs="Arial"/>
                <w:szCs w:val="19"/>
                <w:lang w:val="es-PE"/>
              </w:rPr>
              <w:lastRenderedPageBreak/>
              <w:t>Telas, esponjas, algodón, cartón corrugado, hojas secas, piedras lisas y bandejas sensoriales.</w:t>
            </w:r>
          </w:p>
        </w:tc>
        <w:tc>
          <w:tcPr>
            <w:tcW w:w="1547" w:type="dxa"/>
            <w:vAlign w:val="center"/>
          </w:tcPr>
          <w:p w14:paraId="5D60F550" w14:textId="15BD14AF" w:rsidR="00F5459A" w:rsidRPr="00774D49" w:rsidRDefault="009A66CC" w:rsidP="00774D49">
            <w:pPr>
              <w:spacing w:after="0"/>
              <w:rPr>
                <w:rFonts w:cs="Arial"/>
                <w:szCs w:val="19"/>
                <w:lang w:val="es-PE"/>
              </w:rPr>
            </w:pPr>
            <w:r w:rsidRPr="00774D49">
              <w:rPr>
                <w:rFonts w:cs="Arial"/>
                <w:szCs w:val="19"/>
                <w:lang w:val="es-PE"/>
              </w:rPr>
              <w:t>Registrar discriminación de texturas, expresión de sensaciones, manipulación autónoma de materiales y comunicación durante la exploración.</w:t>
            </w:r>
          </w:p>
        </w:tc>
      </w:tr>
      <w:tr w:rsidR="006517BA" w:rsidRPr="00774D49" w14:paraId="79691E1C" w14:textId="77777777" w:rsidTr="00E44153">
        <w:trPr>
          <w:jc w:val="center"/>
        </w:trPr>
        <w:tc>
          <w:tcPr>
            <w:tcW w:w="2103" w:type="dxa"/>
            <w:gridSpan w:val="2"/>
            <w:vAlign w:val="center"/>
          </w:tcPr>
          <w:p w14:paraId="3E8A5ADA" w14:textId="48AB391E" w:rsidR="006517BA" w:rsidRPr="00312002" w:rsidRDefault="00312002" w:rsidP="00774D49">
            <w:pPr>
              <w:spacing w:after="0"/>
              <w:rPr>
                <w:rFonts w:cs="Arial"/>
                <w:b/>
                <w:bCs/>
                <w:szCs w:val="19"/>
                <w:lang w:val="es-PE"/>
              </w:rPr>
            </w:pPr>
            <w:r w:rsidRPr="00312002">
              <w:rPr>
                <w:rFonts w:cs="Arial"/>
                <w:b/>
                <w:bCs/>
                <w:szCs w:val="19"/>
                <w:lang w:val="es-PE"/>
              </w:rPr>
              <w:lastRenderedPageBreak/>
              <w:t>Áreas a observar:</w:t>
            </w:r>
          </w:p>
        </w:tc>
        <w:tc>
          <w:tcPr>
            <w:tcW w:w="5681" w:type="dxa"/>
            <w:vAlign w:val="center"/>
          </w:tcPr>
          <w:p w14:paraId="5CCC4592" w14:textId="30F485A3" w:rsidR="006517BA" w:rsidRPr="00312002" w:rsidRDefault="00312002" w:rsidP="00774D49">
            <w:pPr>
              <w:spacing w:after="0"/>
              <w:rPr>
                <w:rFonts w:cs="Arial"/>
                <w:szCs w:val="19"/>
                <w:lang w:val="es-PE"/>
              </w:rPr>
            </w:pPr>
            <w:r w:rsidRPr="00312002">
              <w:rPr>
                <w:rFonts w:cs="Arial"/>
                <w:szCs w:val="19"/>
                <w:lang w:val="es-PE"/>
              </w:rPr>
              <w:t>Matemática, Ciencia y Tecnología, y Personal Social.</w:t>
            </w:r>
          </w:p>
        </w:tc>
        <w:tc>
          <w:tcPr>
            <w:tcW w:w="1431" w:type="dxa"/>
            <w:vAlign w:val="center"/>
          </w:tcPr>
          <w:p w14:paraId="2395CCDB" w14:textId="77777777" w:rsidR="006517BA" w:rsidRPr="00774D49" w:rsidRDefault="006517BA" w:rsidP="00774D49">
            <w:pPr>
              <w:spacing w:after="0"/>
              <w:rPr>
                <w:rFonts w:cs="Arial"/>
                <w:szCs w:val="19"/>
                <w:lang w:val="es-PE"/>
              </w:rPr>
            </w:pPr>
          </w:p>
        </w:tc>
        <w:tc>
          <w:tcPr>
            <w:tcW w:w="1547" w:type="dxa"/>
            <w:vAlign w:val="center"/>
          </w:tcPr>
          <w:p w14:paraId="44E0A6BB" w14:textId="77777777" w:rsidR="006517BA" w:rsidRPr="00774D49" w:rsidRDefault="006517BA" w:rsidP="00774D49">
            <w:pPr>
              <w:spacing w:after="0"/>
              <w:rPr>
                <w:rFonts w:cs="Arial"/>
                <w:szCs w:val="19"/>
                <w:lang w:val="es-PE"/>
              </w:rPr>
            </w:pPr>
          </w:p>
        </w:tc>
      </w:tr>
    </w:tbl>
    <w:p w14:paraId="76543826" w14:textId="0B160B1A" w:rsidR="00F5459A" w:rsidRPr="00774D49" w:rsidRDefault="00F5459A">
      <w:pPr>
        <w:rPr>
          <w:rFonts w:cs="Arial"/>
          <w:lang w:val="es-PE"/>
        </w:rPr>
      </w:pPr>
    </w:p>
    <w:p w14:paraId="498D6611" w14:textId="77777777" w:rsidR="004246B5" w:rsidRPr="00774D49" w:rsidRDefault="004246B5" w:rsidP="00A12CB7">
      <w:pPr>
        <w:rPr>
          <w:rFonts w:cs="Arial"/>
          <w:lang w:val="es-PE"/>
        </w:rPr>
      </w:pPr>
    </w:p>
    <w:p w14:paraId="5091876C" w14:textId="77777777" w:rsidR="004246B5" w:rsidRPr="00774D49" w:rsidRDefault="004246B5" w:rsidP="00A12CB7">
      <w:pPr>
        <w:rPr>
          <w:rFonts w:cs="Arial"/>
          <w:lang w:val="es-PE"/>
        </w:rPr>
      </w:pPr>
      <w:r w:rsidRPr="00774D49">
        <w:rPr>
          <w:rFonts w:eastAsiaTheme="majorEastAsia" w:cs="Arial"/>
          <w:b/>
          <w:bCs/>
          <w:color w:val="C71585"/>
          <w:sz w:val="24"/>
          <w:szCs w:val="26"/>
          <w:lang w:val="es-PE"/>
        </w:rPr>
        <w:t>SEMANA 3: Construyo y juego con otros</w:t>
      </w:r>
    </w:p>
    <w:tbl>
      <w:tblPr>
        <w:tblStyle w:val="Tablaconcuadrcula"/>
        <w:tblW w:w="0" w:type="auto"/>
        <w:jc w:val="center"/>
        <w:tblLook w:val="04A0" w:firstRow="1" w:lastRow="0" w:firstColumn="1" w:lastColumn="0" w:noHBand="0" w:noVBand="1"/>
      </w:tblPr>
      <w:tblGrid>
        <w:gridCol w:w="694"/>
        <w:gridCol w:w="1684"/>
        <w:gridCol w:w="4785"/>
        <w:gridCol w:w="1740"/>
        <w:gridCol w:w="1680"/>
      </w:tblGrid>
      <w:tr w:rsidR="004246B5" w:rsidRPr="00774D49" w14:paraId="345D04A4" w14:textId="77777777" w:rsidTr="00895ADD">
        <w:trPr>
          <w:jc w:val="center"/>
        </w:trPr>
        <w:tc>
          <w:tcPr>
            <w:tcW w:w="694" w:type="dxa"/>
            <w:shd w:val="clear" w:color="auto" w:fill="FFF2CC"/>
            <w:vAlign w:val="center"/>
          </w:tcPr>
          <w:p w14:paraId="7A050DA0" w14:textId="77777777" w:rsidR="004246B5" w:rsidRPr="00774D49" w:rsidRDefault="004246B5" w:rsidP="007C4A5F">
            <w:pPr>
              <w:jc w:val="center"/>
              <w:rPr>
                <w:rFonts w:cs="Arial"/>
                <w:sz w:val="18"/>
                <w:szCs w:val="18"/>
                <w:lang w:val="es-PE"/>
              </w:rPr>
            </w:pPr>
            <w:r w:rsidRPr="00774D49">
              <w:rPr>
                <w:rFonts w:cs="Arial"/>
                <w:b/>
                <w:sz w:val="18"/>
                <w:szCs w:val="18"/>
                <w:lang w:val="es-PE"/>
              </w:rPr>
              <w:t>Día</w:t>
            </w:r>
          </w:p>
        </w:tc>
        <w:tc>
          <w:tcPr>
            <w:tcW w:w="1684" w:type="dxa"/>
            <w:shd w:val="clear" w:color="auto" w:fill="FFF2CC"/>
            <w:vAlign w:val="center"/>
          </w:tcPr>
          <w:p w14:paraId="2EE8B9B3" w14:textId="77777777" w:rsidR="004246B5" w:rsidRPr="00774D49" w:rsidRDefault="004246B5" w:rsidP="007C4A5F">
            <w:pPr>
              <w:jc w:val="center"/>
              <w:rPr>
                <w:rFonts w:cs="Arial"/>
                <w:sz w:val="18"/>
                <w:szCs w:val="18"/>
                <w:lang w:val="es-PE"/>
              </w:rPr>
            </w:pPr>
            <w:r w:rsidRPr="00774D49">
              <w:rPr>
                <w:rFonts w:cs="Arial"/>
                <w:b/>
                <w:sz w:val="18"/>
                <w:szCs w:val="18"/>
                <w:lang w:val="es-PE"/>
              </w:rPr>
              <w:t>Provocación / contexto</w:t>
            </w:r>
          </w:p>
        </w:tc>
        <w:tc>
          <w:tcPr>
            <w:tcW w:w="4785" w:type="dxa"/>
            <w:shd w:val="clear" w:color="auto" w:fill="FFF2CC"/>
            <w:vAlign w:val="center"/>
          </w:tcPr>
          <w:p w14:paraId="3128C432" w14:textId="77777777" w:rsidR="004246B5" w:rsidRPr="00774D49" w:rsidRDefault="004246B5" w:rsidP="007C4A5F">
            <w:pPr>
              <w:jc w:val="center"/>
              <w:rPr>
                <w:rFonts w:cs="Arial"/>
                <w:sz w:val="18"/>
                <w:szCs w:val="18"/>
                <w:lang w:val="es-PE"/>
              </w:rPr>
            </w:pPr>
            <w:r w:rsidRPr="00774D49">
              <w:rPr>
                <w:rFonts w:cs="Arial"/>
                <w:b/>
                <w:sz w:val="18"/>
                <w:szCs w:val="18"/>
                <w:lang w:val="es-PE"/>
              </w:rPr>
              <w:t>Descripción de la experiencia</w:t>
            </w:r>
          </w:p>
        </w:tc>
        <w:tc>
          <w:tcPr>
            <w:tcW w:w="1740" w:type="dxa"/>
            <w:shd w:val="clear" w:color="auto" w:fill="FFF2CC"/>
            <w:vAlign w:val="center"/>
          </w:tcPr>
          <w:p w14:paraId="03FB868A" w14:textId="77777777" w:rsidR="004246B5" w:rsidRPr="00774D49" w:rsidRDefault="004246B5" w:rsidP="007C4A5F">
            <w:pPr>
              <w:jc w:val="center"/>
              <w:rPr>
                <w:rFonts w:cs="Arial"/>
                <w:sz w:val="18"/>
                <w:szCs w:val="18"/>
                <w:lang w:val="es-PE"/>
              </w:rPr>
            </w:pPr>
            <w:r w:rsidRPr="00774D49">
              <w:rPr>
                <w:rFonts w:cs="Arial"/>
                <w:b/>
                <w:sz w:val="18"/>
                <w:szCs w:val="18"/>
                <w:lang w:val="es-PE"/>
              </w:rPr>
              <w:t>Materiales</w:t>
            </w:r>
          </w:p>
        </w:tc>
        <w:tc>
          <w:tcPr>
            <w:tcW w:w="1680" w:type="dxa"/>
            <w:shd w:val="clear" w:color="auto" w:fill="FFF2CC"/>
            <w:vAlign w:val="center"/>
          </w:tcPr>
          <w:p w14:paraId="6364FD79" w14:textId="77777777" w:rsidR="004246B5" w:rsidRPr="00774D49" w:rsidRDefault="004246B5" w:rsidP="007C4A5F">
            <w:pPr>
              <w:jc w:val="center"/>
              <w:rPr>
                <w:rFonts w:cs="Arial"/>
                <w:sz w:val="18"/>
                <w:szCs w:val="18"/>
                <w:lang w:val="es-PE"/>
              </w:rPr>
            </w:pPr>
            <w:r w:rsidRPr="00774D49">
              <w:rPr>
                <w:rFonts w:cs="Arial"/>
                <w:b/>
                <w:sz w:val="18"/>
                <w:szCs w:val="18"/>
                <w:lang w:val="es-PE"/>
              </w:rPr>
              <w:t>Qué observaré</w:t>
            </w:r>
          </w:p>
        </w:tc>
      </w:tr>
      <w:tr w:rsidR="004246B5" w:rsidRPr="00774D49" w14:paraId="05E089A2" w14:textId="77777777" w:rsidTr="00895ADD">
        <w:trPr>
          <w:jc w:val="center"/>
        </w:trPr>
        <w:tc>
          <w:tcPr>
            <w:tcW w:w="694" w:type="dxa"/>
            <w:vAlign w:val="center"/>
          </w:tcPr>
          <w:p w14:paraId="6F87E0D1" w14:textId="77777777" w:rsidR="004246B5" w:rsidRPr="00774D49" w:rsidRDefault="004246B5" w:rsidP="007C4A5F">
            <w:pPr>
              <w:rPr>
                <w:rFonts w:cs="Arial"/>
                <w:sz w:val="18"/>
                <w:szCs w:val="18"/>
                <w:lang w:val="es-PE"/>
              </w:rPr>
            </w:pPr>
            <w:r w:rsidRPr="00774D49">
              <w:rPr>
                <w:rFonts w:cs="Arial"/>
                <w:sz w:val="18"/>
                <w:szCs w:val="18"/>
                <w:lang w:val="es-PE"/>
              </w:rPr>
              <w:t>Día 11</w:t>
            </w:r>
          </w:p>
        </w:tc>
        <w:tc>
          <w:tcPr>
            <w:tcW w:w="1684" w:type="dxa"/>
            <w:vAlign w:val="center"/>
          </w:tcPr>
          <w:p w14:paraId="4AC89894" w14:textId="77777777" w:rsidR="004246B5" w:rsidRPr="00774D49" w:rsidRDefault="004246B5" w:rsidP="007C4A5F">
            <w:pPr>
              <w:rPr>
                <w:rFonts w:cs="Arial"/>
                <w:sz w:val="18"/>
                <w:szCs w:val="18"/>
                <w:lang w:val="es-PE"/>
              </w:rPr>
            </w:pPr>
            <w:r w:rsidRPr="00774D49">
              <w:rPr>
                <w:rFonts w:cs="Arial"/>
                <w:sz w:val="18"/>
                <w:szCs w:val="18"/>
                <w:lang w:val="es-PE"/>
              </w:rPr>
              <w:t>Construimos torres gigantes con cajas recicladas</w:t>
            </w:r>
          </w:p>
        </w:tc>
        <w:tc>
          <w:tcPr>
            <w:tcW w:w="4785" w:type="dxa"/>
            <w:vAlign w:val="center"/>
          </w:tcPr>
          <w:p w14:paraId="0C9239EA" w14:textId="77777777" w:rsidR="004246B5" w:rsidRPr="00774D49" w:rsidRDefault="004246B5" w:rsidP="008D259F">
            <w:pPr>
              <w:rPr>
                <w:rFonts w:cs="Arial"/>
                <w:b/>
                <w:bCs/>
                <w:sz w:val="18"/>
                <w:szCs w:val="18"/>
                <w:lang w:val="es-PE"/>
              </w:rPr>
            </w:pPr>
            <w:r w:rsidRPr="00774D49">
              <w:rPr>
                <w:rFonts w:cs="Arial"/>
                <w:b/>
                <w:bCs/>
                <w:sz w:val="18"/>
                <w:szCs w:val="18"/>
                <w:lang w:val="es-PE"/>
              </w:rPr>
              <w:t>Rutinas de Entrada (08:00 - 08:30)</w:t>
            </w:r>
          </w:p>
          <w:p w14:paraId="60C478CF" w14:textId="77777777" w:rsidR="004246B5" w:rsidRPr="00774D49" w:rsidRDefault="004246B5" w:rsidP="004246B5">
            <w:pPr>
              <w:numPr>
                <w:ilvl w:val="0"/>
                <w:numId w:val="77"/>
              </w:numPr>
              <w:rPr>
                <w:rFonts w:cs="Arial"/>
                <w:sz w:val="18"/>
                <w:szCs w:val="18"/>
                <w:lang w:val="es-PE"/>
              </w:rPr>
            </w:pPr>
            <w:r w:rsidRPr="00774D49">
              <w:rPr>
                <w:rFonts w:cs="Arial"/>
                <w:b/>
                <w:bCs/>
                <w:sz w:val="18"/>
                <w:szCs w:val="18"/>
                <w:lang w:val="es-PE"/>
              </w:rPr>
              <w:t>Recepción:</w:t>
            </w:r>
            <w:r w:rsidRPr="00774D49">
              <w:rPr>
                <w:rFonts w:cs="Arial"/>
                <w:sz w:val="18"/>
                <w:szCs w:val="18"/>
                <w:lang w:val="es-PE"/>
              </w:rPr>
              <w:t xml:space="preserve"> Recibimiento personalizado y afectuoso a la altura del niño, saludándolo por su nombre, agachándose para establecer </w:t>
            </w:r>
            <w:r w:rsidRPr="00774D49">
              <w:rPr>
                <w:rFonts w:cs="Arial"/>
                <w:sz w:val="18"/>
                <w:szCs w:val="18"/>
                <w:lang w:val="es-PE"/>
              </w:rPr>
              <w:lastRenderedPageBreak/>
              <w:t>contacto visual directo y transmitiéndole seguridad emocional en este inicio de semana.</w:t>
            </w:r>
          </w:p>
          <w:p w14:paraId="6C5B7CE1" w14:textId="77777777" w:rsidR="004246B5" w:rsidRPr="00774D49" w:rsidRDefault="004246B5" w:rsidP="004246B5">
            <w:pPr>
              <w:numPr>
                <w:ilvl w:val="0"/>
                <w:numId w:val="77"/>
              </w:numPr>
              <w:rPr>
                <w:rFonts w:cs="Arial"/>
                <w:sz w:val="18"/>
                <w:szCs w:val="18"/>
                <w:lang w:val="es-PE"/>
              </w:rPr>
            </w:pPr>
            <w:r w:rsidRPr="00774D49">
              <w:rPr>
                <w:rFonts w:cs="Arial"/>
                <w:sz w:val="18"/>
                <w:szCs w:val="18"/>
                <w:lang w:val="es-PE"/>
              </w:rPr>
              <w:t>Se realiza la verificación del estado físico y emocional de cada estudiante, entablando un breve diálogo con el padre de familia o cuidador para recoger datos relevantes del estado del niño.</w:t>
            </w:r>
          </w:p>
          <w:p w14:paraId="0CD2C238" w14:textId="77777777" w:rsidR="004246B5" w:rsidRPr="00774D49" w:rsidRDefault="004246B5" w:rsidP="004246B5">
            <w:pPr>
              <w:numPr>
                <w:ilvl w:val="0"/>
                <w:numId w:val="77"/>
              </w:numPr>
              <w:rPr>
                <w:rFonts w:cs="Arial"/>
                <w:sz w:val="18"/>
                <w:szCs w:val="18"/>
                <w:lang w:val="es-PE"/>
              </w:rPr>
            </w:pPr>
            <w:r w:rsidRPr="00774D49">
              <w:rPr>
                <w:rFonts w:cs="Arial"/>
                <w:sz w:val="18"/>
                <w:szCs w:val="18"/>
                <w:lang w:val="es-PE"/>
              </w:rPr>
              <w:t>Se permite el uso de un objeto de apego (como un peluche, mantita o juguete pequeño traído de casa) si el niño lo requiere para manejar la ansiedad de la separación familiar y facilitar su transición al aula.</w:t>
            </w:r>
          </w:p>
          <w:p w14:paraId="0C71A933" w14:textId="77777777" w:rsidR="004246B5" w:rsidRPr="00774D49" w:rsidRDefault="004246B5" w:rsidP="004246B5">
            <w:pPr>
              <w:numPr>
                <w:ilvl w:val="0"/>
                <w:numId w:val="77"/>
              </w:numPr>
              <w:rPr>
                <w:rFonts w:cs="Arial"/>
                <w:sz w:val="18"/>
                <w:szCs w:val="18"/>
                <w:lang w:val="es-PE"/>
              </w:rPr>
            </w:pPr>
            <w:r w:rsidRPr="00774D49">
              <w:rPr>
                <w:rFonts w:cs="Arial"/>
                <w:sz w:val="18"/>
                <w:szCs w:val="18"/>
                <w:lang w:val="es-PE"/>
              </w:rPr>
              <w:t>Se acompaña al niño a colocar su mochila, lonchera y abrigo en su respectivo casillero asignado, promoviendo el reconocimiento de su espacio personal a través de etiquetas visuales con su foto.</w:t>
            </w:r>
          </w:p>
          <w:p w14:paraId="7F74CE9C" w14:textId="77777777" w:rsidR="004246B5" w:rsidRPr="00774D49" w:rsidRDefault="004246B5" w:rsidP="004246B5">
            <w:pPr>
              <w:numPr>
                <w:ilvl w:val="0"/>
                <w:numId w:val="77"/>
              </w:numPr>
              <w:rPr>
                <w:rFonts w:cs="Arial"/>
                <w:sz w:val="18"/>
                <w:szCs w:val="18"/>
                <w:lang w:val="es-PE"/>
              </w:rPr>
            </w:pPr>
            <w:r w:rsidRPr="00774D49">
              <w:rPr>
                <w:rFonts w:cs="Arial"/>
                <w:b/>
                <w:bCs/>
                <w:sz w:val="18"/>
                <w:szCs w:val="18"/>
                <w:lang w:val="es-PE"/>
              </w:rPr>
              <w:t>Cajas de Espera:</w:t>
            </w:r>
            <w:r w:rsidRPr="00774D49">
              <w:rPr>
                <w:rFonts w:cs="Arial"/>
                <w:sz w:val="18"/>
                <w:szCs w:val="18"/>
                <w:lang w:val="es-PE"/>
              </w:rPr>
              <w:t xml:space="preserve"> Colocación de canastas plásticas en las mesas con bloques lógicos de madera pequeños y de formas geométricas sencillas para una transición tranquila, permitiendo que los niños los manipulen, apilen y exploren de forma libre mientras llegan sus demás compañeros.</w:t>
            </w:r>
          </w:p>
          <w:p w14:paraId="3F2722A5" w14:textId="77777777" w:rsidR="004246B5" w:rsidRPr="00774D49" w:rsidRDefault="004246B5" w:rsidP="004246B5">
            <w:pPr>
              <w:numPr>
                <w:ilvl w:val="0"/>
                <w:numId w:val="77"/>
              </w:numPr>
              <w:rPr>
                <w:rFonts w:cs="Arial"/>
                <w:sz w:val="18"/>
                <w:szCs w:val="18"/>
                <w:lang w:val="es-PE"/>
              </w:rPr>
            </w:pPr>
            <w:r w:rsidRPr="00774D49">
              <w:rPr>
                <w:rFonts w:cs="Arial"/>
                <w:b/>
                <w:bCs/>
                <w:sz w:val="18"/>
                <w:szCs w:val="18"/>
                <w:lang w:val="es-PE"/>
              </w:rPr>
              <w:t>Actividades Permanentes:</w:t>
            </w:r>
            <w:r w:rsidRPr="00774D49">
              <w:rPr>
                <w:rFonts w:cs="Arial"/>
                <w:sz w:val="18"/>
                <w:szCs w:val="18"/>
                <w:lang w:val="es-PE"/>
              </w:rPr>
              <w:t xml:space="preserve"> Asamblea breve en semicírculo sobre cojines individuales distribuidos en el piso para delimitar el espacio de cada estudiante.</w:t>
            </w:r>
          </w:p>
          <w:p w14:paraId="5B68E40A" w14:textId="77777777" w:rsidR="004246B5" w:rsidRPr="00774D49" w:rsidRDefault="004246B5" w:rsidP="004246B5">
            <w:pPr>
              <w:numPr>
                <w:ilvl w:val="0"/>
                <w:numId w:val="77"/>
              </w:numPr>
              <w:rPr>
                <w:rFonts w:cs="Arial"/>
                <w:sz w:val="18"/>
                <w:szCs w:val="18"/>
                <w:lang w:val="es-PE"/>
              </w:rPr>
            </w:pPr>
            <w:r w:rsidRPr="00774D49">
              <w:rPr>
                <w:rFonts w:cs="Arial"/>
                <w:sz w:val="18"/>
                <w:szCs w:val="18"/>
                <w:lang w:val="es-PE"/>
              </w:rPr>
              <w:t>Cantamos la canción del saludo del aula para integrarnos, aplaudiendo y realizando movimientos corporales rítmicos.</w:t>
            </w:r>
          </w:p>
          <w:p w14:paraId="62013424" w14:textId="77777777" w:rsidR="004246B5" w:rsidRPr="00774D49" w:rsidRDefault="004246B5" w:rsidP="004246B5">
            <w:pPr>
              <w:numPr>
                <w:ilvl w:val="0"/>
                <w:numId w:val="77"/>
              </w:numPr>
              <w:rPr>
                <w:rFonts w:cs="Arial"/>
                <w:sz w:val="18"/>
                <w:szCs w:val="18"/>
                <w:lang w:val="es-PE"/>
              </w:rPr>
            </w:pPr>
            <w:r w:rsidRPr="00774D49">
              <w:rPr>
                <w:rFonts w:cs="Arial"/>
                <w:sz w:val="18"/>
                <w:szCs w:val="18"/>
                <w:lang w:val="es-PE"/>
              </w:rPr>
              <w:t xml:space="preserve">Registramos la asistencia de manera visual y participativa, invitando a cada niño a buscar la tarjeta con su fotografía y colocarla en el panel de asistencia de “Los que vinieron hoy al </w:t>
            </w:r>
            <w:proofErr w:type="spellStart"/>
            <w:r w:rsidRPr="00774D49">
              <w:rPr>
                <w:rFonts w:cs="Arial"/>
                <w:sz w:val="18"/>
                <w:szCs w:val="18"/>
                <w:lang w:val="es-PE"/>
              </w:rPr>
              <w:t>jardin</w:t>
            </w:r>
            <w:proofErr w:type="spellEnd"/>
            <w:r w:rsidRPr="00774D49">
              <w:rPr>
                <w:rFonts w:cs="Arial"/>
                <w:sz w:val="18"/>
                <w:szCs w:val="18"/>
                <w:lang w:val="es-PE"/>
              </w:rPr>
              <w:t>”</w:t>
            </w:r>
          </w:p>
          <w:p w14:paraId="633A211E" w14:textId="77777777" w:rsidR="004246B5" w:rsidRPr="00774D49" w:rsidRDefault="004246B5" w:rsidP="004246B5">
            <w:pPr>
              <w:numPr>
                <w:ilvl w:val="0"/>
                <w:numId w:val="77"/>
              </w:numPr>
              <w:rPr>
                <w:rFonts w:cs="Arial"/>
                <w:sz w:val="18"/>
                <w:szCs w:val="18"/>
                <w:lang w:val="es-PE"/>
              </w:rPr>
            </w:pPr>
            <w:r w:rsidRPr="00774D49">
              <w:rPr>
                <w:rFonts w:cs="Arial"/>
                <w:sz w:val="18"/>
                <w:szCs w:val="18"/>
                <w:lang w:val="es-PE"/>
              </w:rPr>
              <w:t>Revisamos el calendario institucional de forma lúdica, identificando el día de la semana con apoyo de una canción corta y actualizando el cartel del clima (soleado, lluvioso o nublado) asomándonos brevemente a la ventana del aula.</w:t>
            </w:r>
          </w:p>
          <w:p w14:paraId="48156626" w14:textId="77777777" w:rsidR="004246B5" w:rsidRPr="00774D49" w:rsidRDefault="004246B5" w:rsidP="008D259F">
            <w:pPr>
              <w:rPr>
                <w:rFonts w:cs="Arial"/>
                <w:b/>
                <w:bCs/>
                <w:sz w:val="18"/>
                <w:szCs w:val="18"/>
                <w:lang w:val="es-PE"/>
              </w:rPr>
            </w:pPr>
            <w:r w:rsidRPr="00774D49">
              <w:rPr>
                <w:rFonts w:cs="Arial"/>
                <w:b/>
                <w:bCs/>
                <w:sz w:val="18"/>
                <w:szCs w:val="18"/>
                <w:lang w:val="es-PE"/>
              </w:rPr>
              <w:t>Juego Libre en los espacios (08:30 - 09:30)</w:t>
            </w:r>
          </w:p>
          <w:p w14:paraId="77FC8902" w14:textId="77777777" w:rsidR="004246B5" w:rsidRPr="00774D49" w:rsidRDefault="004246B5" w:rsidP="004246B5">
            <w:pPr>
              <w:numPr>
                <w:ilvl w:val="0"/>
                <w:numId w:val="78"/>
              </w:numPr>
              <w:rPr>
                <w:rFonts w:cs="Arial"/>
                <w:sz w:val="18"/>
                <w:szCs w:val="18"/>
                <w:lang w:val="es-PE"/>
              </w:rPr>
            </w:pPr>
            <w:r w:rsidRPr="00774D49">
              <w:rPr>
                <w:rFonts w:cs="Arial"/>
                <w:b/>
                <w:bCs/>
                <w:sz w:val="18"/>
                <w:szCs w:val="18"/>
                <w:lang w:val="es-PE"/>
              </w:rPr>
              <w:t>Planificación y Organización (Fase 1):</w:t>
            </w:r>
            <w:r w:rsidRPr="00774D49">
              <w:rPr>
                <w:rFonts w:cs="Arial"/>
                <w:sz w:val="18"/>
                <w:szCs w:val="18"/>
                <w:lang w:val="es-PE"/>
              </w:rPr>
              <w:t xml:space="preserve"> Los niños se sientan en círculo en el espacio de asamblea principal, recuerdan las normas de convivencia básicas para el juego (compartir los materiales, cuidar a los amigos y no correr) y eligen de forma autónoma a qué espacio desean ir (Construcción, Lectura o Arte).</w:t>
            </w:r>
          </w:p>
          <w:p w14:paraId="2E20FD53" w14:textId="77777777" w:rsidR="004246B5" w:rsidRPr="00774D49" w:rsidRDefault="004246B5" w:rsidP="004246B5">
            <w:pPr>
              <w:numPr>
                <w:ilvl w:val="0"/>
                <w:numId w:val="78"/>
              </w:numPr>
              <w:rPr>
                <w:rFonts w:cs="Arial"/>
                <w:sz w:val="18"/>
                <w:szCs w:val="18"/>
                <w:lang w:val="es-PE"/>
              </w:rPr>
            </w:pPr>
            <w:r w:rsidRPr="00774D49">
              <w:rPr>
                <w:rFonts w:cs="Arial"/>
                <w:sz w:val="18"/>
                <w:szCs w:val="18"/>
                <w:lang w:val="es-PE"/>
              </w:rPr>
              <w:t>Se organizan en pequeños grupos y la docente les distribuye collares o carnés identificadores con el color del sector seleccionado para regular el aforo y asegurar que cada espacio cuente con la cantidad adecuada de niños.</w:t>
            </w:r>
          </w:p>
          <w:p w14:paraId="42A32CB3" w14:textId="77777777" w:rsidR="004246B5" w:rsidRPr="00774D49" w:rsidRDefault="004246B5" w:rsidP="004246B5">
            <w:pPr>
              <w:numPr>
                <w:ilvl w:val="0"/>
                <w:numId w:val="78"/>
              </w:numPr>
              <w:rPr>
                <w:rFonts w:cs="Arial"/>
                <w:sz w:val="18"/>
                <w:szCs w:val="18"/>
                <w:lang w:val="es-PE"/>
              </w:rPr>
            </w:pPr>
            <w:r w:rsidRPr="00774D49">
              <w:rPr>
                <w:rFonts w:cs="Arial"/>
                <w:b/>
                <w:bCs/>
                <w:sz w:val="18"/>
                <w:szCs w:val="18"/>
                <w:lang w:val="es-PE"/>
              </w:rPr>
              <w:t>Desarrollo o Ejecución (Fase 2):</w:t>
            </w:r>
            <w:r w:rsidRPr="00774D49">
              <w:rPr>
                <w:rFonts w:cs="Arial"/>
                <w:sz w:val="18"/>
                <w:szCs w:val="18"/>
                <w:lang w:val="es-PE"/>
              </w:rPr>
              <w:t xml:space="preserve"> Los niños se desplazan a los sectores elegidos y juegan libremente con los materiales dispuestos en los estantes bajos.</w:t>
            </w:r>
          </w:p>
          <w:p w14:paraId="08F696D0" w14:textId="77777777" w:rsidR="004246B5" w:rsidRPr="00774D49" w:rsidRDefault="004246B5" w:rsidP="004246B5">
            <w:pPr>
              <w:numPr>
                <w:ilvl w:val="0"/>
                <w:numId w:val="78"/>
              </w:numPr>
              <w:rPr>
                <w:rFonts w:cs="Arial"/>
                <w:sz w:val="18"/>
                <w:szCs w:val="18"/>
                <w:lang w:val="es-PE"/>
              </w:rPr>
            </w:pPr>
            <w:r w:rsidRPr="00774D49">
              <w:rPr>
                <w:rFonts w:cs="Arial"/>
                <w:sz w:val="18"/>
                <w:szCs w:val="18"/>
                <w:lang w:val="es-PE"/>
              </w:rPr>
              <w:t xml:space="preserve">La docente realiza un acompañamiento indirecto y observa el juego sin interrumpir las iniciativas de los niños, identificando las interacciones sociales, las formas de comunicación, los conflictos espontáneos y registrando estas evidencias de manera </w:t>
            </w:r>
            <w:r w:rsidRPr="00774D49">
              <w:rPr>
                <w:rFonts w:cs="Arial"/>
                <w:sz w:val="18"/>
                <w:szCs w:val="18"/>
                <w:lang w:val="es-PE"/>
              </w:rPr>
              <w:lastRenderedPageBreak/>
              <w:t>descriptiva en su cuaderno de campo.</w:t>
            </w:r>
          </w:p>
          <w:p w14:paraId="77045D7C" w14:textId="77777777" w:rsidR="004246B5" w:rsidRPr="00774D49" w:rsidRDefault="004246B5" w:rsidP="004246B5">
            <w:pPr>
              <w:numPr>
                <w:ilvl w:val="0"/>
                <w:numId w:val="78"/>
              </w:numPr>
              <w:rPr>
                <w:rFonts w:cs="Arial"/>
                <w:sz w:val="18"/>
                <w:szCs w:val="18"/>
                <w:lang w:val="es-PE"/>
              </w:rPr>
            </w:pPr>
            <w:r w:rsidRPr="00774D49">
              <w:rPr>
                <w:rFonts w:cs="Arial"/>
                <w:b/>
                <w:bCs/>
                <w:sz w:val="18"/>
                <w:szCs w:val="18"/>
                <w:lang w:val="es-PE"/>
              </w:rPr>
              <w:t>Orden, Socialización y Representación (Fase 3):</w:t>
            </w:r>
            <w:r w:rsidRPr="00774D49">
              <w:rPr>
                <w:rFonts w:cs="Arial"/>
                <w:sz w:val="18"/>
                <w:szCs w:val="18"/>
                <w:lang w:val="es-PE"/>
              </w:rPr>
              <w:t xml:space="preserve"> Cantamos una canción de orden para anticipar el cierre del juego.</w:t>
            </w:r>
          </w:p>
          <w:p w14:paraId="7D835986" w14:textId="77777777" w:rsidR="004246B5" w:rsidRPr="00774D49" w:rsidRDefault="004246B5" w:rsidP="004246B5">
            <w:pPr>
              <w:numPr>
                <w:ilvl w:val="0"/>
                <w:numId w:val="78"/>
              </w:numPr>
              <w:rPr>
                <w:rFonts w:cs="Arial"/>
                <w:sz w:val="18"/>
                <w:szCs w:val="18"/>
                <w:lang w:val="es-PE"/>
              </w:rPr>
            </w:pPr>
            <w:r w:rsidRPr="00774D49">
              <w:rPr>
                <w:rFonts w:cs="Arial"/>
                <w:sz w:val="18"/>
                <w:szCs w:val="18"/>
                <w:lang w:val="es-PE"/>
              </w:rPr>
              <w:t>Los niños guardan de manera colaborativa los materiales en las canastas rotuladas con siluetas y dibujos, colocándolas de vuelta en los estantes correspondientes.</w:t>
            </w:r>
          </w:p>
          <w:p w14:paraId="330E7712" w14:textId="77777777" w:rsidR="004246B5" w:rsidRPr="00774D49" w:rsidRDefault="004246B5" w:rsidP="004246B5">
            <w:pPr>
              <w:numPr>
                <w:ilvl w:val="0"/>
                <w:numId w:val="78"/>
              </w:numPr>
              <w:rPr>
                <w:rFonts w:cs="Arial"/>
                <w:sz w:val="18"/>
                <w:szCs w:val="18"/>
                <w:lang w:val="es-PE"/>
              </w:rPr>
            </w:pPr>
            <w:r w:rsidRPr="00774D49">
              <w:rPr>
                <w:rFonts w:cs="Arial"/>
                <w:sz w:val="18"/>
                <w:szCs w:val="18"/>
                <w:lang w:val="es-PE"/>
              </w:rPr>
              <w:t xml:space="preserve">Nos reunimos nuevamente en la asamblea para verbalizar brevemente a qué jugaron, con </w:t>
            </w:r>
            <w:proofErr w:type="spellStart"/>
            <w:r w:rsidRPr="00774D49">
              <w:rPr>
                <w:rFonts w:cs="Arial"/>
                <w:sz w:val="18"/>
                <w:szCs w:val="18"/>
                <w:lang w:val="es-PE"/>
              </w:rPr>
              <w:t>quiénes</w:t>
            </w:r>
            <w:proofErr w:type="spellEnd"/>
            <w:r w:rsidRPr="00774D49">
              <w:rPr>
                <w:rFonts w:cs="Arial"/>
                <w:sz w:val="18"/>
                <w:szCs w:val="18"/>
                <w:lang w:val="es-PE"/>
              </w:rPr>
              <w:t xml:space="preserve"> compartieron los juguetes y cómo se sintieron durante el momento de juego libre.</w:t>
            </w:r>
          </w:p>
          <w:p w14:paraId="4CFABE16" w14:textId="77777777" w:rsidR="004246B5" w:rsidRPr="00774D49" w:rsidRDefault="004246B5" w:rsidP="008D259F">
            <w:pPr>
              <w:rPr>
                <w:rFonts w:cs="Arial"/>
                <w:b/>
                <w:bCs/>
                <w:sz w:val="18"/>
                <w:szCs w:val="18"/>
                <w:lang w:val="es-PE"/>
              </w:rPr>
            </w:pPr>
            <w:r w:rsidRPr="00774D49">
              <w:rPr>
                <w:rFonts w:cs="Arial"/>
                <w:b/>
                <w:bCs/>
                <w:sz w:val="18"/>
                <w:szCs w:val="18"/>
                <w:lang w:val="es-PE"/>
              </w:rPr>
              <w:t>Actividad Significativa / Sesión Central (09:30 - 10:30)</w:t>
            </w:r>
          </w:p>
          <w:p w14:paraId="4A5B35F2" w14:textId="77777777" w:rsidR="004246B5" w:rsidRPr="00774D49" w:rsidRDefault="004246B5" w:rsidP="004246B5">
            <w:pPr>
              <w:numPr>
                <w:ilvl w:val="0"/>
                <w:numId w:val="79"/>
              </w:numPr>
              <w:rPr>
                <w:rFonts w:cs="Arial"/>
                <w:sz w:val="18"/>
                <w:szCs w:val="18"/>
                <w:lang w:val="es-PE"/>
              </w:rPr>
            </w:pPr>
            <w:r w:rsidRPr="00774D49">
              <w:rPr>
                <w:rFonts w:cs="Arial"/>
                <w:b/>
                <w:bCs/>
                <w:sz w:val="18"/>
                <w:szCs w:val="18"/>
                <w:lang w:val="es-PE"/>
              </w:rPr>
              <w:t>Inicio (Antes):</w:t>
            </w:r>
            <w:r w:rsidRPr="00774D49">
              <w:rPr>
                <w:rFonts w:cs="Arial"/>
                <w:sz w:val="18"/>
                <w:szCs w:val="18"/>
                <w:lang w:val="es-PE"/>
              </w:rPr>
              <w:t xml:space="preserve"> La docente capta la atención de los niños en la asamblea utilizando una melodía suave de introducción y presenta dos cajas grandes de cartón reciclado en el centro del círculo, colocando de forma pausada una encima de la otra.</w:t>
            </w:r>
          </w:p>
          <w:p w14:paraId="28316A98" w14:textId="77777777" w:rsidR="004246B5" w:rsidRPr="00774D49" w:rsidRDefault="004246B5" w:rsidP="004246B5">
            <w:pPr>
              <w:numPr>
                <w:ilvl w:val="0"/>
                <w:numId w:val="79"/>
              </w:numPr>
              <w:rPr>
                <w:rFonts w:cs="Arial"/>
                <w:sz w:val="18"/>
                <w:szCs w:val="18"/>
                <w:lang w:val="es-PE"/>
              </w:rPr>
            </w:pPr>
            <w:r w:rsidRPr="00774D49">
              <w:rPr>
                <w:rFonts w:cs="Arial"/>
                <w:sz w:val="18"/>
                <w:szCs w:val="18"/>
                <w:lang w:val="es-PE"/>
              </w:rPr>
              <w:t>Al hacerlo, genera asombro, misterio e interés en los niños al ver que la estructura tambalea ligeramente.</w:t>
            </w:r>
          </w:p>
          <w:p w14:paraId="0AD30F5B" w14:textId="77777777" w:rsidR="004246B5" w:rsidRPr="00774D49" w:rsidRDefault="004246B5" w:rsidP="004246B5">
            <w:pPr>
              <w:numPr>
                <w:ilvl w:val="0"/>
                <w:numId w:val="79"/>
              </w:numPr>
              <w:rPr>
                <w:rFonts w:cs="Arial"/>
                <w:sz w:val="18"/>
                <w:szCs w:val="18"/>
                <w:lang w:val="es-PE"/>
              </w:rPr>
            </w:pPr>
            <w:r w:rsidRPr="00774D49">
              <w:rPr>
                <w:rFonts w:cs="Arial"/>
                <w:sz w:val="18"/>
                <w:szCs w:val="18"/>
                <w:lang w:val="es-PE"/>
              </w:rPr>
              <w:t xml:space="preserve">Plantea las preguntas de conflicto cognitivo e indagación: ¿Qué pasará si coloco más cajas arriba? ¿Se caerán? ¿Quién quiere ayudarme a poner otra caja aquí arriba? ¿Cómo podemos hacer para construir una torre muy alta entre todos? </w:t>
            </w:r>
          </w:p>
          <w:p w14:paraId="5E00CA22" w14:textId="77777777" w:rsidR="004246B5" w:rsidRPr="00774D49" w:rsidRDefault="004246B5" w:rsidP="004246B5">
            <w:pPr>
              <w:numPr>
                <w:ilvl w:val="0"/>
                <w:numId w:val="79"/>
              </w:numPr>
              <w:rPr>
                <w:rFonts w:cs="Arial"/>
                <w:sz w:val="18"/>
                <w:szCs w:val="18"/>
                <w:lang w:val="es-PE"/>
              </w:rPr>
            </w:pPr>
            <w:r w:rsidRPr="00774D49">
              <w:rPr>
                <w:rFonts w:cs="Arial"/>
                <w:b/>
                <w:bCs/>
                <w:sz w:val="18"/>
                <w:szCs w:val="18"/>
                <w:lang w:val="es-PE"/>
              </w:rPr>
              <w:t>Desarrollo (Durante):</w:t>
            </w:r>
            <w:r w:rsidRPr="00774D49">
              <w:rPr>
                <w:rFonts w:cs="Arial"/>
                <w:sz w:val="18"/>
                <w:szCs w:val="18"/>
                <w:lang w:val="es-PE"/>
              </w:rPr>
              <w:t xml:space="preserve"> Los niños se acercan libremente y se organizan en grupos pequeños en el espacio central de construcción del aula, el cual ha sido despejado previamente de mesas y sillas.</w:t>
            </w:r>
          </w:p>
          <w:p w14:paraId="5F575D68" w14:textId="77777777" w:rsidR="004246B5" w:rsidRPr="00774D49" w:rsidRDefault="004246B5" w:rsidP="004246B5">
            <w:pPr>
              <w:numPr>
                <w:ilvl w:val="0"/>
                <w:numId w:val="79"/>
              </w:numPr>
              <w:rPr>
                <w:rFonts w:cs="Arial"/>
                <w:sz w:val="18"/>
                <w:szCs w:val="18"/>
                <w:lang w:val="es-PE"/>
              </w:rPr>
            </w:pPr>
            <w:r w:rsidRPr="00774D49">
              <w:rPr>
                <w:rFonts w:cs="Arial"/>
                <w:sz w:val="18"/>
                <w:szCs w:val="18"/>
                <w:lang w:val="es-PE"/>
              </w:rPr>
              <w:t>Exploran con todos sus sentidos los materiales presentados de forma masiva: manipulan cajas de cartón limpias de diversos tamaños (de zapatos, de medicinas, de alimentos, de artefactos), tocan sus superficies duras, sienten el peso de cada una y observan sus formas.</w:t>
            </w:r>
          </w:p>
          <w:p w14:paraId="35A73D91" w14:textId="77777777" w:rsidR="004246B5" w:rsidRPr="00774D49" w:rsidRDefault="004246B5" w:rsidP="004246B5">
            <w:pPr>
              <w:numPr>
                <w:ilvl w:val="0"/>
                <w:numId w:val="79"/>
              </w:numPr>
              <w:rPr>
                <w:rFonts w:cs="Arial"/>
                <w:sz w:val="18"/>
                <w:szCs w:val="18"/>
                <w:lang w:val="es-PE"/>
              </w:rPr>
            </w:pPr>
            <w:r w:rsidRPr="00774D49">
              <w:rPr>
                <w:rFonts w:cs="Arial"/>
                <w:sz w:val="18"/>
                <w:szCs w:val="18"/>
                <w:lang w:val="es-PE"/>
              </w:rPr>
              <w:t>Juegan a apilarlas libremente hacia arriba de forma vertical, prueban el equilibrio físico de las estructuras buscando qué cajas sirven de base, experimentan la caída y el sonido del cartón al derribarse las estructuras, y vuelven a empezar la construcción de forma entusiasta colaborando en parejas para sostener las piezas.</w:t>
            </w:r>
          </w:p>
          <w:p w14:paraId="6BF1B4E5" w14:textId="77777777" w:rsidR="004246B5" w:rsidRPr="00774D49" w:rsidRDefault="004246B5" w:rsidP="004246B5">
            <w:pPr>
              <w:numPr>
                <w:ilvl w:val="0"/>
                <w:numId w:val="79"/>
              </w:numPr>
              <w:rPr>
                <w:rFonts w:cs="Arial"/>
                <w:sz w:val="18"/>
                <w:szCs w:val="18"/>
                <w:lang w:val="es-PE"/>
              </w:rPr>
            </w:pPr>
            <w:r w:rsidRPr="00774D49">
              <w:rPr>
                <w:rFonts w:cs="Arial"/>
                <w:sz w:val="18"/>
                <w:szCs w:val="18"/>
                <w:lang w:val="es-PE"/>
              </w:rPr>
              <w:t>La docente acompaña de forma activa la exploración, respetando el ritmo de los niños, interviniendo para mediar el lenguaje mediante la técnica de expansión de frases (</w:t>
            </w:r>
            <w:proofErr w:type="spellStart"/>
            <w:r w:rsidRPr="00774D49">
              <w:rPr>
                <w:rFonts w:cs="Arial"/>
                <w:sz w:val="18"/>
                <w:szCs w:val="18"/>
                <w:lang w:val="es-PE"/>
              </w:rPr>
              <w:t>Ej</w:t>
            </w:r>
            <w:proofErr w:type="spellEnd"/>
            <w:r w:rsidRPr="00774D49">
              <w:rPr>
                <w:rFonts w:cs="Arial"/>
                <w:sz w:val="18"/>
                <w:szCs w:val="18"/>
                <w:lang w:val="es-PE"/>
              </w:rPr>
              <w:t>: Si el niño señala con emoción y dice “caja”, la docente responde con afecto: “Sí, es una caja grande, pesada y de cartón, la estás poniendo abajo para que tu torre gigante no se caiga”</w:t>
            </w:r>
            <w:proofErr w:type="gramStart"/>
            <w:r w:rsidRPr="00774D49">
              <w:rPr>
                <w:rFonts w:cs="Arial"/>
                <w:sz w:val="18"/>
                <w:szCs w:val="18"/>
                <w:lang w:val="es-PE"/>
              </w:rPr>
              <w:t>) .</w:t>
            </w:r>
            <w:proofErr w:type="gramEnd"/>
          </w:p>
          <w:p w14:paraId="32B5B180" w14:textId="77777777" w:rsidR="004246B5" w:rsidRPr="00774D49" w:rsidRDefault="004246B5" w:rsidP="004246B5">
            <w:pPr>
              <w:numPr>
                <w:ilvl w:val="0"/>
                <w:numId w:val="79"/>
              </w:numPr>
              <w:rPr>
                <w:rFonts w:cs="Arial"/>
                <w:sz w:val="18"/>
                <w:szCs w:val="18"/>
                <w:lang w:val="es-PE"/>
              </w:rPr>
            </w:pPr>
            <w:r w:rsidRPr="00774D49">
              <w:rPr>
                <w:rFonts w:cs="Arial"/>
                <w:b/>
                <w:bCs/>
                <w:sz w:val="18"/>
                <w:szCs w:val="18"/>
                <w:lang w:val="es-PE"/>
              </w:rPr>
              <w:t>Cierre (Después):</w:t>
            </w:r>
            <w:r w:rsidRPr="00774D49">
              <w:rPr>
                <w:rFonts w:cs="Arial"/>
                <w:sz w:val="18"/>
                <w:szCs w:val="18"/>
                <w:lang w:val="es-PE"/>
              </w:rPr>
              <w:t xml:space="preserve"> Regresamos a la asamblea breve sentándonos en círculo alrededor de las construcciones logradas.</w:t>
            </w:r>
          </w:p>
          <w:p w14:paraId="7F673C29" w14:textId="77777777" w:rsidR="004246B5" w:rsidRPr="00774D49" w:rsidRDefault="004246B5" w:rsidP="004246B5">
            <w:pPr>
              <w:numPr>
                <w:ilvl w:val="0"/>
                <w:numId w:val="79"/>
              </w:numPr>
              <w:rPr>
                <w:rFonts w:cs="Arial"/>
                <w:sz w:val="18"/>
                <w:szCs w:val="18"/>
                <w:lang w:val="es-PE"/>
              </w:rPr>
            </w:pPr>
            <w:r w:rsidRPr="00774D49">
              <w:rPr>
                <w:rFonts w:cs="Arial"/>
                <w:sz w:val="18"/>
                <w:szCs w:val="18"/>
                <w:lang w:val="es-PE"/>
              </w:rPr>
              <w:t xml:space="preserve">Dialogamos de forma reflexiva mediante preguntas sencillas de metacognición: ¿Cómo hicieron para que su torre no se cayera al piso? ¿Qué cajas les sirvieron para colocar en la parte de abajo? ¿Qué pasó cuando la torre se </w:t>
            </w:r>
            <w:r w:rsidRPr="00774D49">
              <w:rPr>
                <w:rFonts w:cs="Arial"/>
                <w:sz w:val="18"/>
                <w:szCs w:val="18"/>
                <w:lang w:val="es-PE"/>
              </w:rPr>
              <w:lastRenderedPageBreak/>
              <w:t>hizo muy alta?</w:t>
            </w:r>
          </w:p>
          <w:p w14:paraId="367BE7BB" w14:textId="77777777" w:rsidR="004246B5" w:rsidRPr="00774D49" w:rsidRDefault="004246B5" w:rsidP="004246B5">
            <w:pPr>
              <w:numPr>
                <w:ilvl w:val="0"/>
                <w:numId w:val="79"/>
              </w:numPr>
              <w:rPr>
                <w:rFonts w:cs="Arial"/>
                <w:sz w:val="18"/>
                <w:szCs w:val="18"/>
                <w:lang w:val="es-PE"/>
              </w:rPr>
            </w:pPr>
            <w:r w:rsidRPr="00774D49">
              <w:rPr>
                <w:rFonts w:cs="Arial"/>
                <w:sz w:val="18"/>
                <w:szCs w:val="18"/>
                <w:lang w:val="es-PE"/>
              </w:rPr>
              <w:t>Nos organizamos en grupos para trasladar y guardar las cajas utilizadas en el sector correspondiente, dejando el aula limpia.</w:t>
            </w:r>
          </w:p>
          <w:p w14:paraId="4A75CE12" w14:textId="77777777" w:rsidR="004246B5" w:rsidRPr="00774D49" w:rsidRDefault="004246B5" w:rsidP="008D259F">
            <w:pPr>
              <w:rPr>
                <w:rFonts w:cs="Arial"/>
                <w:b/>
                <w:bCs/>
                <w:sz w:val="18"/>
                <w:szCs w:val="18"/>
                <w:lang w:val="es-PE"/>
              </w:rPr>
            </w:pPr>
            <w:r w:rsidRPr="00774D49">
              <w:rPr>
                <w:rFonts w:cs="Arial"/>
                <w:b/>
                <w:bCs/>
                <w:sz w:val="18"/>
                <w:szCs w:val="18"/>
                <w:lang w:val="es-PE"/>
              </w:rPr>
              <w:t>Aseo, Refrigerio y Recreo (10:30 - 11:30)</w:t>
            </w:r>
          </w:p>
          <w:p w14:paraId="246F59EA" w14:textId="77777777" w:rsidR="004246B5" w:rsidRPr="00774D49" w:rsidRDefault="004246B5" w:rsidP="004246B5">
            <w:pPr>
              <w:numPr>
                <w:ilvl w:val="0"/>
                <w:numId w:val="80"/>
              </w:numPr>
              <w:rPr>
                <w:rFonts w:cs="Arial"/>
                <w:sz w:val="18"/>
                <w:szCs w:val="18"/>
                <w:lang w:val="es-PE"/>
              </w:rPr>
            </w:pPr>
            <w:r w:rsidRPr="00774D49">
              <w:rPr>
                <w:rFonts w:cs="Arial"/>
                <w:b/>
                <w:bCs/>
                <w:sz w:val="18"/>
                <w:szCs w:val="18"/>
                <w:lang w:val="es-PE"/>
              </w:rPr>
              <w:t>Higiene:</w:t>
            </w:r>
            <w:r w:rsidRPr="00774D49">
              <w:rPr>
                <w:rFonts w:cs="Arial"/>
                <w:sz w:val="18"/>
                <w:szCs w:val="18"/>
                <w:lang w:val="es-PE"/>
              </w:rPr>
              <w:t xml:space="preserve"> Traslado ordenado al espacio de los lavaderos en grupos pequeños. Lavado de manos guiado paso a paso por la docente, utilizando jabón líquido y modelando el frotado correcto de palmas y dedos tras la manipulación de las cajas de cartón.</w:t>
            </w:r>
          </w:p>
          <w:p w14:paraId="5ED92386" w14:textId="77777777" w:rsidR="004246B5" w:rsidRPr="00774D49" w:rsidRDefault="004246B5" w:rsidP="004246B5">
            <w:pPr>
              <w:numPr>
                <w:ilvl w:val="0"/>
                <w:numId w:val="80"/>
              </w:numPr>
              <w:rPr>
                <w:rFonts w:cs="Arial"/>
                <w:sz w:val="18"/>
                <w:szCs w:val="18"/>
                <w:lang w:val="es-PE"/>
              </w:rPr>
            </w:pPr>
            <w:r w:rsidRPr="00774D49">
              <w:rPr>
                <w:rFonts w:cs="Arial"/>
                <w:sz w:val="18"/>
                <w:szCs w:val="18"/>
                <w:lang w:val="es-PE"/>
              </w:rPr>
              <w:t>Se fomenta el uso responsable del agua al cerrar el caño mientras se enjabonan y se apoya de forma visual con carteles explicativos pegados a la altura de su vista, finalizando con el secado autónomo usando papel toalla.</w:t>
            </w:r>
          </w:p>
          <w:p w14:paraId="4B34AA64" w14:textId="77777777" w:rsidR="004246B5" w:rsidRPr="00774D49" w:rsidRDefault="004246B5" w:rsidP="004246B5">
            <w:pPr>
              <w:numPr>
                <w:ilvl w:val="0"/>
                <w:numId w:val="80"/>
              </w:numPr>
              <w:rPr>
                <w:rFonts w:cs="Arial"/>
                <w:sz w:val="18"/>
                <w:szCs w:val="18"/>
                <w:lang w:val="es-PE"/>
              </w:rPr>
            </w:pPr>
            <w:r w:rsidRPr="00774D49">
              <w:rPr>
                <w:rFonts w:cs="Arial"/>
                <w:b/>
                <w:bCs/>
                <w:sz w:val="18"/>
                <w:szCs w:val="18"/>
                <w:lang w:val="es-PE"/>
              </w:rPr>
              <w:t>Alimentación:</w:t>
            </w:r>
            <w:r w:rsidRPr="00774D49">
              <w:rPr>
                <w:rFonts w:cs="Arial"/>
                <w:sz w:val="18"/>
                <w:szCs w:val="18"/>
                <w:lang w:val="es-PE"/>
              </w:rPr>
              <w:t xml:space="preserve"> Consumo de la lonchera dentro del aula en un clima de calma, respeto y buena convivencia.</w:t>
            </w:r>
          </w:p>
          <w:p w14:paraId="3E798895" w14:textId="77777777" w:rsidR="004246B5" w:rsidRPr="00774D49" w:rsidRDefault="004246B5" w:rsidP="004246B5">
            <w:pPr>
              <w:numPr>
                <w:ilvl w:val="0"/>
                <w:numId w:val="80"/>
              </w:numPr>
              <w:rPr>
                <w:rFonts w:cs="Arial"/>
                <w:sz w:val="18"/>
                <w:szCs w:val="18"/>
                <w:lang w:val="es-PE"/>
              </w:rPr>
            </w:pPr>
            <w:r w:rsidRPr="00774D49">
              <w:rPr>
                <w:rFonts w:cs="Arial"/>
                <w:sz w:val="18"/>
                <w:szCs w:val="18"/>
                <w:lang w:val="es-PE"/>
              </w:rPr>
              <w:t>Se promueve la autonomía individual incentivando a los niños a sacar sus individuales, abrir los cierres de sus mochilas, destapar sus envases plásticos por sí mismos y limpiar con un paño su espacio de la mesa al terminar de comer.</w:t>
            </w:r>
          </w:p>
          <w:p w14:paraId="57799631" w14:textId="77777777" w:rsidR="004246B5" w:rsidRPr="00774D49" w:rsidRDefault="004246B5" w:rsidP="004246B5">
            <w:pPr>
              <w:numPr>
                <w:ilvl w:val="0"/>
                <w:numId w:val="80"/>
              </w:numPr>
              <w:rPr>
                <w:rFonts w:cs="Arial"/>
                <w:sz w:val="18"/>
                <w:szCs w:val="18"/>
                <w:lang w:val="es-PE"/>
              </w:rPr>
            </w:pPr>
            <w:r w:rsidRPr="00774D49">
              <w:rPr>
                <w:rFonts w:cs="Arial"/>
                <w:b/>
                <w:bCs/>
                <w:sz w:val="18"/>
                <w:szCs w:val="18"/>
                <w:lang w:val="es-PE"/>
              </w:rPr>
              <w:t>Recreo:</w:t>
            </w:r>
            <w:r w:rsidRPr="00774D49">
              <w:rPr>
                <w:rFonts w:cs="Arial"/>
                <w:sz w:val="18"/>
                <w:szCs w:val="18"/>
                <w:lang w:val="es-PE"/>
              </w:rPr>
              <w:t xml:space="preserve"> Espacio de juego libre, socialización y esparcimiento motriz en el patio exterior de la institución educativa.</w:t>
            </w:r>
          </w:p>
          <w:p w14:paraId="6E83BC60" w14:textId="77777777" w:rsidR="004246B5" w:rsidRPr="00774D49" w:rsidRDefault="004246B5" w:rsidP="004246B5">
            <w:pPr>
              <w:numPr>
                <w:ilvl w:val="0"/>
                <w:numId w:val="80"/>
              </w:numPr>
              <w:rPr>
                <w:rFonts w:cs="Arial"/>
                <w:sz w:val="18"/>
                <w:szCs w:val="18"/>
                <w:lang w:val="es-PE"/>
              </w:rPr>
            </w:pPr>
            <w:r w:rsidRPr="00774D49">
              <w:rPr>
                <w:rFonts w:cs="Arial"/>
                <w:sz w:val="18"/>
                <w:szCs w:val="18"/>
                <w:lang w:val="es-PE"/>
              </w:rPr>
              <w:t>Se realiza bajo la supervisión constante, activa y el cuidado protector de la docente para garantizar la seguridad física y prevenir accidentes entre los niños.</w:t>
            </w:r>
          </w:p>
          <w:p w14:paraId="4EDEA244" w14:textId="77777777" w:rsidR="004246B5" w:rsidRPr="00774D49" w:rsidRDefault="004246B5" w:rsidP="008D259F">
            <w:pPr>
              <w:rPr>
                <w:rFonts w:cs="Arial"/>
                <w:b/>
                <w:bCs/>
                <w:sz w:val="18"/>
                <w:szCs w:val="18"/>
                <w:lang w:val="es-PE"/>
              </w:rPr>
            </w:pPr>
            <w:r w:rsidRPr="00774D49">
              <w:rPr>
                <w:rFonts w:cs="Arial"/>
                <w:b/>
                <w:bCs/>
                <w:sz w:val="18"/>
                <w:szCs w:val="18"/>
                <w:lang w:val="es-PE"/>
              </w:rPr>
              <w:t>Actividad Psicomotriz Corta (11:30 - 12:00)</w:t>
            </w:r>
          </w:p>
          <w:p w14:paraId="4E03DA0D" w14:textId="77777777" w:rsidR="004246B5" w:rsidRPr="00774D49" w:rsidRDefault="004246B5" w:rsidP="004246B5">
            <w:pPr>
              <w:numPr>
                <w:ilvl w:val="0"/>
                <w:numId w:val="81"/>
              </w:numPr>
              <w:rPr>
                <w:rFonts w:cs="Arial"/>
                <w:sz w:val="18"/>
                <w:szCs w:val="18"/>
                <w:lang w:val="es-PE"/>
              </w:rPr>
            </w:pPr>
            <w:r w:rsidRPr="00774D49">
              <w:rPr>
                <w:rFonts w:cs="Arial"/>
                <w:b/>
                <w:bCs/>
                <w:sz w:val="18"/>
                <w:szCs w:val="18"/>
                <w:lang w:val="es-PE"/>
              </w:rPr>
              <w:t>Desarrollo Motriz:</w:t>
            </w:r>
            <w:r w:rsidRPr="00774D49">
              <w:rPr>
                <w:rFonts w:cs="Arial"/>
                <w:sz w:val="18"/>
                <w:szCs w:val="18"/>
                <w:lang w:val="es-PE"/>
              </w:rPr>
              <w:t xml:space="preserve"> Acondicionamos una estructura simulando una “muralla” alta utilizando cajas de cartón suaves y ligeras apiladas en un extremo del aula.</w:t>
            </w:r>
          </w:p>
          <w:p w14:paraId="04D10C47" w14:textId="77777777" w:rsidR="004246B5" w:rsidRPr="00774D49" w:rsidRDefault="004246B5" w:rsidP="004246B5">
            <w:pPr>
              <w:numPr>
                <w:ilvl w:val="0"/>
                <w:numId w:val="81"/>
              </w:numPr>
              <w:rPr>
                <w:rFonts w:cs="Arial"/>
                <w:sz w:val="18"/>
                <w:szCs w:val="18"/>
                <w:lang w:val="es-PE"/>
              </w:rPr>
            </w:pPr>
            <w:r w:rsidRPr="00774D49">
              <w:rPr>
                <w:rFonts w:cs="Arial"/>
                <w:sz w:val="18"/>
                <w:szCs w:val="18"/>
                <w:lang w:val="es-PE"/>
              </w:rPr>
              <w:t>Los niños se ubican detrás de una línea marcada con cinta en el piso a una distancia segura y, de uno en uno, lanzan pelotas de tela blandas y livianas con la intención de derribar las cajas.</w:t>
            </w:r>
          </w:p>
          <w:p w14:paraId="62D0B451" w14:textId="77777777" w:rsidR="004246B5" w:rsidRPr="00774D49" w:rsidRDefault="004246B5" w:rsidP="004246B5">
            <w:pPr>
              <w:numPr>
                <w:ilvl w:val="0"/>
                <w:numId w:val="81"/>
              </w:numPr>
              <w:rPr>
                <w:rFonts w:cs="Arial"/>
                <w:sz w:val="18"/>
                <w:szCs w:val="18"/>
                <w:lang w:val="es-PE"/>
              </w:rPr>
            </w:pPr>
            <w:r w:rsidRPr="00774D49">
              <w:rPr>
                <w:rFonts w:cs="Arial"/>
                <w:sz w:val="18"/>
                <w:szCs w:val="18"/>
                <w:lang w:val="es-PE"/>
              </w:rPr>
              <w:t>Experimentan de manera lúdica el control de su propio cuerpo, regulando la fuerza de sus brazos, coordinando la puntería óculo-manual y celebrando colectivamente los logros motores de sus compañeros.</w:t>
            </w:r>
          </w:p>
          <w:p w14:paraId="7BA26DED" w14:textId="77777777" w:rsidR="004246B5" w:rsidRPr="00774D49" w:rsidRDefault="004246B5" w:rsidP="008D259F">
            <w:pPr>
              <w:rPr>
                <w:rFonts w:cs="Arial"/>
                <w:b/>
                <w:bCs/>
                <w:sz w:val="18"/>
                <w:szCs w:val="18"/>
                <w:lang w:val="es-PE"/>
              </w:rPr>
            </w:pPr>
            <w:r w:rsidRPr="00774D49">
              <w:rPr>
                <w:rFonts w:cs="Arial"/>
                <w:b/>
                <w:bCs/>
                <w:sz w:val="18"/>
                <w:szCs w:val="18"/>
                <w:lang w:val="es-PE"/>
              </w:rPr>
              <w:t>El Taller de Expresión Artística (12:00 - 12:30)</w:t>
            </w:r>
          </w:p>
          <w:p w14:paraId="21600985" w14:textId="77777777" w:rsidR="004246B5" w:rsidRPr="00774D49" w:rsidRDefault="004246B5" w:rsidP="004246B5">
            <w:pPr>
              <w:numPr>
                <w:ilvl w:val="0"/>
                <w:numId w:val="82"/>
              </w:numPr>
              <w:rPr>
                <w:rFonts w:cs="Arial"/>
                <w:sz w:val="18"/>
                <w:szCs w:val="18"/>
                <w:lang w:val="es-PE"/>
              </w:rPr>
            </w:pPr>
            <w:r w:rsidRPr="00774D49">
              <w:rPr>
                <w:rFonts w:cs="Arial"/>
                <w:b/>
                <w:bCs/>
                <w:sz w:val="18"/>
                <w:szCs w:val="18"/>
                <w:lang w:val="es-PE"/>
              </w:rPr>
              <w:t>Taller Gráfico-Plástico:</w:t>
            </w:r>
            <w:r w:rsidRPr="00774D49">
              <w:rPr>
                <w:rFonts w:cs="Arial"/>
                <w:sz w:val="18"/>
                <w:szCs w:val="18"/>
                <w:lang w:val="es-PE"/>
              </w:rPr>
              <w:t xml:space="preserve"> Colocamos canastas con trozos y tiras de papel periódico, revistas en desuso y papeles de colores en las mesas de trabajo.</w:t>
            </w:r>
          </w:p>
          <w:p w14:paraId="7C5A06DC" w14:textId="77777777" w:rsidR="004246B5" w:rsidRPr="00774D49" w:rsidRDefault="004246B5" w:rsidP="004246B5">
            <w:pPr>
              <w:numPr>
                <w:ilvl w:val="0"/>
                <w:numId w:val="82"/>
              </w:numPr>
              <w:rPr>
                <w:rFonts w:cs="Arial"/>
                <w:sz w:val="18"/>
                <w:szCs w:val="18"/>
                <w:lang w:val="es-PE"/>
              </w:rPr>
            </w:pPr>
            <w:r w:rsidRPr="00774D49">
              <w:rPr>
                <w:rFonts w:cs="Arial"/>
                <w:sz w:val="18"/>
                <w:szCs w:val="18"/>
                <w:lang w:val="es-PE"/>
              </w:rPr>
              <w:t>Ofrecemos platos llanos con un poco de goma escolar líquida y presentamos una gran caja de cartón comunitaria ubicada en el centro del espacio.</w:t>
            </w:r>
          </w:p>
          <w:p w14:paraId="24C61412" w14:textId="77777777" w:rsidR="004246B5" w:rsidRPr="00774D49" w:rsidRDefault="004246B5" w:rsidP="004246B5">
            <w:pPr>
              <w:numPr>
                <w:ilvl w:val="0"/>
                <w:numId w:val="82"/>
              </w:numPr>
              <w:rPr>
                <w:rFonts w:cs="Arial"/>
                <w:sz w:val="18"/>
                <w:szCs w:val="18"/>
                <w:lang w:val="es-PE"/>
              </w:rPr>
            </w:pPr>
            <w:r w:rsidRPr="00774D49">
              <w:rPr>
                <w:rFonts w:cs="Arial"/>
                <w:sz w:val="18"/>
                <w:szCs w:val="18"/>
                <w:lang w:val="es-PE"/>
              </w:rPr>
              <w:t>Los niños realizan la técnica del rasgado de papel de forma libre utilizando sus dedos (pinza digital: pulgar e índice) para cortar los trozos y luego los pegan de manera autónoma sobre la superficie de la caja grande para decorarla.</w:t>
            </w:r>
          </w:p>
          <w:p w14:paraId="5DFCAA9D" w14:textId="77777777" w:rsidR="004246B5" w:rsidRPr="00774D49" w:rsidRDefault="004246B5" w:rsidP="004246B5">
            <w:pPr>
              <w:numPr>
                <w:ilvl w:val="0"/>
                <w:numId w:val="82"/>
              </w:numPr>
              <w:rPr>
                <w:rFonts w:cs="Arial"/>
                <w:sz w:val="18"/>
                <w:szCs w:val="18"/>
                <w:lang w:val="es-PE"/>
              </w:rPr>
            </w:pPr>
            <w:r w:rsidRPr="00774D49">
              <w:rPr>
                <w:rFonts w:cs="Arial"/>
                <w:sz w:val="18"/>
                <w:szCs w:val="18"/>
                <w:lang w:val="es-PE"/>
              </w:rPr>
              <w:t xml:space="preserve">La docente acompaña el proceso priorizando la </w:t>
            </w:r>
            <w:r w:rsidRPr="00774D49">
              <w:rPr>
                <w:rFonts w:cs="Arial"/>
                <w:sz w:val="18"/>
                <w:szCs w:val="18"/>
                <w:lang w:val="es-PE"/>
              </w:rPr>
              <w:lastRenderedPageBreak/>
              <w:t>libertad creativa, la manipulación del material y la expresión artística de cada niño, evitando imponer un modelo idéntico o buscar un producto perfecto de acabado adulto.</w:t>
            </w:r>
          </w:p>
          <w:p w14:paraId="412A2C17" w14:textId="77777777" w:rsidR="004246B5" w:rsidRPr="00774D49" w:rsidRDefault="004246B5" w:rsidP="008D259F">
            <w:pPr>
              <w:rPr>
                <w:rFonts w:cs="Arial"/>
                <w:b/>
                <w:bCs/>
                <w:sz w:val="18"/>
                <w:szCs w:val="18"/>
                <w:lang w:val="es-PE"/>
              </w:rPr>
            </w:pPr>
            <w:r w:rsidRPr="00774D49">
              <w:rPr>
                <w:rFonts w:cs="Arial"/>
                <w:b/>
                <w:bCs/>
                <w:sz w:val="18"/>
                <w:szCs w:val="18"/>
                <w:lang w:val="es-PE"/>
              </w:rPr>
              <w:t>Rutinas de Salida (12:30)</w:t>
            </w:r>
          </w:p>
          <w:p w14:paraId="09EA4D25" w14:textId="77777777" w:rsidR="004246B5" w:rsidRPr="00774D49" w:rsidRDefault="004246B5" w:rsidP="004246B5">
            <w:pPr>
              <w:numPr>
                <w:ilvl w:val="0"/>
                <w:numId w:val="83"/>
              </w:numPr>
              <w:rPr>
                <w:rFonts w:cs="Arial"/>
                <w:sz w:val="18"/>
                <w:szCs w:val="18"/>
                <w:lang w:val="es-PE"/>
              </w:rPr>
            </w:pPr>
            <w:r w:rsidRPr="00774D49">
              <w:rPr>
                <w:rFonts w:cs="Arial"/>
                <w:b/>
                <w:bCs/>
                <w:sz w:val="18"/>
                <w:szCs w:val="18"/>
                <w:lang w:val="es-PE"/>
              </w:rPr>
              <w:t>Cierre:</w:t>
            </w:r>
            <w:r w:rsidRPr="00774D49">
              <w:rPr>
                <w:rFonts w:cs="Arial"/>
                <w:sz w:val="18"/>
                <w:szCs w:val="18"/>
                <w:lang w:val="es-PE"/>
              </w:rPr>
              <w:t xml:space="preserve"> Breve recuento final en asamblea sobre lo que más les causó alegría durante el día en el aula de clases.</w:t>
            </w:r>
          </w:p>
          <w:p w14:paraId="7C9E2F4C" w14:textId="77777777" w:rsidR="004246B5" w:rsidRPr="00774D49" w:rsidRDefault="004246B5" w:rsidP="004246B5">
            <w:pPr>
              <w:numPr>
                <w:ilvl w:val="0"/>
                <w:numId w:val="83"/>
              </w:numPr>
              <w:rPr>
                <w:rFonts w:cs="Arial"/>
                <w:sz w:val="18"/>
                <w:szCs w:val="18"/>
                <w:lang w:val="es-PE"/>
              </w:rPr>
            </w:pPr>
            <w:r w:rsidRPr="00774D49">
              <w:rPr>
                <w:rFonts w:cs="Arial"/>
                <w:sz w:val="18"/>
                <w:szCs w:val="18"/>
                <w:lang w:val="es-PE"/>
              </w:rPr>
              <w:t>Se acompaña y orienta a los niños en el orden de sus mochilas, colocación autónoma de abrigos y recojo de sus pertenencias personales de forma independiente.</w:t>
            </w:r>
          </w:p>
          <w:p w14:paraId="5B8972EA" w14:textId="77777777" w:rsidR="004246B5" w:rsidRPr="00774D49" w:rsidRDefault="004246B5" w:rsidP="004246B5">
            <w:pPr>
              <w:numPr>
                <w:ilvl w:val="0"/>
                <w:numId w:val="83"/>
              </w:numPr>
              <w:rPr>
                <w:rFonts w:cs="Arial"/>
                <w:sz w:val="18"/>
                <w:szCs w:val="18"/>
                <w:lang w:val="es-PE"/>
              </w:rPr>
            </w:pPr>
            <w:r w:rsidRPr="00774D49">
              <w:rPr>
                <w:rFonts w:cs="Arial"/>
                <w:sz w:val="18"/>
                <w:szCs w:val="18"/>
                <w:lang w:val="es-PE"/>
              </w:rPr>
              <w:t>Despedida afectuosa y personalizada a cada estudiante en la puerta del aula, entregándolo formalmente a su padre, madre o adulto responsable autorizado.</w:t>
            </w:r>
          </w:p>
          <w:p w14:paraId="430A6209" w14:textId="77777777" w:rsidR="004246B5" w:rsidRPr="00774D49" w:rsidRDefault="004246B5" w:rsidP="007C4A5F">
            <w:pPr>
              <w:rPr>
                <w:rFonts w:cs="Arial"/>
                <w:sz w:val="18"/>
                <w:szCs w:val="18"/>
                <w:lang w:val="es-PE"/>
              </w:rPr>
            </w:pPr>
          </w:p>
        </w:tc>
        <w:tc>
          <w:tcPr>
            <w:tcW w:w="1740" w:type="dxa"/>
            <w:vAlign w:val="center"/>
          </w:tcPr>
          <w:p w14:paraId="005FC3BF" w14:textId="77777777" w:rsidR="004246B5" w:rsidRPr="00774D49" w:rsidRDefault="004246B5" w:rsidP="00276163">
            <w:pPr>
              <w:rPr>
                <w:rFonts w:cs="Arial"/>
                <w:sz w:val="18"/>
                <w:szCs w:val="18"/>
                <w:lang w:val="es-PE"/>
              </w:rPr>
            </w:pPr>
            <w:r w:rsidRPr="00774D49">
              <w:rPr>
                <w:rFonts w:cs="Arial"/>
                <w:sz w:val="18"/>
                <w:szCs w:val="18"/>
                <w:lang w:val="es-PE"/>
              </w:rPr>
              <w:lastRenderedPageBreak/>
              <w:t>Cajas de cartón recicladas de diversos tamaños</w:t>
            </w:r>
          </w:p>
          <w:p w14:paraId="74E52D02" w14:textId="77777777" w:rsidR="004246B5" w:rsidRPr="00774D49" w:rsidRDefault="004246B5" w:rsidP="00276163">
            <w:pPr>
              <w:rPr>
                <w:rFonts w:cs="Arial"/>
                <w:sz w:val="18"/>
                <w:szCs w:val="18"/>
                <w:lang w:val="es-PE"/>
              </w:rPr>
            </w:pPr>
            <w:r w:rsidRPr="00774D49">
              <w:rPr>
                <w:rFonts w:cs="Arial"/>
                <w:sz w:val="18"/>
                <w:szCs w:val="18"/>
                <w:lang w:val="es-PE"/>
              </w:rPr>
              <w:t xml:space="preserve">Bloques lógicos de </w:t>
            </w:r>
            <w:r w:rsidRPr="00774D49">
              <w:rPr>
                <w:rFonts w:cs="Arial"/>
                <w:sz w:val="18"/>
                <w:szCs w:val="18"/>
                <w:lang w:val="es-PE"/>
              </w:rPr>
              <w:lastRenderedPageBreak/>
              <w:t>madera pequeños de formas geométricas.</w:t>
            </w:r>
          </w:p>
          <w:p w14:paraId="16FC8F88" w14:textId="77777777" w:rsidR="004246B5" w:rsidRPr="00774D49" w:rsidRDefault="004246B5" w:rsidP="00276163">
            <w:pPr>
              <w:rPr>
                <w:rFonts w:cs="Arial"/>
                <w:sz w:val="18"/>
                <w:szCs w:val="18"/>
                <w:lang w:val="es-PE"/>
              </w:rPr>
            </w:pPr>
          </w:p>
          <w:p w14:paraId="721B022F" w14:textId="77777777" w:rsidR="004246B5" w:rsidRPr="00774D49" w:rsidRDefault="004246B5" w:rsidP="00276163">
            <w:pPr>
              <w:rPr>
                <w:rFonts w:cs="Arial"/>
                <w:sz w:val="18"/>
                <w:szCs w:val="18"/>
                <w:lang w:val="es-PE"/>
              </w:rPr>
            </w:pPr>
            <w:r w:rsidRPr="00774D49">
              <w:rPr>
                <w:rFonts w:cs="Arial"/>
                <w:sz w:val="18"/>
                <w:szCs w:val="18"/>
                <w:lang w:val="es-PE"/>
              </w:rPr>
              <w:t>Pelotas de tela blandas, ligeras y seguras.</w:t>
            </w:r>
          </w:p>
          <w:p w14:paraId="112FC49B" w14:textId="77777777" w:rsidR="004246B5" w:rsidRPr="00774D49" w:rsidRDefault="004246B5" w:rsidP="00276163">
            <w:pPr>
              <w:rPr>
                <w:rFonts w:cs="Arial"/>
                <w:sz w:val="18"/>
                <w:szCs w:val="18"/>
                <w:lang w:val="es-PE"/>
              </w:rPr>
            </w:pPr>
          </w:p>
          <w:p w14:paraId="709627C7" w14:textId="77777777" w:rsidR="004246B5" w:rsidRPr="00774D49" w:rsidRDefault="004246B5" w:rsidP="00276163">
            <w:pPr>
              <w:rPr>
                <w:rFonts w:cs="Arial"/>
                <w:sz w:val="18"/>
                <w:szCs w:val="18"/>
                <w:lang w:val="es-PE"/>
              </w:rPr>
            </w:pPr>
            <w:r w:rsidRPr="00774D49">
              <w:rPr>
                <w:rFonts w:cs="Arial"/>
                <w:sz w:val="18"/>
                <w:szCs w:val="18"/>
                <w:lang w:val="es-PE"/>
              </w:rPr>
              <w:t>Papel periódico, revistas en desuso y papeles de colores variados.</w:t>
            </w:r>
          </w:p>
          <w:p w14:paraId="4B80E358" w14:textId="77777777" w:rsidR="004246B5" w:rsidRPr="00774D49" w:rsidRDefault="004246B5" w:rsidP="00276163">
            <w:pPr>
              <w:rPr>
                <w:rFonts w:cs="Arial"/>
                <w:sz w:val="18"/>
                <w:szCs w:val="18"/>
                <w:lang w:val="es-PE"/>
              </w:rPr>
            </w:pPr>
            <w:r w:rsidRPr="00774D49">
              <w:rPr>
                <w:rFonts w:cs="Arial"/>
                <w:sz w:val="18"/>
                <w:szCs w:val="18"/>
                <w:lang w:val="es-PE"/>
              </w:rPr>
              <w:t>Goma escolar líquida dispuesta en platos plásticos.</w:t>
            </w:r>
          </w:p>
          <w:p w14:paraId="2A9E9018" w14:textId="77777777" w:rsidR="004246B5" w:rsidRPr="00774D49" w:rsidRDefault="004246B5" w:rsidP="00276163">
            <w:pPr>
              <w:rPr>
                <w:rFonts w:cs="Arial"/>
                <w:sz w:val="18"/>
                <w:szCs w:val="18"/>
                <w:lang w:val="es-PE"/>
              </w:rPr>
            </w:pPr>
            <w:r w:rsidRPr="00774D49">
              <w:rPr>
                <w:rFonts w:cs="Arial"/>
                <w:sz w:val="18"/>
                <w:szCs w:val="18"/>
                <w:lang w:val="es-PE"/>
              </w:rPr>
              <w:t>Cojines individuales para la asamblea y cintas adhesivas de colores.</w:t>
            </w:r>
          </w:p>
          <w:p w14:paraId="200ABC7E" w14:textId="77777777" w:rsidR="004246B5" w:rsidRPr="00774D49" w:rsidRDefault="004246B5" w:rsidP="00276163">
            <w:pPr>
              <w:rPr>
                <w:rFonts w:cs="Arial"/>
                <w:sz w:val="18"/>
                <w:szCs w:val="18"/>
                <w:lang w:val="es-PE"/>
              </w:rPr>
            </w:pPr>
            <w:r w:rsidRPr="00774D49">
              <w:rPr>
                <w:rFonts w:cs="Arial"/>
                <w:sz w:val="18"/>
                <w:szCs w:val="18"/>
                <w:lang w:val="es-PE"/>
              </w:rPr>
              <w:t>Panel visual de asistencia con fotografías de los niños y carteles de rutinas.</w:t>
            </w:r>
          </w:p>
        </w:tc>
        <w:tc>
          <w:tcPr>
            <w:tcW w:w="1680" w:type="dxa"/>
            <w:vAlign w:val="center"/>
          </w:tcPr>
          <w:p w14:paraId="56EDE418" w14:textId="77777777" w:rsidR="004246B5" w:rsidRPr="00774D49" w:rsidRDefault="004246B5" w:rsidP="007C4A5F">
            <w:pPr>
              <w:rPr>
                <w:rFonts w:cs="Arial"/>
                <w:sz w:val="18"/>
                <w:szCs w:val="18"/>
                <w:lang w:val="es-PE"/>
              </w:rPr>
            </w:pPr>
            <w:r w:rsidRPr="00774D49">
              <w:rPr>
                <w:rFonts w:cs="Arial"/>
                <w:sz w:val="18"/>
                <w:szCs w:val="18"/>
                <w:lang w:val="es-PE"/>
              </w:rPr>
              <w:lastRenderedPageBreak/>
              <w:t xml:space="preserve">Observar cómo se coordina el movimiento de las manos y dedos del niño o niña al </w:t>
            </w:r>
            <w:r w:rsidRPr="00774D49">
              <w:rPr>
                <w:rFonts w:cs="Arial"/>
                <w:sz w:val="18"/>
                <w:szCs w:val="18"/>
                <w:lang w:val="es-PE"/>
              </w:rPr>
              <w:lastRenderedPageBreak/>
              <w:t xml:space="preserve">intentar apilar, encajar y equilibrar las cajas de cartón para levantar sus torres </w:t>
            </w:r>
          </w:p>
          <w:p w14:paraId="7F546101" w14:textId="77777777" w:rsidR="004246B5" w:rsidRPr="00774D49" w:rsidRDefault="004246B5" w:rsidP="007C4A5F">
            <w:pPr>
              <w:rPr>
                <w:rFonts w:cs="Arial"/>
                <w:sz w:val="18"/>
                <w:szCs w:val="18"/>
                <w:lang w:val="es-PE"/>
              </w:rPr>
            </w:pPr>
          </w:p>
          <w:p w14:paraId="631A5FF8" w14:textId="77777777" w:rsidR="004246B5" w:rsidRPr="00774D49" w:rsidRDefault="004246B5" w:rsidP="007C4A5F">
            <w:pPr>
              <w:rPr>
                <w:rFonts w:cs="Arial"/>
                <w:sz w:val="18"/>
                <w:szCs w:val="18"/>
                <w:lang w:val="es-PE"/>
              </w:rPr>
            </w:pPr>
            <w:r w:rsidRPr="00774D49">
              <w:rPr>
                <w:rFonts w:cs="Arial"/>
                <w:sz w:val="18"/>
                <w:szCs w:val="18"/>
                <w:lang w:val="es-PE"/>
              </w:rPr>
              <w:t>Observar cómo se relaciona, comunica y comparte el espacio de juego o los materiales con sus compañeros de aula durante la actividad de construcción colectiva</w:t>
            </w:r>
          </w:p>
        </w:tc>
      </w:tr>
      <w:tr w:rsidR="00895ADD" w:rsidRPr="00774D49" w14:paraId="6E4B6253" w14:textId="77777777" w:rsidTr="00895ADD">
        <w:trPr>
          <w:jc w:val="center"/>
        </w:trPr>
        <w:tc>
          <w:tcPr>
            <w:tcW w:w="2378" w:type="dxa"/>
            <w:gridSpan w:val="2"/>
            <w:vAlign w:val="center"/>
          </w:tcPr>
          <w:p w14:paraId="3664C055" w14:textId="7CCC3D37" w:rsidR="00895ADD" w:rsidRPr="00774D49" w:rsidRDefault="00895ADD" w:rsidP="007C4A5F">
            <w:pPr>
              <w:rPr>
                <w:rFonts w:cs="Arial"/>
                <w:sz w:val="18"/>
                <w:szCs w:val="18"/>
                <w:lang w:val="es-PE"/>
              </w:rPr>
            </w:pPr>
            <w:r w:rsidRPr="00895ADD">
              <w:rPr>
                <w:rFonts w:cs="Arial"/>
                <w:b/>
                <w:bCs/>
                <w:sz w:val="18"/>
                <w:szCs w:val="18"/>
                <w:lang w:val="es-PE"/>
              </w:rPr>
              <w:lastRenderedPageBreak/>
              <w:t>Áreas a observar:</w:t>
            </w:r>
          </w:p>
        </w:tc>
        <w:tc>
          <w:tcPr>
            <w:tcW w:w="4785" w:type="dxa"/>
            <w:vAlign w:val="center"/>
          </w:tcPr>
          <w:p w14:paraId="52335406" w14:textId="3D1742AF" w:rsidR="00895ADD" w:rsidRPr="00CA498D" w:rsidRDefault="00CA498D" w:rsidP="008D259F">
            <w:pPr>
              <w:rPr>
                <w:rFonts w:cs="Arial"/>
                <w:sz w:val="18"/>
                <w:szCs w:val="18"/>
                <w:lang w:val="es-PE"/>
              </w:rPr>
            </w:pPr>
            <w:r w:rsidRPr="00CA498D">
              <w:rPr>
                <w:rFonts w:cs="Arial"/>
                <w:sz w:val="18"/>
                <w:szCs w:val="18"/>
                <w:lang w:val="es-PE"/>
              </w:rPr>
              <w:t>Personal Social, Matemática, y Psicomotricidad.</w:t>
            </w:r>
          </w:p>
        </w:tc>
        <w:tc>
          <w:tcPr>
            <w:tcW w:w="1740" w:type="dxa"/>
            <w:vAlign w:val="center"/>
          </w:tcPr>
          <w:p w14:paraId="162B3E2D" w14:textId="77777777" w:rsidR="00895ADD" w:rsidRPr="00774D49" w:rsidRDefault="00895ADD" w:rsidP="00276163">
            <w:pPr>
              <w:rPr>
                <w:rFonts w:cs="Arial"/>
                <w:sz w:val="18"/>
                <w:szCs w:val="18"/>
                <w:lang w:val="es-PE"/>
              </w:rPr>
            </w:pPr>
          </w:p>
        </w:tc>
        <w:tc>
          <w:tcPr>
            <w:tcW w:w="1680" w:type="dxa"/>
            <w:vAlign w:val="center"/>
          </w:tcPr>
          <w:p w14:paraId="13FD0F94" w14:textId="77777777" w:rsidR="00895ADD" w:rsidRPr="00774D49" w:rsidRDefault="00895ADD" w:rsidP="007C4A5F">
            <w:pPr>
              <w:rPr>
                <w:rFonts w:cs="Arial"/>
                <w:sz w:val="18"/>
                <w:szCs w:val="18"/>
                <w:lang w:val="es-PE"/>
              </w:rPr>
            </w:pPr>
          </w:p>
        </w:tc>
      </w:tr>
      <w:tr w:rsidR="004246B5" w:rsidRPr="00774D49" w14:paraId="0F2010F1" w14:textId="77777777" w:rsidTr="00895ADD">
        <w:trPr>
          <w:jc w:val="center"/>
        </w:trPr>
        <w:tc>
          <w:tcPr>
            <w:tcW w:w="694" w:type="dxa"/>
            <w:vAlign w:val="center"/>
          </w:tcPr>
          <w:p w14:paraId="120CCBD8" w14:textId="77777777" w:rsidR="004246B5" w:rsidRPr="00774D49" w:rsidRDefault="004246B5" w:rsidP="007C4A5F">
            <w:pPr>
              <w:rPr>
                <w:rFonts w:cs="Arial"/>
                <w:sz w:val="18"/>
                <w:szCs w:val="18"/>
                <w:lang w:val="es-PE"/>
              </w:rPr>
            </w:pPr>
            <w:r w:rsidRPr="00774D49">
              <w:rPr>
                <w:rFonts w:cs="Arial"/>
                <w:sz w:val="18"/>
                <w:szCs w:val="18"/>
                <w:lang w:val="es-PE"/>
              </w:rPr>
              <w:t>Día 12</w:t>
            </w:r>
          </w:p>
        </w:tc>
        <w:tc>
          <w:tcPr>
            <w:tcW w:w="1684" w:type="dxa"/>
            <w:vAlign w:val="center"/>
          </w:tcPr>
          <w:p w14:paraId="0FF4D598" w14:textId="77777777" w:rsidR="004246B5" w:rsidRPr="00774D49" w:rsidRDefault="004246B5" w:rsidP="007C4A5F">
            <w:pPr>
              <w:rPr>
                <w:rFonts w:cs="Arial"/>
                <w:sz w:val="18"/>
                <w:szCs w:val="18"/>
                <w:lang w:val="es-PE"/>
              </w:rPr>
            </w:pPr>
            <w:r w:rsidRPr="00774D49">
              <w:rPr>
                <w:rFonts w:cs="Arial"/>
                <w:sz w:val="18"/>
                <w:szCs w:val="18"/>
                <w:lang w:val="es-PE"/>
              </w:rPr>
              <w:t>Armamos laberintos y caminos en el aula</w:t>
            </w:r>
          </w:p>
        </w:tc>
        <w:tc>
          <w:tcPr>
            <w:tcW w:w="4785" w:type="dxa"/>
            <w:vAlign w:val="center"/>
          </w:tcPr>
          <w:p w14:paraId="3EB2DD91" w14:textId="77777777" w:rsidR="004246B5" w:rsidRPr="00774D49" w:rsidRDefault="004246B5" w:rsidP="00D81E97">
            <w:pPr>
              <w:rPr>
                <w:rFonts w:cs="Arial"/>
                <w:b/>
                <w:bCs/>
                <w:sz w:val="18"/>
                <w:szCs w:val="18"/>
                <w:lang w:val="es-PE"/>
              </w:rPr>
            </w:pPr>
            <w:r w:rsidRPr="00774D49">
              <w:rPr>
                <w:rFonts w:cs="Arial"/>
                <w:b/>
                <w:bCs/>
                <w:sz w:val="18"/>
                <w:szCs w:val="18"/>
                <w:lang w:val="es-PE"/>
              </w:rPr>
              <w:t>Rutinas de Entrada (08:00 - 08:30)</w:t>
            </w:r>
          </w:p>
          <w:p w14:paraId="6EEAEA1A" w14:textId="77777777" w:rsidR="004246B5" w:rsidRPr="00774D49" w:rsidRDefault="004246B5" w:rsidP="004246B5">
            <w:pPr>
              <w:numPr>
                <w:ilvl w:val="0"/>
                <w:numId w:val="84"/>
              </w:numPr>
              <w:rPr>
                <w:rFonts w:cs="Arial"/>
                <w:sz w:val="18"/>
                <w:szCs w:val="18"/>
                <w:lang w:val="es-PE"/>
              </w:rPr>
            </w:pPr>
            <w:r w:rsidRPr="00774D49">
              <w:rPr>
                <w:rFonts w:cs="Arial"/>
                <w:b/>
                <w:bCs/>
                <w:sz w:val="18"/>
                <w:szCs w:val="18"/>
                <w:lang w:val="es-PE"/>
              </w:rPr>
              <w:t>Recepción:</w:t>
            </w:r>
            <w:r w:rsidRPr="00774D49">
              <w:rPr>
                <w:rFonts w:cs="Arial"/>
                <w:sz w:val="18"/>
                <w:szCs w:val="18"/>
                <w:lang w:val="es-PE"/>
              </w:rPr>
              <w:t xml:space="preserve"> Recibimiento personalizado y afectuoso a la altura del niño, saludándolo por su nombre con una sonrisa, agachándose para establecer contacto visual directo y transmitiéndole calma y seguridad emocional en su ingreso al aula.</w:t>
            </w:r>
          </w:p>
          <w:p w14:paraId="4523CCE6" w14:textId="77777777" w:rsidR="004246B5" w:rsidRPr="00774D49" w:rsidRDefault="004246B5" w:rsidP="004246B5">
            <w:pPr>
              <w:numPr>
                <w:ilvl w:val="0"/>
                <w:numId w:val="84"/>
              </w:numPr>
              <w:rPr>
                <w:rFonts w:cs="Arial"/>
                <w:sz w:val="18"/>
                <w:szCs w:val="18"/>
                <w:lang w:val="es-PE"/>
              </w:rPr>
            </w:pPr>
            <w:r w:rsidRPr="00774D49">
              <w:rPr>
                <w:rFonts w:cs="Arial"/>
                <w:sz w:val="18"/>
                <w:szCs w:val="18"/>
                <w:lang w:val="es-PE"/>
              </w:rPr>
              <w:t>Se realiza la verificación del estado físico y emocional de cada estudiante, entablando un breve diálogo de confianza con el padre de familia o cuidador para recoger datos relevantes del estado del niño al iniciar el día.</w:t>
            </w:r>
          </w:p>
          <w:p w14:paraId="09786B4D" w14:textId="77777777" w:rsidR="004246B5" w:rsidRPr="00774D49" w:rsidRDefault="004246B5" w:rsidP="004246B5">
            <w:pPr>
              <w:numPr>
                <w:ilvl w:val="0"/>
                <w:numId w:val="84"/>
              </w:numPr>
              <w:rPr>
                <w:rFonts w:cs="Arial"/>
                <w:sz w:val="18"/>
                <w:szCs w:val="18"/>
                <w:lang w:val="es-PE"/>
              </w:rPr>
            </w:pPr>
            <w:r w:rsidRPr="00774D49">
              <w:rPr>
                <w:rFonts w:cs="Arial"/>
                <w:sz w:val="18"/>
                <w:szCs w:val="18"/>
                <w:lang w:val="es-PE"/>
              </w:rPr>
              <w:t>Se permite el uso de un objeto de apego (como un peluche, mantita o juguete pequeño traído de casa) si el niño lo requiere para manejar la ansiedad de la separación familiar y facilitar su transición armónica al espacio escolar.</w:t>
            </w:r>
          </w:p>
          <w:p w14:paraId="6BB910FB" w14:textId="77777777" w:rsidR="004246B5" w:rsidRPr="00774D49" w:rsidRDefault="004246B5" w:rsidP="004246B5">
            <w:pPr>
              <w:numPr>
                <w:ilvl w:val="0"/>
                <w:numId w:val="84"/>
              </w:numPr>
              <w:rPr>
                <w:rFonts w:cs="Arial"/>
                <w:sz w:val="18"/>
                <w:szCs w:val="18"/>
                <w:lang w:val="es-PE"/>
              </w:rPr>
            </w:pPr>
            <w:r w:rsidRPr="00774D49">
              <w:rPr>
                <w:rFonts w:cs="Arial"/>
                <w:sz w:val="18"/>
                <w:szCs w:val="18"/>
                <w:lang w:val="es-PE"/>
              </w:rPr>
              <w:t>Se acompaña al niño a colocar su mochila, lonchera y abrigo en su respectivo casillero asignado, promoviendo el reconocimiento de su espacio personal a través de las etiquetas visuales con su fotografía.</w:t>
            </w:r>
          </w:p>
          <w:p w14:paraId="35CD6D3D" w14:textId="77777777" w:rsidR="004246B5" w:rsidRPr="00774D49" w:rsidRDefault="004246B5" w:rsidP="004246B5">
            <w:pPr>
              <w:numPr>
                <w:ilvl w:val="0"/>
                <w:numId w:val="84"/>
              </w:numPr>
              <w:rPr>
                <w:rFonts w:cs="Arial"/>
                <w:sz w:val="18"/>
                <w:szCs w:val="18"/>
                <w:lang w:val="es-PE"/>
              </w:rPr>
            </w:pPr>
            <w:r w:rsidRPr="00774D49">
              <w:rPr>
                <w:rFonts w:cs="Arial"/>
                <w:b/>
                <w:bCs/>
                <w:sz w:val="18"/>
                <w:szCs w:val="18"/>
                <w:lang w:val="es-PE"/>
              </w:rPr>
              <w:t>Cajas de Espera:</w:t>
            </w:r>
            <w:r w:rsidRPr="00774D49">
              <w:rPr>
                <w:rFonts w:cs="Arial"/>
                <w:sz w:val="18"/>
                <w:szCs w:val="18"/>
                <w:lang w:val="es-PE"/>
              </w:rPr>
              <w:t xml:space="preserve"> Colocación de botellas plásticas transparentes bien selladas con agua, colorantes y escarcha de colores (botellas sensoriales) en las mesas para capturar la atención de forma tranquila, permitiendo que los niños las agiten, observen el movimiento y logren una transición armoniosa al aula.</w:t>
            </w:r>
          </w:p>
          <w:p w14:paraId="24E480F9" w14:textId="77777777" w:rsidR="004246B5" w:rsidRPr="00774D49" w:rsidRDefault="004246B5" w:rsidP="004246B5">
            <w:pPr>
              <w:numPr>
                <w:ilvl w:val="0"/>
                <w:numId w:val="84"/>
              </w:numPr>
              <w:rPr>
                <w:rFonts w:cs="Arial"/>
                <w:sz w:val="18"/>
                <w:szCs w:val="18"/>
                <w:lang w:val="es-PE"/>
              </w:rPr>
            </w:pPr>
            <w:r w:rsidRPr="00774D49">
              <w:rPr>
                <w:rFonts w:cs="Arial"/>
                <w:b/>
                <w:bCs/>
                <w:sz w:val="18"/>
                <w:szCs w:val="18"/>
                <w:lang w:val="es-PE"/>
              </w:rPr>
              <w:t>Actividades Permanentes:</w:t>
            </w:r>
            <w:r w:rsidRPr="00774D49">
              <w:rPr>
                <w:rFonts w:cs="Arial"/>
                <w:sz w:val="18"/>
                <w:szCs w:val="18"/>
                <w:lang w:val="es-PE"/>
              </w:rPr>
              <w:t xml:space="preserve"> Asamblea breve en semicírculo sobre cojines individuales distribuidos en el piso para delimitar el espacio físico de cada estudiante.</w:t>
            </w:r>
          </w:p>
          <w:p w14:paraId="6D3492B1" w14:textId="77777777" w:rsidR="004246B5" w:rsidRPr="00774D49" w:rsidRDefault="004246B5" w:rsidP="004246B5">
            <w:pPr>
              <w:numPr>
                <w:ilvl w:val="0"/>
                <w:numId w:val="84"/>
              </w:numPr>
              <w:rPr>
                <w:rFonts w:cs="Arial"/>
                <w:sz w:val="18"/>
                <w:szCs w:val="18"/>
                <w:lang w:val="es-PE"/>
              </w:rPr>
            </w:pPr>
            <w:r w:rsidRPr="00774D49">
              <w:rPr>
                <w:rFonts w:cs="Arial"/>
                <w:sz w:val="18"/>
                <w:szCs w:val="18"/>
                <w:lang w:val="es-PE"/>
              </w:rPr>
              <w:t>Cantamos la canción del saludo del aula para integrarnos, aplaudiendo y realizando movimientos corporales rítmicos acordes a la melodía.</w:t>
            </w:r>
          </w:p>
          <w:p w14:paraId="14EC8006" w14:textId="77777777" w:rsidR="004246B5" w:rsidRPr="00774D49" w:rsidRDefault="004246B5" w:rsidP="004246B5">
            <w:pPr>
              <w:numPr>
                <w:ilvl w:val="0"/>
                <w:numId w:val="84"/>
              </w:numPr>
              <w:rPr>
                <w:rFonts w:cs="Arial"/>
                <w:sz w:val="18"/>
                <w:szCs w:val="18"/>
                <w:lang w:val="es-PE"/>
              </w:rPr>
            </w:pPr>
            <w:r w:rsidRPr="00774D49">
              <w:rPr>
                <w:rFonts w:cs="Arial"/>
                <w:sz w:val="18"/>
                <w:szCs w:val="18"/>
                <w:lang w:val="es-PE"/>
              </w:rPr>
              <w:t>Registramos la asistencia de manera visual y participativa, invitando a cada niño a buscar la tarjeta con su fotografía y colocarla en el panel de asistencia de “Los que vinieron hoy”.</w:t>
            </w:r>
          </w:p>
          <w:p w14:paraId="4FF81310" w14:textId="77777777" w:rsidR="004246B5" w:rsidRPr="00774D49" w:rsidRDefault="004246B5" w:rsidP="004246B5">
            <w:pPr>
              <w:numPr>
                <w:ilvl w:val="0"/>
                <w:numId w:val="84"/>
              </w:numPr>
              <w:rPr>
                <w:rFonts w:cs="Arial"/>
                <w:sz w:val="18"/>
                <w:szCs w:val="18"/>
                <w:lang w:val="es-PE"/>
              </w:rPr>
            </w:pPr>
            <w:r w:rsidRPr="00774D49">
              <w:rPr>
                <w:rFonts w:cs="Arial"/>
                <w:sz w:val="18"/>
                <w:szCs w:val="18"/>
                <w:lang w:val="es-PE"/>
              </w:rPr>
              <w:t xml:space="preserve">Revisamos el calendario institucional de forma lúdica, identificando el día de la semana con apoyo de una canción corta y actualizando el cartel del clima (soleado, lluvioso o nublado) </w:t>
            </w:r>
            <w:r w:rsidRPr="00774D49">
              <w:rPr>
                <w:rFonts w:cs="Arial"/>
                <w:sz w:val="18"/>
                <w:szCs w:val="18"/>
                <w:lang w:val="es-PE"/>
              </w:rPr>
              <w:lastRenderedPageBreak/>
              <w:t>asomándonos brevemente a la ventana del aula.</w:t>
            </w:r>
          </w:p>
          <w:p w14:paraId="7B001F15" w14:textId="77777777" w:rsidR="004246B5" w:rsidRPr="00774D49" w:rsidRDefault="004246B5" w:rsidP="00D81E97">
            <w:pPr>
              <w:ind w:left="360"/>
              <w:rPr>
                <w:rFonts w:cs="Arial"/>
                <w:b/>
                <w:bCs/>
                <w:sz w:val="18"/>
                <w:szCs w:val="18"/>
                <w:lang w:val="es-PE"/>
              </w:rPr>
            </w:pPr>
            <w:r w:rsidRPr="00774D49">
              <w:rPr>
                <w:rFonts w:cs="Arial"/>
                <w:b/>
                <w:bCs/>
                <w:sz w:val="18"/>
                <w:szCs w:val="18"/>
                <w:lang w:val="es-PE"/>
              </w:rPr>
              <w:t>Juego Libre en los espacios (08:30 - 09:30)</w:t>
            </w:r>
          </w:p>
          <w:p w14:paraId="4EB55367" w14:textId="77777777" w:rsidR="004246B5" w:rsidRPr="00774D49" w:rsidRDefault="004246B5" w:rsidP="004246B5">
            <w:pPr>
              <w:numPr>
                <w:ilvl w:val="0"/>
                <w:numId w:val="85"/>
              </w:numPr>
              <w:rPr>
                <w:rFonts w:cs="Arial"/>
                <w:sz w:val="18"/>
                <w:szCs w:val="18"/>
                <w:lang w:val="es-PE"/>
              </w:rPr>
            </w:pPr>
            <w:r w:rsidRPr="00774D49">
              <w:rPr>
                <w:rFonts w:cs="Arial"/>
                <w:b/>
                <w:bCs/>
                <w:sz w:val="18"/>
                <w:szCs w:val="18"/>
                <w:lang w:val="es-PE"/>
              </w:rPr>
              <w:t>Planificación y Organización (Fase 1):</w:t>
            </w:r>
            <w:r w:rsidRPr="00774D49">
              <w:rPr>
                <w:rFonts w:cs="Arial"/>
                <w:sz w:val="18"/>
                <w:szCs w:val="18"/>
                <w:lang w:val="es-PE"/>
              </w:rPr>
              <w:t xml:space="preserve"> Los niños se sientan en círculo en el espacio de asamblea principal, recuerdan las normas de convivencia básicas para el juego (compartir los materiales, cuidar a los amigos y no correr) y eligen de forma autónoma a qué sector desean ir (Construcción, Lectura o Arte)</w:t>
            </w:r>
          </w:p>
          <w:p w14:paraId="1D4D6A1E" w14:textId="77777777" w:rsidR="004246B5" w:rsidRPr="00774D49" w:rsidRDefault="004246B5" w:rsidP="004246B5">
            <w:pPr>
              <w:numPr>
                <w:ilvl w:val="0"/>
                <w:numId w:val="85"/>
              </w:numPr>
              <w:rPr>
                <w:rFonts w:cs="Arial"/>
                <w:sz w:val="18"/>
                <w:szCs w:val="18"/>
                <w:lang w:val="es-PE"/>
              </w:rPr>
            </w:pPr>
            <w:r w:rsidRPr="00774D49">
              <w:rPr>
                <w:rFonts w:cs="Arial"/>
                <w:sz w:val="18"/>
                <w:szCs w:val="18"/>
                <w:lang w:val="es-PE"/>
              </w:rPr>
              <w:t>Se organizan en pequeños grupos y la docente les distribuye collares o carnés identificadores con el color del sector seleccionado para la autorregulación del aforo y asegurar que cada espacio cuente con la cantidad adecuada de niños.</w:t>
            </w:r>
          </w:p>
          <w:p w14:paraId="3DECB041" w14:textId="77777777" w:rsidR="004246B5" w:rsidRPr="00774D49" w:rsidRDefault="004246B5" w:rsidP="004246B5">
            <w:pPr>
              <w:numPr>
                <w:ilvl w:val="0"/>
                <w:numId w:val="85"/>
              </w:numPr>
              <w:rPr>
                <w:rFonts w:cs="Arial"/>
                <w:sz w:val="18"/>
                <w:szCs w:val="18"/>
                <w:lang w:val="es-PE"/>
              </w:rPr>
            </w:pPr>
            <w:r w:rsidRPr="00774D49">
              <w:rPr>
                <w:rFonts w:cs="Arial"/>
                <w:b/>
                <w:bCs/>
                <w:sz w:val="18"/>
                <w:szCs w:val="18"/>
                <w:lang w:val="es-PE"/>
              </w:rPr>
              <w:t>Desarrollo o Ejecución (Fase 2):</w:t>
            </w:r>
            <w:r w:rsidRPr="00774D49">
              <w:rPr>
                <w:rFonts w:cs="Arial"/>
                <w:sz w:val="18"/>
                <w:szCs w:val="18"/>
                <w:lang w:val="es-PE"/>
              </w:rPr>
              <w:t xml:space="preserve"> Los niños se desplazan a los sectores elegidos y juegan libremente con los materiales dispuestos en los estantes bajos de manera autónoma.</w:t>
            </w:r>
          </w:p>
          <w:p w14:paraId="3C327FA9" w14:textId="77777777" w:rsidR="004246B5" w:rsidRPr="00774D49" w:rsidRDefault="004246B5" w:rsidP="004246B5">
            <w:pPr>
              <w:numPr>
                <w:ilvl w:val="0"/>
                <w:numId w:val="85"/>
              </w:numPr>
              <w:rPr>
                <w:rFonts w:cs="Arial"/>
                <w:sz w:val="18"/>
                <w:szCs w:val="18"/>
                <w:lang w:val="es-PE"/>
              </w:rPr>
            </w:pPr>
            <w:r w:rsidRPr="00774D49">
              <w:rPr>
                <w:rFonts w:cs="Arial"/>
                <w:sz w:val="18"/>
                <w:szCs w:val="18"/>
                <w:lang w:val="es-PE"/>
              </w:rPr>
              <w:t>La docente realiza un acompañamiento indirecto y observa el juego sin interrumpir las iniciativas de los niños, identificando las interacciones sociales, las formas de comunicación, los conflictos espontáneos y registrando estas evidencias de manera descriptiva en su cuaderno de campo.</w:t>
            </w:r>
          </w:p>
          <w:p w14:paraId="78584C42" w14:textId="77777777" w:rsidR="004246B5" w:rsidRPr="00774D49" w:rsidRDefault="004246B5" w:rsidP="004246B5">
            <w:pPr>
              <w:numPr>
                <w:ilvl w:val="0"/>
                <w:numId w:val="85"/>
              </w:numPr>
              <w:rPr>
                <w:rFonts w:cs="Arial"/>
                <w:sz w:val="18"/>
                <w:szCs w:val="18"/>
                <w:lang w:val="es-PE"/>
              </w:rPr>
            </w:pPr>
            <w:r w:rsidRPr="00774D49">
              <w:rPr>
                <w:rFonts w:cs="Arial"/>
                <w:b/>
                <w:bCs/>
                <w:sz w:val="18"/>
                <w:szCs w:val="18"/>
                <w:lang w:val="es-PE"/>
              </w:rPr>
              <w:t>Orden, Socialización y Representación (Fase 3):</w:t>
            </w:r>
            <w:r w:rsidRPr="00774D49">
              <w:rPr>
                <w:rFonts w:cs="Arial"/>
                <w:sz w:val="18"/>
                <w:szCs w:val="18"/>
                <w:lang w:val="es-PE"/>
              </w:rPr>
              <w:t xml:space="preserve"> Cantamos una canción de orden tradicional del nivel Inicial para anticipar el cierre del juego.</w:t>
            </w:r>
          </w:p>
          <w:p w14:paraId="6E728652" w14:textId="77777777" w:rsidR="004246B5" w:rsidRPr="00774D49" w:rsidRDefault="004246B5" w:rsidP="004246B5">
            <w:pPr>
              <w:numPr>
                <w:ilvl w:val="0"/>
                <w:numId w:val="85"/>
              </w:numPr>
              <w:rPr>
                <w:rFonts w:cs="Arial"/>
                <w:sz w:val="18"/>
                <w:szCs w:val="18"/>
                <w:lang w:val="es-PE"/>
              </w:rPr>
            </w:pPr>
            <w:r w:rsidRPr="00774D49">
              <w:rPr>
                <w:rFonts w:cs="Arial"/>
                <w:sz w:val="18"/>
                <w:szCs w:val="18"/>
                <w:lang w:val="es-PE"/>
              </w:rPr>
              <w:t>Los niños guardan de manera colaborativa los materiales en las canastas rotuladas con siluetas y dibujos, colocándolas de vuelta en los estantes correspondientes.</w:t>
            </w:r>
          </w:p>
          <w:p w14:paraId="3A97EBDB" w14:textId="77777777" w:rsidR="004246B5" w:rsidRPr="00774D49" w:rsidRDefault="004246B5" w:rsidP="004246B5">
            <w:pPr>
              <w:numPr>
                <w:ilvl w:val="0"/>
                <w:numId w:val="85"/>
              </w:numPr>
              <w:rPr>
                <w:rFonts w:cs="Arial"/>
                <w:sz w:val="18"/>
                <w:szCs w:val="18"/>
                <w:lang w:val="es-PE"/>
              </w:rPr>
            </w:pPr>
            <w:r w:rsidRPr="00774D49">
              <w:rPr>
                <w:rFonts w:cs="Arial"/>
                <w:sz w:val="18"/>
                <w:szCs w:val="18"/>
                <w:lang w:val="es-PE"/>
              </w:rPr>
              <w:t xml:space="preserve">Nos reunimos nuevamente en la asamblea para verbalizar brevemente a qué jugaron, con </w:t>
            </w:r>
            <w:proofErr w:type="spellStart"/>
            <w:r w:rsidRPr="00774D49">
              <w:rPr>
                <w:rFonts w:cs="Arial"/>
                <w:sz w:val="18"/>
                <w:szCs w:val="18"/>
                <w:lang w:val="es-PE"/>
              </w:rPr>
              <w:t>quiénes</w:t>
            </w:r>
            <w:proofErr w:type="spellEnd"/>
            <w:r w:rsidRPr="00774D49">
              <w:rPr>
                <w:rFonts w:cs="Arial"/>
                <w:sz w:val="18"/>
                <w:szCs w:val="18"/>
                <w:lang w:val="es-PE"/>
              </w:rPr>
              <w:t xml:space="preserve"> compartieron los juguetes y cómo se sintieron durante el momento de juego libre.</w:t>
            </w:r>
          </w:p>
          <w:p w14:paraId="713FF1F8" w14:textId="77777777" w:rsidR="004246B5" w:rsidRPr="00774D49" w:rsidRDefault="004246B5" w:rsidP="00D81E97">
            <w:pPr>
              <w:ind w:left="360"/>
              <w:rPr>
                <w:rFonts w:cs="Arial"/>
                <w:b/>
                <w:bCs/>
                <w:sz w:val="18"/>
                <w:szCs w:val="18"/>
                <w:lang w:val="es-PE"/>
              </w:rPr>
            </w:pPr>
            <w:r w:rsidRPr="00774D49">
              <w:rPr>
                <w:rFonts w:cs="Arial"/>
                <w:b/>
                <w:bCs/>
                <w:sz w:val="18"/>
                <w:szCs w:val="18"/>
                <w:lang w:val="es-PE"/>
              </w:rPr>
              <w:t>Actividad Significativa / Sesión Central (09:30 - 10:30)</w:t>
            </w:r>
          </w:p>
          <w:p w14:paraId="3D32A6E3" w14:textId="77777777" w:rsidR="004246B5" w:rsidRPr="00774D49" w:rsidRDefault="004246B5" w:rsidP="004246B5">
            <w:pPr>
              <w:numPr>
                <w:ilvl w:val="0"/>
                <w:numId w:val="86"/>
              </w:numPr>
              <w:rPr>
                <w:rFonts w:cs="Arial"/>
                <w:sz w:val="18"/>
                <w:szCs w:val="18"/>
                <w:lang w:val="es-PE"/>
              </w:rPr>
            </w:pPr>
            <w:r w:rsidRPr="00774D49">
              <w:rPr>
                <w:rFonts w:cs="Arial"/>
                <w:b/>
                <w:bCs/>
                <w:sz w:val="18"/>
                <w:szCs w:val="18"/>
                <w:lang w:val="es-PE"/>
              </w:rPr>
              <w:t>Inicio (Antes):</w:t>
            </w:r>
            <w:r w:rsidRPr="00774D49">
              <w:rPr>
                <w:rFonts w:cs="Arial"/>
                <w:sz w:val="18"/>
                <w:szCs w:val="18"/>
                <w:lang w:val="es-PE"/>
              </w:rPr>
              <w:t xml:space="preserve"> La docente capta la atención de los niños en la asamblea utilizando una melodía suave de introducción y presenta un tubo de cartón largo y grueso fijado previamente a una baja altura en la pared del aula, y deja caer frente a ellos una pelota plástica pequeña que rueda y sale por el otro extremo con velocidad.</w:t>
            </w:r>
          </w:p>
          <w:p w14:paraId="5B392C9A" w14:textId="77777777" w:rsidR="004246B5" w:rsidRPr="00774D49" w:rsidRDefault="004246B5" w:rsidP="004246B5">
            <w:pPr>
              <w:numPr>
                <w:ilvl w:val="0"/>
                <w:numId w:val="86"/>
              </w:numPr>
              <w:rPr>
                <w:rFonts w:cs="Arial"/>
                <w:sz w:val="18"/>
                <w:szCs w:val="18"/>
                <w:lang w:val="es-PE"/>
              </w:rPr>
            </w:pPr>
            <w:r w:rsidRPr="00774D49">
              <w:rPr>
                <w:rFonts w:cs="Arial"/>
                <w:sz w:val="18"/>
                <w:szCs w:val="18"/>
                <w:lang w:val="es-PE"/>
              </w:rPr>
              <w:t>Al descubrir el movimiento físico, genera asombro, misterio e interés en los niños mostrando cajas llenas de tubos de papel toalla, conos de cartón reciclados y cintas de colores.</w:t>
            </w:r>
          </w:p>
          <w:p w14:paraId="3B70FD7E" w14:textId="77777777" w:rsidR="004246B5" w:rsidRPr="00774D49" w:rsidRDefault="004246B5" w:rsidP="004246B5">
            <w:pPr>
              <w:numPr>
                <w:ilvl w:val="0"/>
                <w:numId w:val="86"/>
              </w:numPr>
              <w:rPr>
                <w:rFonts w:cs="Arial"/>
                <w:sz w:val="18"/>
                <w:szCs w:val="18"/>
                <w:lang w:val="es-PE"/>
              </w:rPr>
            </w:pPr>
            <w:r w:rsidRPr="00774D49">
              <w:rPr>
                <w:rFonts w:cs="Arial"/>
                <w:sz w:val="18"/>
                <w:szCs w:val="18"/>
                <w:lang w:val="es-PE"/>
              </w:rPr>
              <w:t>Plantea las preguntas de conflicto cognitivo e indagación: ¿Por dónde puede rodar esta pelota? ¿Cómo podemos hacer para armar un camino largo en el piso? ¿Qué pasará si unimos muchos tubos juntos?</w:t>
            </w:r>
          </w:p>
          <w:p w14:paraId="78B993AD" w14:textId="77777777" w:rsidR="004246B5" w:rsidRPr="00774D49" w:rsidRDefault="004246B5" w:rsidP="004246B5">
            <w:pPr>
              <w:numPr>
                <w:ilvl w:val="0"/>
                <w:numId w:val="86"/>
              </w:numPr>
              <w:rPr>
                <w:rFonts w:cs="Arial"/>
                <w:sz w:val="18"/>
                <w:szCs w:val="18"/>
                <w:lang w:val="es-PE"/>
              </w:rPr>
            </w:pPr>
            <w:r w:rsidRPr="00774D49">
              <w:rPr>
                <w:rFonts w:cs="Arial"/>
                <w:b/>
                <w:bCs/>
                <w:sz w:val="18"/>
                <w:szCs w:val="18"/>
                <w:lang w:val="es-PE"/>
              </w:rPr>
              <w:t>Desarrollo (Durante):</w:t>
            </w:r>
            <w:r w:rsidRPr="00774D49">
              <w:rPr>
                <w:rFonts w:cs="Arial"/>
                <w:sz w:val="18"/>
                <w:szCs w:val="18"/>
                <w:lang w:val="es-PE"/>
              </w:rPr>
              <w:t xml:space="preserve"> Los niños se acercan libremente y se organizan en grupos pequeños, distribuyéndose por el espacio central del aula, el cual ha sido despejado previamente de mesas y sillas para facilitar su desplazamiento libre.</w:t>
            </w:r>
          </w:p>
          <w:p w14:paraId="026349F0" w14:textId="77777777" w:rsidR="004246B5" w:rsidRPr="00774D49" w:rsidRDefault="004246B5" w:rsidP="004246B5">
            <w:pPr>
              <w:numPr>
                <w:ilvl w:val="0"/>
                <w:numId w:val="86"/>
              </w:numPr>
              <w:rPr>
                <w:rFonts w:cs="Arial"/>
                <w:sz w:val="18"/>
                <w:szCs w:val="18"/>
                <w:lang w:val="es-PE"/>
              </w:rPr>
            </w:pPr>
            <w:r w:rsidRPr="00774D49">
              <w:rPr>
                <w:rFonts w:cs="Arial"/>
                <w:sz w:val="18"/>
                <w:szCs w:val="18"/>
                <w:lang w:val="es-PE"/>
              </w:rPr>
              <w:t xml:space="preserve">Exploran con todos sus sentidos los materiales </w:t>
            </w:r>
            <w:r w:rsidRPr="00774D49">
              <w:rPr>
                <w:rFonts w:cs="Arial"/>
                <w:sz w:val="18"/>
                <w:szCs w:val="18"/>
                <w:lang w:val="es-PE"/>
              </w:rPr>
              <w:lastRenderedPageBreak/>
              <w:t>presentados de forma masiva: manipulan tubos de cartón grueso de diversos tamaños, conos de papel toalla, sienten sus formas cilíndricas y observan los agujeros por donde pueden mirar.</w:t>
            </w:r>
          </w:p>
          <w:p w14:paraId="361839DB" w14:textId="77777777" w:rsidR="004246B5" w:rsidRPr="00774D49" w:rsidRDefault="004246B5" w:rsidP="004246B5">
            <w:pPr>
              <w:numPr>
                <w:ilvl w:val="0"/>
                <w:numId w:val="86"/>
              </w:numPr>
              <w:rPr>
                <w:rFonts w:cs="Arial"/>
                <w:sz w:val="18"/>
                <w:szCs w:val="18"/>
                <w:lang w:val="es-PE"/>
              </w:rPr>
            </w:pPr>
            <w:r w:rsidRPr="00774D49">
              <w:rPr>
                <w:rFonts w:cs="Arial"/>
                <w:sz w:val="18"/>
                <w:szCs w:val="18"/>
                <w:lang w:val="es-PE"/>
              </w:rPr>
              <w:t>Juegan a colocarlos uno detrás de otro de forma horizontal en el piso para armar caminos largos, intentan conectar conos de papel usando cintas adhesivas de colores provistas por la docente y prueban lanzar de forma repetitiva las pelotas plásticas ligeras para observar si logran rodar y cruzar con éxito a través del laberinto construido.</w:t>
            </w:r>
          </w:p>
          <w:p w14:paraId="5A704CD8" w14:textId="77777777" w:rsidR="004246B5" w:rsidRPr="00774D49" w:rsidRDefault="004246B5" w:rsidP="004246B5">
            <w:pPr>
              <w:numPr>
                <w:ilvl w:val="0"/>
                <w:numId w:val="86"/>
              </w:numPr>
              <w:rPr>
                <w:rFonts w:cs="Arial"/>
                <w:sz w:val="18"/>
                <w:szCs w:val="18"/>
                <w:lang w:val="es-PE"/>
              </w:rPr>
            </w:pPr>
            <w:r w:rsidRPr="00774D49">
              <w:rPr>
                <w:rFonts w:cs="Arial"/>
                <w:sz w:val="18"/>
                <w:szCs w:val="18"/>
                <w:lang w:val="es-PE"/>
              </w:rPr>
              <w:t>La docente acompaña de forma activa la exploración, respetando el ritmo de los niños de 3 años, interviniendo para mediar el lenguaje mediante la técnica de expansión de frases (</w:t>
            </w:r>
            <w:proofErr w:type="spellStart"/>
            <w:r w:rsidRPr="00774D49">
              <w:rPr>
                <w:rFonts w:cs="Arial"/>
                <w:sz w:val="18"/>
                <w:szCs w:val="18"/>
                <w:lang w:val="es-PE"/>
              </w:rPr>
              <w:t>Ej</w:t>
            </w:r>
            <w:proofErr w:type="spellEnd"/>
            <w:r w:rsidRPr="00774D49">
              <w:rPr>
                <w:rFonts w:cs="Arial"/>
                <w:sz w:val="18"/>
                <w:szCs w:val="18"/>
                <w:lang w:val="es-PE"/>
              </w:rPr>
              <w:t>: Si el niño señala con emoción y dice “tubo”, la docente responde con afecto: “Sí, es un tubo largo de cartón, estás uniendo dos tubos en el piso para hacer el camino de tu pelota”)</w:t>
            </w:r>
          </w:p>
          <w:p w14:paraId="2140D37C" w14:textId="77777777" w:rsidR="004246B5" w:rsidRPr="00774D49" w:rsidRDefault="004246B5" w:rsidP="004246B5">
            <w:pPr>
              <w:numPr>
                <w:ilvl w:val="0"/>
                <w:numId w:val="86"/>
              </w:numPr>
              <w:rPr>
                <w:rFonts w:cs="Arial"/>
                <w:sz w:val="18"/>
                <w:szCs w:val="18"/>
                <w:lang w:val="es-PE"/>
              </w:rPr>
            </w:pPr>
            <w:r w:rsidRPr="00774D49">
              <w:rPr>
                <w:rFonts w:cs="Arial"/>
                <w:b/>
                <w:bCs/>
                <w:sz w:val="18"/>
                <w:szCs w:val="18"/>
                <w:lang w:val="es-PE"/>
              </w:rPr>
              <w:t>Cierre (Después):</w:t>
            </w:r>
            <w:r w:rsidRPr="00774D49">
              <w:rPr>
                <w:rFonts w:cs="Arial"/>
                <w:sz w:val="18"/>
                <w:szCs w:val="18"/>
                <w:lang w:val="es-PE"/>
              </w:rPr>
              <w:t xml:space="preserve"> Regresamos a la asamblea breve sentándonos en círculo en el piso alrededor de los caminos y laberintos logrados.</w:t>
            </w:r>
          </w:p>
          <w:p w14:paraId="4EFE0DCB" w14:textId="77777777" w:rsidR="004246B5" w:rsidRPr="00774D49" w:rsidRDefault="004246B5" w:rsidP="008C08E5">
            <w:pPr>
              <w:ind w:left="720"/>
              <w:rPr>
                <w:rFonts w:cs="Arial"/>
                <w:sz w:val="18"/>
                <w:szCs w:val="18"/>
                <w:lang w:val="es-PE"/>
              </w:rPr>
            </w:pPr>
            <w:r w:rsidRPr="00774D49">
              <w:rPr>
                <w:rFonts w:cs="Arial"/>
                <w:sz w:val="18"/>
                <w:szCs w:val="18"/>
                <w:lang w:val="es-PE"/>
              </w:rPr>
              <w:t>Dialogamos de forma reflexiva mediante preguntas sencillas de metacognición: ¿Cómo hicieron para conectar los tubos de su camino? ¿Qué pasó con la pelota cuando la lanzaron dentro del laberinto? ¿Logró salir por el final?</w:t>
            </w:r>
          </w:p>
          <w:p w14:paraId="0364051C" w14:textId="77777777" w:rsidR="004246B5" w:rsidRPr="00774D49" w:rsidRDefault="004246B5" w:rsidP="008C08E5">
            <w:pPr>
              <w:ind w:left="720"/>
              <w:rPr>
                <w:rFonts w:cs="Arial"/>
                <w:sz w:val="18"/>
                <w:szCs w:val="18"/>
                <w:lang w:val="es-PE"/>
              </w:rPr>
            </w:pPr>
            <w:r w:rsidRPr="00774D49">
              <w:rPr>
                <w:rFonts w:cs="Arial"/>
                <w:sz w:val="18"/>
                <w:szCs w:val="18"/>
                <w:lang w:val="es-PE"/>
              </w:rPr>
              <w:t>Nos organizamos en grupos para recoger, trasladar y guardar los tubos y conos utilizados en las canastas del sector correspondiente, dejando el aula limpia.</w:t>
            </w:r>
          </w:p>
          <w:p w14:paraId="2F24A6EA" w14:textId="77777777" w:rsidR="004246B5" w:rsidRPr="00774D49" w:rsidRDefault="004246B5" w:rsidP="008C08E5">
            <w:pPr>
              <w:rPr>
                <w:rFonts w:cs="Arial"/>
                <w:b/>
                <w:bCs/>
                <w:sz w:val="18"/>
                <w:szCs w:val="18"/>
                <w:lang w:val="es-PE"/>
              </w:rPr>
            </w:pPr>
            <w:r w:rsidRPr="00774D49">
              <w:rPr>
                <w:rFonts w:cs="Arial"/>
                <w:b/>
                <w:bCs/>
                <w:sz w:val="18"/>
                <w:szCs w:val="18"/>
                <w:lang w:val="es-PE"/>
              </w:rPr>
              <w:t>Aseo, Refrigerio y Recreo (10:30 - 11:30)</w:t>
            </w:r>
          </w:p>
          <w:p w14:paraId="2C242B23" w14:textId="77777777" w:rsidR="004246B5" w:rsidRPr="00774D49" w:rsidRDefault="004246B5" w:rsidP="004246B5">
            <w:pPr>
              <w:numPr>
                <w:ilvl w:val="0"/>
                <w:numId w:val="87"/>
              </w:numPr>
              <w:rPr>
                <w:rFonts w:cs="Arial"/>
                <w:sz w:val="18"/>
                <w:szCs w:val="18"/>
                <w:lang w:val="es-PE"/>
              </w:rPr>
            </w:pPr>
            <w:r w:rsidRPr="00774D49">
              <w:rPr>
                <w:rFonts w:cs="Arial"/>
                <w:b/>
                <w:bCs/>
                <w:sz w:val="18"/>
                <w:szCs w:val="18"/>
                <w:lang w:val="es-PE"/>
              </w:rPr>
              <w:t>Higiene:</w:t>
            </w:r>
            <w:r w:rsidRPr="00774D49">
              <w:rPr>
                <w:rFonts w:cs="Arial"/>
                <w:sz w:val="18"/>
                <w:szCs w:val="18"/>
                <w:lang w:val="es-PE"/>
              </w:rPr>
              <w:t xml:space="preserve"> Traslado ordenado al espacio de los lavaderos en grupos pequeños. Lavado de manos guiado paso a paso por la docente, utilizando jabón líquido y modelando el frotado correcto de palmas y dedos tras la manipulación de los tubos de cartón, conos y cintas adhesivas.</w:t>
            </w:r>
          </w:p>
          <w:p w14:paraId="0297A62D" w14:textId="77777777" w:rsidR="004246B5" w:rsidRPr="00774D49" w:rsidRDefault="004246B5" w:rsidP="004246B5">
            <w:pPr>
              <w:numPr>
                <w:ilvl w:val="0"/>
                <w:numId w:val="87"/>
              </w:numPr>
              <w:rPr>
                <w:rFonts w:cs="Arial"/>
                <w:sz w:val="18"/>
                <w:szCs w:val="18"/>
                <w:lang w:val="es-PE"/>
              </w:rPr>
            </w:pPr>
            <w:r w:rsidRPr="00774D49">
              <w:rPr>
                <w:rFonts w:cs="Arial"/>
                <w:sz w:val="18"/>
                <w:szCs w:val="18"/>
                <w:lang w:val="es-PE"/>
              </w:rPr>
              <w:t>Se fomenta el uso responsable del agua al cerrar el caño mientras se enjabonan y se apoya de forma visual con carteles explicativos pegados a la altura de su vista, finalizando con el secado autónomo usando papel toalla.</w:t>
            </w:r>
          </w:p>
          <w:p w14:paraId="0ECEB244" w14:textId="77777777" w:rsidR="004246B5" w:rsidRPr="00774D49" w:rsidRDefault="004246B5" w:rsidP="004246B5">
            <w:pPr>
              <w:numPr>
                <w:ilvl w:val="0"/>
                <w:numId w:val="87"/>
              </w:numPr>
              <w:rPr>
                <w:rFonts w:cs="Arial"/>
                <w:sz w:val="18"/>
                <w:szCs w:val="18"/>
                <w:lang w:val="es-PE"/>
              </w:rPr>
            </w:pPr>
            <w:r w:rsidRPr="00774D49">
              <w:rPr>
                <w:rFonts w:cs="Arial"/>
                <w:b/>
                <w:bCs/>
                <w:sz w:val="18"/>
                <w:szCs w:val="18"/>
                <w:lang w:val="es-PE"/>
              </w:rPr>
              <w:t>Alimentación:</w:t>
            </w:r>
            <w:r w:rsidRPr="00774D49">
              <w:rPr>
                <w:rFonts w:cs="Arial"/>
                <w:sz w:val="18"/>
                <w:szCs w:val="18"/>
                <w:lang w:val="es-PE"/>
              </w:rPr>
              <w:t xml:space="preserve"> Consumo de la lonchera dentro del aula en un clima de calma, respeto y buena convivencia.</w:t>
            </w:r>
          </w:p>
          <w:p w14:paraId="2A998ABC" w14:textId="77777777" w:rsidR="004246B5" w:rsidRPr="00774D49" w:rsidRDefault="004246B5" w:rsidP="004246B5">
            <w:pPr>
              <w:numPr>
                <w:ilvl w:val="0"/>
                <w:numId w:val="87"/>
              </w:numPr>
              <w:rPr>
                <w:rFonts w:cs="Arial"/>
                <w:sz w:val="18"/>
                <w:szCs w:val="18"/>
                <w:lang w:val="es-PE"/>
              </w:rPr>
            </w:pPr>
            <w:r w:rsidRPr="00774D49">
              <w:rPr>
                <w:rFonts w:cs="Arial"/>
                <w:sz w:val="18"/>
                <w:szCs w:val="18"/>
                <w:lang w:val="es-PE"/>
              </w:rPr>
              <w:t>Se promueve la autonomía individual incentivando a los niños a sacar sus individuales, abrir los cierres de sus mochilas, destapar sus envases plásticos por sí mismos y limpiar con un paño su espacio de la mesa al terminar de comer.</w:t>
            </w:r>
          </w:p>
          <w:p w14:paraId="5F6C2955" w14:textId="77777777" w:rsidR="004246B5" w:rsidRPr="00774D49" w:rsidRDefault="004246B5" w:rsidP="004246B5">
            <w:pPr>
              <w:numPr>
                <w:ilvl w:val="0"/>
                <w:numId w:val="87"/>
              </w:numPr>
              <w:rPr>
                <w:rFonts w:cs="Arial"/>
                <w:sz w:val="18"/>
                <w:szCs w:val="18"/>
                <w:lang w:val="es-PE"/>
              </w:rPr>
            </w:pPr>
            <w:r w:rsidRPr="00774D49">
              <w:rPr>
                <w:rFonts w:cs="Arial"/>
                <w:b/>
                <w:bCs/>
                <w:sz w:val="18"/>
                <w:szCs w:val="18"/>
                <w:lang w:val="es-PE"/>
              </w:rPr>
              <w:t>Recreo:</w:t>
            </w:r>
            <w:r w:rsidRPr="00774D49">
              <w:rPr>
                <w:rFonts w:cs="Arial"/>
                <w:sz w:val="18"/>
                <w:szCs w:val="18"/>
                <w:lang w:val="es-PE"/>
              </w:rPr>
              <w:t xml:space="preserve"> Espacio de juego libre, socialización y esparcimiento motriz en el patio exterior de la institución educativa.</w:t>
            </w:r>
          </w:p>
          <w:p w14:paraId="537A9651" w14:textId="77777777" w:rsidR="004246B5" w:rsidRPr="00774D49" w:rsidRDefault="004246B5" w:rsidP="004246B5">
            <w:pPr>
              <w:numPr>
                <w:ilvl w:val="0"/>
                <w:numId w:val="87"/>
              </w:numPr>
              <w:rPr>
                <w:rFonts w:cs="Arial"/>
                <w:sz w:val="18"/>
                <w:szCs w:val="18"/>
                <w:lang w:val="es-PE"/>
              </w:rPr>
            </w:pPr>
            <w:r w:rsidRPr="00774D49">
              <w:rPr>
                <w:rFonts w:cs="Arial"/>
                <w:sz w:val="18"/>
                <w:szCs w:val="18"/>
                <w:lang w:val="es-PE"/>
              </w:rPr>
              <w:t>Se realiza bajo la supervisión constante, activa y el cuidado protector de la docente para garantizar la seguridad física y prevenir accidentes entre los niños.</w:t>
            </w:r>
          </w:p>
          <w:p w14:paraId="20E5859B" w14:textId="77777777" w:rsidR="004246B5" w:rsidRPr="00774D49" w:rsidRDefault="004246B5" w:rsidP="008C08E5">
            <w:pPr>
              <w:ind w:left="360"/>
              <w:rPr>
                <w:rFonts w:cs="Arial"/>
                <w:b/>
                <w:bCs/>
                <w:sz w:val="18"/>
                <w:szCs w:val="18"/>
                <w:lang w:val="es-PE"/>
              </w:rPr>
            </w:pPr>
            <w:r w:rsidRPr="00774D49">
              <w:rPr>
                <w:rFonts w:cs="Arial"/>
                <w:b/>
                <w:bCs/>
                <w:sz w:val="18"/>
                <w:szCs w:val="18"/>
                <w:lang w:val="es-PE"/>
              </w:rPr>
              <w:t>Actividad Psicomotriz Corta (11:30 - 12:00)</w:t>
            </w:r>
          </w:p>
          <w:p w14:paraId="20435F88" w14:textId="77777777" w:rsidR="004246B5" w:rsidRPr="00774D49" w:rsidRDefault="004246B5" w:rsidP="004246B5">
            <w:pPr>
              <w:numPr>
                <w:ilvl w:val="0"/>
                <w:numId w:val="88"/>
              </w:numPr>
              <w:rPr>
                <w:rFonts w:cs="Arial"/>
                <w:sz w:val="18"/>
                <w:szCs w:val="18"/>
                <w:lang w:val="es-PE"/>
              </w:rPr>
            </w:pPr>
            <w:r w:rsidRPr="00774D49">
              <w:rPr>
                <w:rFonts w:cs="Arial"/>
                <w:b/>
                <w:bCs/>
                <w:sz w:val="18"/>
                <w:szCs w:val="18"/>
                <w:lang w:val="es-PE"/>
              </w:rPr>
              <w:t>Desarrollo Motriz:</w:t>
            </w:r>
            <w:r w:rsidRPr="00774D49">
              <w:rPr>
                <w:rFonts w:cs="Arial"/>
                <w:sz w:val="18"/>
                <w:szCs w:val="18"/>
                <w:lang w:val="es-PE"/>
              </w:rPr>
              <w:t xml:space="preserve"> Acondicionamos un circuito dinámico en el piso utilizando cintas adhesivas </w:t>
            </w:r>
            <w:r w:rsidRPr="00774D49">
              <w:rPr>
                <w:rFonts w:cs="Arial"/>
                <w:sz w:val="18"/>
                <w:szCs w:val="18"/>
                <w:lang w:val="es-PE"/>
              </w:rPr>
              <w:lastRenderedPageBreak/>
              <w:t xml:space="preserve">de colores llamativos pegadas en líneas rectas largas y trazos en </w:t>
            </w:r>
            <w:proofErr w:type="spellStart"/>
            <w:r w:rsidRPr="00774D49">
              <w:rPr>
                <w:rFonts w:cs="Arial"/>
                <w:sz w:val="18"/>
                <w:szCs w:val="18"/>
                <w:lang w:val="es-PE"/>
              </w:rPr>
              <w:t>zig-zag</w:t>
            </w:r>
            <w:proofErr w:type="spellEnd"/>
            <w:r w:rsidRPr="00774D49">
              <w:rPr>
                <w:rFonts w:cs="Arial"/>
                <w:sz w:val="18"/>
                <w:szCs w:val="18"/>
                <w:lang w:val="es-PE"/>
              </w:rPr>
              <w:t>.</w:t>
            </w:r>
          </w:p>
          <w:p w14:paraId="53B49E2D" w14:textId="77777777" w:rsidR="004246B5" w:rsidRPr="00774D49" w:rsidRDefault="004246B5" w:rsidP="004246B5">
            <w:pPr>
              <w:numPr>
                <w:ilvl w:val="0"/>
                <w:numId w:val="88"/>
              </w:numPr>
              <w:rPr>
                <w:rFonts w:cs="Arial"/>
                <w:sz w:val="18"/>
                <w:szCs w:val="18"/>
                <w:lang w:val="es-PE"/>
              </w:rPr>
            </w:pPr>
            <w:r w:rsidRPr="00774D49">
              <w:rPr>
                <w:rFonts w:cs="Arial"/>
                <w:sz w:val="18"/>
                <w:szCs w:val="18"/>
                <w:lang w:val="es-PE"/>
              </w:rPr>
              <w:t>Los niños se quitan los zapatos e imitan de forma lúdica que son “trenes” o “pequeños autos” que avanzan manteniendo el equilibrio estricto sobre las líneas, experimentando la velocidad, frenando al llamado de la docente y controlando los movimientos de su propio cuerpo en el espacio recorrido.</w:t>
            </w:r>
          </w:p>
          <w:p w14:paraId="5324FFE9" w14:textId="77777777" w:rsidR="004246B5" w:rsidRPr="00774D49" w:rsidRDefault="004246B5" w:rsidP="008C08E5">
            <w:pPr>
              <w:ind w:left="360"/>
              <w:rPr>
                <w:rFonts w:cs="Arial"/>
                <w:b/>
                <w:bCs/>
                <w:sz w:val="18"/>
                <w:szCs w:val="18"/>
                <w:lang w:val="es-PE"/>
              </w:rPr>
            </w:pPr>
            <w:r w:rsidRPr="00774D49">
              <w:rPr>
                <w:rFonts w:cs="Arial"/>
                <w:b/>
                <w:bCs/>
                <w:sz w:val="18"/>
                <w:szCs w:val="18"/>
                <w:lang w:val="es-PE"/>
              </w:rPr>
              <w:t>El Taller de Expresión Artística (12:00 - 12:30)</w:t>
            </w:r>
          </w:p>
          <w:p w14:paraId="4D7A6622" w14:textId="77777777" w:rsidR="004246B5" w:rsidRPr="00774D49" w:rsidRDefault="004246B5" w:rsidP="004246B5">
            <w:pPr>
              <w:numPr>
                <w:ilvl w:val="0"/>
                <w:numId w:val="89"/>
              </w:numPr>
              <w:rPr>
                <w:rFonts w:cs="Arial"/>
                <w:sz w:val="18"/>
                <w:szCs w:val="18"/>
                <w:lang w:val="es-PE"/>
              </w:rPr>
            </w:pPr>
            <w:r w:rsidRPr="00774D49">
              <w:rPr>
                <w:rFonts w:cs="Arial"/>
                <w:b/>
                <w:bCs/>
                <w:sz w:val="18"/>
                <w:szCs w:val="18"/>
                <w:lang w:val="es-PE"/>
              </w:rPr>
              <w:t>Taller Gráfico-Plástico:</w:t>
            </w:r>
            <w:r w:rsidRPr="00774D49">
              <w:rPr>
                <w:rFonts w:cs="Arial"/>
                <w:sz w:val="18"/>
                <w:szCs w:val="18"/>
                <w:lang w:val="es-PE"/>
              </w:rPr>
              <w:t xml:space="preserve"> Colocamos bandejas plásticas individuales con porciones de masa para modelar casera y suave en las mesas de trabajo.</w:t>
            </w:r>
          </w:p>
          <w:p w14:paraId="6BAD140B" w14:textId="77777777" w:rsidR="004246B5" w:rsidRPr="00774D49" w:rsidRDefault="004246B5" w:rsidP="004246B5">
            <w:pPr>
              <w:numPr>
                <w:ilvl w:val="0"/>
                <w:numId w:val="89"/>
              </w:numPr>
              <w:rPr>
                <w:rFonts w:cs="Arial"/>
                <w:sz w:val="18"/>
                <w:szCs w:val="18"/>
                <w:lang w:val="es-PE"/>
              </w:rPr>
            </w:pPr>
            <w:r w:rsidRPr="00774D49">
              <w:rPr>
                <w:rFonts w:cs="Arial"/>
                <w:sz w:val="18"/>
                <w:szCs w:val="18"/>
                <w:lang w:val="es-PE"/>
              </w:rPr>
              <w:t>Ofrecemos palitos de helado de madera gruesos y de bordes redondeados seguros para la manipulación infantil.</w:t>
            </w:r>
          </w:p>
          <w:p w14:paraId="69E6E733" w14:textId="77777777" w:rsidR="004246B5" w:rsidRPr="00774D49" w:rsidRDefault="004246B5" w:rsidP="004246B5">
            <w:pPr>
              <w:numPr>
                <w:ilvl w:val="0"/>
                <w:numId w:val="89"/>
              </w:numPr>
              <w:rPr>
                <w:rFonts w:cs="Arial"/>
                <w:sz w:val="18"/>
                <w:szCs w:val="18"/>
                <w:lang w:val="es-PE"/>
              </w:rPr>
            </w:pPr>
            <w:r w:rsidRPr="00774D49">
              <w:rPr>
                <w:rFonts w:cs="Arial"/>
                <w:sz w:val="18"/>
                <w:szCs w:val="18"/>
                <w:lang w:val="es-PE"/>
              </w:rPr>
              <w:t>Los niños realizan acciones de presión, aplastan la masa con la palma de sus manos, la estiran formando tiras largas y trazan caminos libres sobre la superficie utilizando la punta de los palitos de forma autónoma.</w:t>
            </w:r>
          </w:p>
          <w:p w14:paraId="5A407D72" w14:textId="77777777" w:rsidR="004246B5" w:rsidRPr="00774D49" w:rsidRDefault="004246B5" w:rsidP="004246B5">
            <w:pPr>
              <w:numPr>
                <w:ilvl w:val="0"/>
                <w:numId w:val="89"/>
              </w:numPr>
              <w:rPr>
                <w:rFonts w:cs="Arial"/>
                <w:sz w:val="18"/>
                <w:szCs w:val="18"/>
                <w:lang w:val="es-PE"/>
              </w:rPr>
            </w:pPr>
            <w:r w:rsidRPr="00774D49">
              <w:rPr>
                <w:rFonts w:cs="Arial"/>
                <w:sz w:val="18"/>
                <w:szCs w:val="18"/>
                <w:lang w:val="es-PE"/>
              </w:rPr>
              <w:t>La docente acompaña el proceso priorizando la libertad creativa, la estimulación táctil y la expresión plástica de cada niño, evitando imponer un modelo idéntico o buscar un producto terminado perfecto de acabado adulto.</w:t>
            </w:r>
          </w:p>
          <w:p w14:paraId="77196A28" w14:textId="77777777" w:rsidR="004246B5" w:rsidRPr="00774D49" w:rsidRDefault="004246B5" w:rsidP="00FE67B2">
            <w:pPr>
              <w:rPr>
                <w:rFonts w:cs="Arial"/>
                <w:b/>
                <w:bCs/>
                <w:sz w:val="18"/>
                <w:szCs w:val="18"/>
                <w:lang w:val="es-PE"/>
              </w:rPr>
            </w:pPr>
            <w:r w:rsidRPr="00774D49">
              <w:rPr>
                <w:rFonts w:cs="Arial"/>
                <w:b/>
                <w:bCs/>
                <w:sz w:val="18"/>
                <w:szCs w:val="18"/>
                <w:lang w:val="es-PE"/>
              </w:rPr>
              <w:t>Rutinas de Salida (12:30)</w:t>
            </w:r>
          </w:p>
          <w:p w14:paraId="250A8861" w14:textId="77777777" w:rsidR="004246B5" w:rsidRPr="00774D49" w:rsidRDefault="004246B5" w:rsidP="004246B5">
            <w:pPr>
              <w:numPr>
                <w:ilvl w:val="0"/>
                <w:numId w:val="90"/>
              </w:numPr>
              <w:rPr>
                <w:rFonts w:cs="Arial"/>
                <w:sz w:val="18"/>
                <w:szCs w:val="18"/>
                <w:lang w:val="es-PE"/>
              </w:rPr>
            </w:pPr>
            <w:r w:rsidRPr="00774D49">
              <w:rPr>
                <w:rFonts w:cs="Arial"/>
                <w:b/>
                <w:bCs/>
                <w:sz w:val="18"/>
                <w:szCs w:val="18"/>
                <w:lang w:val="es-PE"/>
              </w:rPr>
              <w:t>Cierre:</w:t>
            </w:r>
            <w:r w:rsidRPr="00774D49">
              <w:rPr>
                <w:rFonts w:cs="Arial"/>
                <w:sz w:val="18"/>
                <w:szCs w:val="18"/>
                <w:lang w:val="es-PE"/>
              </w:rPr>
              <w:t xml:space="preserve"> Breve recuento final en asamblea sobre las experiencias que más les causaron alegría y asombro durante el día en el aula de clases.</w:t>
            </w:r>
          </w:p>
          <w:p w14:paraId="201EB0DB" w14:textId="77777777" w:rsidR="004246B5" w:rsidRPr="00774D49" w:rsidRDefault="004246B5" w:rsidP="004246B5">
            <w:pPr>
              <w:numPr>
                <w:ilvl w:val="0"/>
                <w:numId w:val="90"/>
              </w:numPr>
              <w:rPr>
                <w:rFonts w:cs="Arial"/>
                <w:sz w:val="18"/>
                <w:szCs w:val="18"/>
                <w:lang w:val="es-PE"/>
              </w:rPr>
            </w:pPr>
            <w:r w:rsidRPr="00774D49">
              <w:rPr>
                <w:rFonts w:cs="Arial"/>
                <w:sz w:val="18"/>
                <w:szCs w:val="18"/>
                <w:lang w:val="es-PE"/>
              </w:rPr>
              <w:t>Se acompaña y orienta a los niños en el orden de sus mochilas, colocación autónoma de abrigos y recojo de sus pertenencias personales de forma independiente.</w:t>
            </w:r>
          </w:p>
          <w:p w14:paraId="54737D33" w14:textId="77777777" w:rsidR="004246B5" w:rsidRPr="00774D49" w:rsidRDefault="004246B5" w:rsidP="004246B5">
            <w:pPr>
              <w:numPr>
                <w:ilvl w:val="0"/>
                <w:numId w:val="90"/>
              </w:numPr>
              <w:rPr>
                <w:rFonts w:cs="Arial"/>
                <w:sz w:val="18"/>
                <w:szCs w:val="18"/>
                <w:lang w:val="es-PE"/>
              </w:rPr>
            </w:pPr>
            <w:r w:rsidRPr="00774D49">
              <w:rPr>
                <w:rFonts w:cs="Arial"/>
                <w:sz w:val="18"/>
                <w:szCs w:val="18"/>
                <w:lang w:val="es-PE"/>
              </w:rPr>
              <w:t>Despedida afectuosa y personalizada a cada estudiante en la puerta del aula, entregándolo formalmente a su padre, madre o adulto responsable autorizado.</w:t>
            </w:r>
          </w:p>
        </w:tc>
        <w:tc>
          <w:tcPr>
            <w:tcW w:w="1740" w:type="dxa"/>
            <w:vAlign w:val="center"/>
          </w:tcPr>
          <w:p w14:paraId="6D96FDD8" w14:textId="4BBC6E11" w:rsidR="004246B5" w:rsidRPr="006517BA" w:rsidRDefault="004246B5" w:rsidP="006517BA">
            <w:pPr>
              <w:pStyle w:val="Prrafodelista"/>
              <w:numPr>
                <w:ilvl w:val="0"/>
                <w:numId w:val="90"/>
              </w:numPr>
              <w:tabs>
                <w:tab w:val="clear" w:pos="720"/>
              </w:tabs>
              <w:spacing w:after="0" w:line="240" w:lineRule="auto"/>
              <w:ind w:left="369"/>
              <w:rPr>
                <w:rFonts w:eastAsia="Times New Roman" w:cs="Arial"/>
                <w:sz w:val="18"/>
                <w:szCs w:val="18"/>
                <w:lang w:val="es-PE" w:eastAsia="es-PE"/>
              </w:rPr>
            </w:pPr>
            <w:r w:rsidRPr="006517BA">
              <w:rPr>
                <w:rFonts w:eastAsia="Times New Roman" w:cs="Arial"/>
                <w:sz w:val="18"/>
                <w:szCs w:val="18"/>
                <w:lang w:val="es-PE" w:eastAsia="es-PE"/>
              </w:rPr>
              <w:lastRenderedPageBreak/>
              <w:t>Tubos de cartón grueso y conos de papel toalla reciclados</w:t>
            </w:r>
          </w:p>
          <w:p w14:paraId="54952C06" w14:textId="51DC0323" w:rsidR="004246B5" w:rsidRPr="006517BA" w:rsidRDefault="004246B5" w:rsidP="006517BA">
            <w:pPr>
              <w:pStyle w:val="Prrafodelista"/>
              <w:numPr>
                <w:ilvl w:val="0"/>
                <w:numId w:val="90"/>
              </w:numPr>
              <w:tabs>
                <w:tab w:val="clear" w:pos="720"/>
              </w:tabs>
              <w:spacing w:after="0" w:line="240" w:lineRule="auto"/>
              <w:ind w:left="369"/>
              <w:rPr>
                <w:rFonts w:eastAsia="Times New Roman" w:cs="Arial"/>
                <w:sz w:val="18"/>
                <w:szCs w:val="18"/>
                <w:lang w:val="es-PE" w:eastAsia="es-PE"/>
              </w:rPr>
            </w:pPr>
            <w:r w:rsidRPr="006517BA">
              <w:rPr>
                <w:rFonts w:eastAsia="Times New Roman" w:cs="Arial"/>
                <w:sz w:val="18"/>
                <w:szCs w:val="18"/>
                <w:lang w:val="es-PE" w:eastAsia="es-PE"/>
              </w:rPr>
              <w:t>Pelotas plásticas ligeras y de colores variados.</w:t>
            </w:r>
          </w:p>
          <w:p w14:paraId="79C6B306" w14:textId="14609D1A" w:rsidR="004246B5" w:rsidRPr="006517BA" w:rsidRDefault="004246B5" w:rsidP="006517BA">
            <w:pPr>
              <w:pStyle w:val="Prrafodelista"/>
              <w:numPr>
                <w:ilvl w:val="0"/>
                <w:numId w:val="90"/>
              </w:numPr>
              <w:tabs>
                <w:tab w:val="clear" w:pos="720"/>
              </w:tabs>
              <w:spacing w:after="0" w:line="240" w:lineRule="auto"/>
              <w:ind w:left="369"/>
              <w:rPr>
                <w:rFonts w:eastAsia="Times New Roman" w:cs="Arial"/>
                <w:sz w:val="18"/>
                <w:szCs w:val="18"/>
                <w:lang w:val="es-PE" w:eastAsia="es-PE"/>
              </w:rPr>
            </w:pPr>
            <w:r w:rsidRPr="006517BA">
              <w:rPr>
                <w:rFonts w:eastAsia="Times New Roman" w:cs="Arial"/>
                <w:sz w:val="18"/>
                <w:szCs w:val="18"/>
                <w:lang w:val="es-PE" w:eastAsia="es-PE"/>
              </w:rPr>
              <w:t>Cintas adhesivas de colores para fijar y trazar caminos.</w:t>
            </w:r>
          </w:p>
          <w:p w14:paraId="56CEED02" w14:textId="70705AE4" w:rsidR="004246B5" w:rsidRPr="006517BA" w:rsidRDefault="004246B5" w:rsidP="006517BA">
            <w:pPr>
              <w:pStyle w:val="Prrafodelista"/>
              <w:numPr>
                <w:ilvl w:val="0"/>
                <w:numId w:val="90"/>
              </w:numPr>
              <w:tabs>
                <w:tab w:val="clear" w:pos="720"/>
              </w:tabs>
              <w:spacing w:after="0" w:line="240" w:lineRule="auto"/>
              <w:ind w:left="369"/>
              <w:rPr>
                <w:rFonts w:eastAsia="Times New Roman" w:cs="Arial"/>
                <w:sz w:val="18"/>
                <w:szCs w:val="18"/>
                <w:lang w:val="es-PE" w:eastAsia="es-PE"/>
              </w:rPr>
            </w:pPr>
            <w:r w:rsidRPr="006517BA">
              <w:rPr>
                <w:rFonts w:eastAsia="Times New Roman" w:cs="Arial"/>
                <w:sz w:val="18"/>
                <w:szCs w:val="18"/>
                <w:lang w:val="es-PE" w:eastAsia="es-PE"/>
              </w:rPr>
              <w:t>Masa para modelar casera suave y palitos de helado de madera gruesos.</w:t>
            </w:r>
          </w:p>
          <w:p w14:paraId="71BC4800" w14:textId="77777777" w:rsidR="00CA498D" w:rsidRDefault="004246B5" w:rsidP="00FE67B2">
            <w:pPr>
              <w:pStyle w:val="Prrafodelista"/>
              <w:numPr>
                <w:ilvl w:val="0"/>
                <w:numId w:val="90"/>
              </w:numPr>
              <w:tabs>
                <w:tab w:val="clear" w:pos="720"/>
              </w:tabs>
              <w:spacing w:after="0" w:line="240" w:lineRule="auto"/>
              <w:ind w:left="369"/>
              <w:rPr>
                <w:rFonts w:eastAsia="Times New Roman" w:cs="Arial"/>
                <w:sz w:val="18"/>
                <w:szCs w:val="18"/>
                <w:lang w:val="es-PE" w:eastAsia="es-PE"/>
              </w:rPr>
            </w:pPr>
            <w:r w:rsidRPr="006517BA">
              <w:rPr>
                <w:rFonts w:eastAsia="Times New Roman" w:cs="Arial"/>
                <w:sz w:val="18"/>
                <w:szCs w:val="18"/>
                <w:lang w:val="es-PE" w:eastAsia="es-PE"/>
              </w:rPr>
              <w:t>Botellas plásticas transparentes con agua y escarcha de colores (espera).</w:t>
            </w:r>
          </w:p>
          <w:p w14:paraId="2251F71C" w14:textId="1F53ED1E" w:rsidR="004246B5" w:rsidRPr="00CA498D" w:rsidRDefault="004246B5" w:rsidP="00FE67B2">
            <w:pPr>
              <w:pStyle w:val="Prrafodelista"/>
              <w:numPr>
                <w:ilvl w:val="0"/>
                <w:numId w:val="90"/>
              </w:numPr>
              <w:tabs>
                <w:tab w:val="clear" w:pos="720"/>
              </w:tabs>
              <w:spacing w:after="0" w:line="240" w:lineRule="auto"/>
              <w:ind w:left="369"/>
              <w:rPr>
                <w:rFonts w:eastAsia="Times New Roman" w:cs="Arial"/>
                <w:sz w:val="18"/>
                <w:szCs w:val="18"/>
                <w:lang w:val="es-PE" w:eastAsia="es-PE"/>
              </w:rPr>
            </w:pPr>
            <w:r w:rsidRPr="00CA498D">
              <w:rPr>
                <w:rFonts w:eastAsia="Times New Roman" w:cs="Arial"/>
                <w:sz w:val="18"/>
                <w:szCs w:val="18"/>
                <w:lang w:val="es-PE" w:eastAsia="es-PE"/>
              </w:rPr>
              <w:t>Cojines individuales para la asamblea y panel de asistencia visual.</w:t>
            </w:r>
          </w:p>
        </w:tc>
        <w:tc>
          <w:tcPr>
            <w:tcW w:w="1680" w:type="dxa"/>
            <w:vAlign w:val="center"/>
          </w:tcPr>
          <w:p w14:paraId="3D81B148" w14:textId="3CC9854A" w:rsidR="004246B5" w:rsidRPr="006517BA" w:rsidRDefault="004246B5" w:rsidP="006517BA">
            <w:pPr>
              <w:pStyle w:val="Prrafodelista"/>
              <w:numPr>
                <w:ilvl w:val="0"/>
                <w:numId w:val="90"/>
              </w:numPr>
              <w:tabs>
                <w:tab w:val="clear" w:pos="720"/>
              </w:tabs>
              <w:spacing w:after="0" w:line="240" w:lineRule="auto"/>
              <w:ind w:left="400"/>
              <w:rPr>
                <w:rFonts w:eastAsia="Times New Roman" w:cs="Arial"/>
                <w:sz w:val="18"/>
                <w:szCs w:val="18"/>
                <w:lang w:val="es-PE" w:eastAsia="es-PE"/>
              </w:rPr>
            </w:pPr>
            <w:r w:rsidRPr="006517BA">
              <w:rPr>
                <w:rFonts w:eastAsia="Times New Roman" w:cs="Arial"/>
                <w:b/>
                <w:bCs/>
                <w:sz w:val="18"/>
                <w:szCs w:val="18"/>
                <w:lang w:val="es-PE" w:eastAsia="es-PE"/>
              </w:rPr>
              <w:t>Observar cómo se</w:t>
            </w:r>
            <w:r w:rsidRPr="006517BA">
              <w:rPr>
                <w:rFonts w:eastAsia="Times New Roman" w:cs="Arial"/>
                <w:sz w:val="18"/>
                <w:szCs w:val="18"/>
                <w:lang w:val="es-PE" w:eastAsia="es-PE"/>
              </w:rPr>
              <w:t xml:space="preserve"> desenvuelve el niño o niña al proponer ideas y colocar los tubos de cartón para armar los caminos en el piso del aula.</w:t>
            </w:r>
          </w:p>
          <w:p w14:paraId="337AF544" w14:textId="6168D196" w:rsidR="004246B5" w:rsidRPr="006517BA" w:rsidRDefault="004246B5" w:rsidP="00736A15">
            <w:pPr>
              <w:pStyle w:val="Prrafodelista"/>
              <w:numPr>
                <w:ilvl w:val="0"/>
                <w:numId w:val="147"/>
              </w:numPr>
              <w:tabs>
                <w:tab w:val="clear" w:pos="720"/>
              </w:tabs>
              <w:ind w:left="400"/>
              <w:rPr>
                <w:rFonts w:cs="Arial"/>
                <w:sz w:val="18"/>
                <w:szCs w:val="18"/>
                <w:lang w:val="es-PE"/>
              </w:rPr>
            </w:pPr>
            <w:r w:rsidRPr="006517BA">
              <w:rPr>
                <w:rFonts w:eastAsia="Times New Roman" w:cs="Arial"/>
                <w:b/>
                <w:bCs/>
                <w:sz w:val="18"/>
                <w:szCs w:val="18"/>
                <w:lang w:val="es-PE" w:eastAsia="es-PE"/>
              </w:rPr>
              <w:t>Observar cómo se</w:t>
            </w:r>
            <w:r w:rsidRPr="006517BA">
              <w:rPr>
                <w:rFonts w:eastAsia="Times New Roman" w:cs="Arial"/>
                <w:sz w:val="18"/>
                <w:szCs w:val="18"/>
                <w:lang w:val="es-PE" w:eastAsia="es-PE"/>
              </w:rPr>
              <w:t xml:space="preserve"> manifiesta su perseverancia o interés al intentar que las pelotas plásticas rueden de manera exitosa a lo largo del laberinto construido</w:t>
            </w:r>
          </w:p>
        </w:tc>
      </w:tr>
      <w:tr w:rsidR="00895ADD" w:rsidRPr="00774D49" w14:paraId="7EF1FFD6" w14:textId="77777777" w:rsidTr="00D8198A">
        <w:trPr>
          <w:jc w:val="center"/>
        </w:trPr>
        <w:tc>
          <w:tcPr>
            <w:tcW w:w="2378" w:type="dxa"/>
            <w:gridSpan w:val="2"/>
            <w:vAlign w:val="center"/>
          </w:tcPr>
          <w:p w14:paraId="1EFE692B" w14:textId="0A8AF4ED" w:rsidR="00895ADD" w:rsidRPr="00774D49" w:rsidRDefault="00895ADD" w:rsidP="007C4A5F">
            <w:pPr>
              <w:rPr>
                <w:rFonts w:cs="Arial"/>
                <w:sz w:val="18"/>
                <w:szCs w:val="18"/>
                <w:lang w:val="es-PE"/>
              </w:rPr>
            </w:pPr>
            <w:r w:rsidRPr="00895ADD">
              <w:rPr>
                <w:rFonts w:cs="Arial"/>
                <w:b/>
                <w:bCs/>
                <w:sz w:val="18"/>
                <w:szCs w:val="18"/>
                <w:lang w:val="es-PE"/>
              </w:rPr>
              <w:lastRenderedPageBreak/>
              <w:t>Áreas a observar:</w:t>
            </w:r>
          </w:p>
        </w:tc>
        <w:tc>
          <w:tcPr>
            <w:tcW w:w="4785" w:type="dxa"/>
            <w:vAlign w:val="center"/>
          </w:tcPr>
          <w:p w14:paraId="2115539D" w14:textId="4E2543BB" w:rsidR="00895ADD" w:rsidRPr="009A514E" w:rsidRDefault="009A514E" w:rsidP="00D81E97">
            <w:pPr>
              <w:rPr>
                <w:rFonts w:cs="Arial"/>
                <w:sz w:val="18"/>
                <w:szCs w:val="18"/>
                <w:lang w:val="es-PE"/>
              </w:rPr>
            </w:pPr>
            <w:proofErr w:type="spellStart"/>
            <w:r w:rsidRPr="009A514E">
              <w:rPr>
                <w:rFonts w:cs="Arial"/>
                <w:sz w:val="18"/>
                <w:szCs w:val="18"/>
              </w:rPr>
              <w:t>Matemática</w:t>
            </w:r>
            <w:proofErr w:type="spellEnd"/>
            <w:r w:rsidRPr="009A514E">
              <w:rPr>
                <w:rFonts w:cs="Arial"/>
                <w:sz w:val="18"/>
                <w:szCs w:val="18"/>
              </w:rPr>
              <w:t xml:space="preserve">, </w:t>
            </w:r>
            <w:proofErr w:type="spellStart"/>
            <w:r w:rsidRPr="009A514E">
              <w:rPr>
                <w:rFonts w:cs="Arial"/>
                <w:sz w:val="18"/>
                <w:szCs w:val="18"/>
              </w:rPr>
              <w:t>Psicomotricidad</w:t>
            </w:r>
            <w:proofErr w:type="spellEnd"/>
            <w:r w:rsidRPr="009A514E">
              <w:rPr>
                <w:rFonts w:cs="Arial"/>
                <w:sz w:val="18"/>
                <w:szCs w:val="18"/>
              </w:rPr>
              <w:t xml:space="preserve">, y </w:t>
            </w:r>
            <w:proofErr w:type="spellStart"/>
            <w:r w:rsidRPr="009A514E">
              <w:rPr>
                <w:rFonts w:cs="Arial"/>
                <w:sz w:val="18"/>
                <w:szCs w:val="18"/>
              </w:rPr>
              <w:t>Comunicación</w:t>
            </w:r>
            <w:proofErr w:type="spellEnd"/>
            <w:r w:rsidRPr="009A514E">
              <w:rPr>
                <w:rFonts w:cs="Arial"/>
                <w:sz w:val="18"/>
                <w:szCs w:val="18"/>
              </w:rPr>
              <w:t>.</w:t>
            </w:r>
          </w:p>
        </w:tc>
        <w:tc>
          <w:tcPr>
            <w:tcW w:w="1740" w:type="dxa"/>
            <w:vAlign w:val="center"/>
          </w:tcPr>
          <w:p w14:paraId="4A358254" w14:textId="77777777" w:rsidR="00895ADD" w:rsidRPr="00774D49" w:rsidRDefault="00895ADD" w:rsidP="00FE67B2">
            <w:pPr>
              <w:spacing w:after="0" w:line="240" w:lineRule="auto"/>
              <w:rPr>
                <w:rFonts w:eastAsia="Times New Roman" w:cs="Arial"/>
                <w:sz w:val="18"/>
                <w:szCs w:val="18"/>
                <w:lang w:val="es-PE" w:eastAsia="es-PE"/>
              </w:rPr>
            </w:pPr>
          </w:p>
        </w:tc>
        <w:tc>
          <w:tcPr>
            <w:tcW w:w="1680" w:type="dxa"/>
            <w:vAlign w:val="center"/>
          </w:tcPr>
          <w:p w14:paraId="01D5B79F" w14:textId="77777777" w:rsidR="00895ADD" w:rsidRPr="00774D49" w:rsidRDefault="00895ADD" w:rsidP="00FE67B2">
            <w:pPr>
              <w:spacing w:after="0" w:line="240" w:lineRule="auto"/>
              <w:rPr>
                <w:rFonts w:eastAsia="Times New Roman" w:cs="Arial"/>
                <w:sz w:val="18"/>
                <w:szCs w:val="18"/>
                <w:lang w:val="es-PE" w:eastAsia="es-PE"/>
              </w:rPr>
            </w:pPr>
          </w:p>
        </w:tc>
      </w:tr>
      <w:tr w:rsidR="004246B5" w:rsidRPr="00774D49" w14:paraId="73302CA5" w14:textId="77777777" w:rsidTr="00895ADD">
        <w:trPr>
          <w:jc w:val="center"/>
        </w:trPr>
        <w:tc>
          <w:tcPr>
            <w:tcW w:w="694" w:type="dxa"/>
            <w:vAlign w:val="center"/>
          </w:tcPr>
          <w:p w14:paraId="5C369BDB" w14:textId="77777777" w:rsidR="004246B5" w:rsidRPr="00774D49" w:rsidRDefault="004246B5" w:rsidP="007C4A5F">
            <w:pPr>
              <w:rPr>
                <w:rFonts w:cs="Arial"/>
                <w:sz w:val="18"/>
                <w:szCs w:val="18"/>
                <w:lang w:val="es-PE"/>
              </w:rPr>
            </w:pPr>
            <w:r w:rsidRPr="00774D49">
              <w:rPr>
                <w:rFonts w:cs="Arial"/>
                <w:sz w:val="18"/>
                <w:szCs w:val="18"/>
                <w:lang w:val="es-PE"/>
              </w:rPr>
              <w:t>Día 13</w:t>
            </w:r>
          </w:p>
        </w:tc>
        <w:tc>
          <w:tcPr>
            <w:tcW w:w="1684" w:type="dxa"/>
            <w:vAlign w:val="center"/>
          </w:tcPr>
          <w:p w14:paraId="36060424" w14:textId="77777777" w:rsidR="004246B5" w:rsidRPr="00774D49" w:rsidRDefault="004246B5" w:rsidP="007C4A5F">
            <w:pPr>
              <w:rPr>
                <w:rFonts w:cs="Arial"/>
                <w:sz w:val="18"/>
                <w:szCs w:val="18"/>
                <w:lang w:val="es-PE"/>
              </w:rPr>
            </w:pPr>
            <w:r w:rsidRPr="00774D49">
              <w:rPr>
                <w:rFonts w:cs="Arial"/>
                <w:sz w:val="18"/>
                <w:szCs w:val="18"/>
                <w:lang w:val="es-PE"/>
              </w:rPr>
              <w:t>Construimos refugios de exploradores con telas</w:t>
            </w:r>
          </w:p>
        </w:tc>
        <w:tc>
          <w:tcPr>
            <w:tcW w:w="4785" w:type="dxa"/>
            <w:vAlign w:val="center"/>
          </w:tcPr>
          <w:p w14:paraId="1FD99BEB" w14:textId="77777777" w:rsidR="004246B5" w:rsidRPr="00774D49" w:rsidRDefault="004246B5" w:rsidP="00F914D5">
            <w:pPr>
              <w:rPr>
                <w:rFonts w:cs="Arial"/>
                <w:b/>
                <w:bCs/>
                <w:sz w:val="18"/>
                <w:szCs w:val="18"/>
                <w:lang w:val="es-PE"/>
              </w:rPr>
            </w:pPr>
            <w:r w:rsidRPr="00774D49">
              <w:rPr>
                <w:rFonts w:cs="Arial"/>
                <w:b/>
                <w:bCs/>
                <w:sz w:val="18"/>
                <w:szCs w:val="18"/>
                <w:lang w:val="es-PE"/>
              </w:rPr>
              <w:t>Rutinas de Entrada (08:00 - 08:30)</w:t>
            </w:r>
          </w:p>
          <w:p w14:paraId="7A3F3ABE" w14:textId="77777777" w:rsidR="004246B5" w:rsidRPr="00774D49" w:rsidRDefault="004246B5" w:rsidP="004246B5">
            <w:pPr>
              <w:numPr>
                <w:ilvl w:val="0"/>
                <w:numId w:val="91"/>
              </w:numPr>
              <w:rPr>
                <w:rFonts w:cs="Arial"/>
                <w:sz w:val="18"/>
                <w:szCs w:val="18"/>
                <w:lang w:val="es-PE"/>
              </w:rPr>
            </w:pPr>
            <w:r w:rsidRPr="00774D49">
              <w:rPr>
                <w:rFonts w:cs="Arial"/>
                <w:b/>
                <w:bCs/>
                <w:sz w:val="18"/>
                <w:szCs w:val="18"/>
                <w:lang w:val="es-PE"/>
              </w:rPr>
              <w:t>Recepción:</w:t>
            </w:r>
            <w:r w:rsidRPr="00774D49">
              <w:rPr>
                <w:rFonts w:cs="Arial"/>
                <w:sz w:val="18"/>
                <w:szCs w:val="18"/>
                <w:lang w:val="es-PE"/>
              </w:rPr>
              <w:t xml:space="preserve"> Recibimiento personalizado y afectuoso a la altura del niño, saludándolo por su nombre con palabras cálidas, agachándose para establecer contacto visual directo y brindándole un entorno de absoluta calma y seguridad emocional en su ingreso al aula.</w:t>
            </w:r>
          </w:p>
          <w:p w14:paraId="66BD89F3" w14:textId="77777777" w:rsidR="004246B5" w:rsidRPr="00774D49" w:rsidRDefault="004246B5" w:rsidP="004246B5">
            <w:pPr>
              <w:numPr>
                <w:ilvl w:val="0"/>
                <w:numId w:val="91"/>
              </w:numPr>
              <w:rPr>
                <w:rFonts w:cs="Arial"/>
                <w:sz w:val="18"/>
                <w:szCs w:val="18"/>
                <w:lang w:val="es-PE"/>
              </w:rPr>
            </w:pPr>
            <w:r w:rsidRPr="00774D49">
              <w:rPr>
                <w:rFonts w:cs="Arial"/>
                <w:sz w:val="18"/>
                <w:szCs w:val="18"/>
                <w:lang w:val="es-PE"/>
              </w:rPr>
              <w:t>Se realiza la verificación del estado físico y emocional de cada estudiante, entablando un breve diálogo de confianza con el padre de familia o cuidador para recoger datos relevantes del bienestar del niño al iniciar el día.</w:t>
            </w:r>
          </w:p>
          <w:p w14:paraId="10622418" w14:textId="77777777" w:rsidR="004246B5" w:rsidRPr="00774D49" w:rsidRDefault="004246B5" w:rsidP="004246B5">
            <w:pPr>
              <w:numPr>
                <w:ilvl w:val="0"/>
                <w:numId w:val="91"/>
              </w:numPr>
              <w:rPr>
                <w:rFonts w:cs="Arial"/>
                <w:sz w:val="18"/>
                <w:szCs w:val="18"/>
                <w:lang w:val="es-PE"/>
              </w:rPr>
            </w:pPr>
            <w:r w:rsidRPr="00774D49">
              <w:rPr>
                <w:rFonts w:cs="Arial"/>
                <w:sz w:val="18"/>
                <w:szCs w:val="18"/>
                <w:lang w:val="es-PE"/>
              </w:rPr>
              <w:t>Se permite el uso de un objeto de apego (como un peluche, mantita o juguete pequeño traído de casa) si el niño lo requiere para manejar la ansiedad de la separación familiar y facilitar su transición armónica al espacio escolar.</w:t>
            </w:r>
          </w:p>
          <w:p w14:paraId="200F6704" w14:textId="77777777" w:rsidR="004246B5" w:rsidRPr="00774D49" w:rsidRDefault="004246B5" w:rsidP="004246B5">
            <w:pPr>
              <w:numPr>
                <w:ilvl w:val="0"/>
                <w:numId w:val="91"/>
              </w:numPr>
              <w:rPr>
                <w:rFonts w:cs="Arial"/>
                <w:sz w:val="18"/>
                <w:szCs w:val="18"/>
                <w:lang w:val="es-PE"/>
              </w:rPr>
            </w:pPr>
            <w:r w:rsidRPr="00774D49">
              <w:rPr>
                <w:rFonts w:cs="Arial"/>
                <w:sz w:val="18"/>
                <w:szCs w:val="18"/>
                <w:lang w:val="es-PE"/>
              </w:rPr>
              <w:t>Se acompaña al niño a colocar su mochila, lonchera y abrigo en su respectivo casillero asignado, promoviendo el reconocimiento de su espacio personal a través de las etiquetas visuales con su fotografía.</w:t>
            </w:r>
          </w:p>
          <w:p w14:paraId="09EFC412" w14:textId="77777777" w:rsidR="004246B5" w:rsidRPr="00774D49" w:rsidRDefault="004246B5" w:rsidP="004246B5">
            <w:pPr>
              <w:numPr>
                <w:ilvl w:val="0"/>
                <w:numId w:val="91"/>
              </w:numPr>
              <w:rPr>
                <w:rFonts w:cs="Arial"/>
                <w:sz w:val="18"/>
                <w:szCs w:val="18"/>
                <w:lang w:val="es-PE"/>
              </w:rPr>
            </w:pPr>
            <w:r w:rsidRPr="00774D49">
              <w:rPr>
                <w:rFonts w:cs="Arial"/>
                <w:b/>
                <w:bCs/>
                <w:sz w:val="18"/>
                <w:szCs w:val="18"/>
                <w:lang w:val="es-PE"/>
              </w:rPr>
              <w:lastRenderedPageBreak/>
              <w:t>Cajas de Espera:</w:t>
            </w:r>
            <w:r w:rsidRPr="00774D49">
              <w:rPr>
                <w:rFonts w:cs="Arial"/>
                <w:sz w:val="18"/>
                <w:szCs w:val="18"/>
                <w:lang w:val="es-PE"/>
              </w:rPr>
              <w:t xml:space="preserve"> Colocación de canastas plásticas en las mesas con retazos y pañuelos de telas de colores variados y de texturas suaves como tul, seda o algodón para una transición tranquila, permitiendo que los niños las manipulen, las lancen al aire, miren a través de ellas y exploren de forma libre mientras llegan sus compañeros.</w:t>
            </w:r>
          </w:p>
          <w:p w14:paraId="4E41A22E" w14:textId="77777777" w:rsidR="004246B5" w:rsidRPr="00774D49" w:rsidRDefault="004246B5" w:rsidP="004246B5">
            <w:pPr>
              <w:numPr>
                <w:ilvl w:val="0"/>
                <w:numId w:val="91"/>
              </w:numPr>
              <w:rPr>
                <w:rFonts w:cs="Arial"/>
                <w:sz w:val="18"/>
                <w:szCs w:val="18"/>
                <w:lang w:val="es-PE"/>
              </w:rPr>
            </w:pPr>
            <w:r w:rsidRPr="00774D49">
              <w:rPr>
                <w:rFonts w:cs="Arial"/>
                <w:b/>
                <w:bCs/>
                <w:sz w:val="18"/>
                <w:szCs w:val="18"/>
                <w:lang w:val="es-PE"/>
              </w:rPr>
              <w:t>Actividades Permanentes:</w:t>
            </w:r>
            <w:r w:rsidRPr="00774D49">
              <w:rPr>
                <w:rFonts w:cs="Arial"/>
                <w:sz w:val="18"/>
                <w:szCs w:val="18"/>
                <w:lang w:val="es-PE"/>
              </w:rPr>
              <w:t xml:space="preserve"> Asamblea breve en semicírculo sobre cojines individuales distribuidos en el piso para delimitar el espacio físico de cada estudiante.</w:t>
            </w:r>
          </w:p>
          <w:p w14:paraId="46F7AF07" w14:textId="77777777" w:rsidR="004246B5" w:rsidRPr="00774D49" w:rsidRDefault="004246B5" w:rsidP="004246B5">
            <w:pPr>
              <w:numPr>
                <w:ilvl w:val="0"/>
                <w:numId w:val="91"/>
              </w:numPr>
              <w:rPr>
                <w:rFonts w:cs="Arial"/>
                <w:sz w:val="18"/>
                <w:szCs w:val="18"/>
                <w:lang w:val="es-PE"/>
              </w:rPr>
            </w:pPr>
            <w:r w:rsidRPr="00774D49">
              <w:rPr>
                <w:rFonts w:cs="Arial"/>
                <w:sz w:val="18"/>
                <w:szCs w:val="18"/>
                <w:lang w:val="es-PE"/>
              </w:rPr>
              <w:t>Cantamos la canción del saludo del aula para integrarnos, aplaudiendo y realizando movimientos corporales rítmicos acordes a la melodía.</w:t>
            </w:r>
          </w:p>
          <w:p w14:paraId="27028419" w14:textId="77777777" w:rsidR="004246B5" w:rsidRPr="00774D49" w:rsidRDefault="004246B5" w:rsidP="004246B5">
            <w:pPr>
              <w:numPr>
                <w:ilvl w:val="0"/>
                <w:numId w:val="91"/>
              </w:numPr>
              <w:rPr>
                <w:rFonts w:cs="Arial"/>
                <w:sz w:val="18"/>
                <w:szCs w:val="18"/>
                <w:lang w:val="es-PE"/>
              </w:rPr>
            </w:pPr>
            <w:r w:rsidRPr="00774D49">
              <w:rPr>
                <w:rFonts w:cs="Arial"/>
                <w:sz w:val="18"/>
                <w:szCs w:val="18"/>
                <w:lang w:val="es-PE"/>
              </w:rPr>
              <w:t>Registramos la asistencia de manera visual y participativa, invitando a cada niño a buscar la tarjeta con su fotografía y colocarla en el panel de asistencia de “Los que vinieron hoy”.</w:t>
            </w:r>
          </w:p>
          <w:p w14:paraId="269283C8" w14:textId="77777777" w:rsidR="004246B5" w:rsidRPr="00774D49" w:rsidRDefault="004246B5" w:rsidP="004246B5">
            <w:pPr>
              <w:numPr>
                <w:ilvl w:val="0"/>
                <w:numId w:val="91"/>
              </w:numPr>
              <w:rPr>
                <w:rFonts w:cs="Arial"/>
                <w:sz w:val="18"/>
                <w:szCs w:val="18"/>
                <w:lang w:val="es-PE"/>
              </w:rPr>
            </w:pPr>
            <w:r w:rsidRPr="00774D49">
              <w:rPr>
                <w:rFonts w:cs="Arial"/>
                <w:sz w:val="18"/>
                <w:szCs w:val="18"/>
                <w:lang w:val="es-PE"/>
              </w:rPr>
              <w:t>Revisamos el calendario de forma lúdica, identificando el día de la semana con apoyo de una canción corta y actualizando el cartel del clima (soleado, lluvioso o nublado) asomándonos brevemente a la ventana del aula.</w:t>
            </w:r>
          </w:p>
          <w:p w14:paraId="5DD65B2F" w14:textId="77777777" w:rsidR="004246B5" w:rsidRPr="00774D49" w:rsidRDefault="004246B5" w:rsidP="00F914D5">
            <w:pPr>
              <w:rPr>
                <w:rFonts w:cs="Arial"/>
                <w:b/>
                <w:bCs/>
                <w:sz w:val="18"/>
                <w:szCs w:val="18"/>
                <w:lang w:val="es-PE"/>
              </w:rPr>
            </w:pPr>
            <w:r w:rsidRPr="00774D49">
              <w:rPr>
                <w:rFonts w:cs="Arial"/>
                <w:b/>
                <w:bCs/>
                <w:sz w:val="18"/>
                <w:szCs w:val="18"/>
                <w:lang w:val="es-PE"/>
              </w:rPr>
              <w:t>Juego Libre en los espacios (08:30 - 09:30)</w:t>
            </w:r>
          </w:p>
          <w:p w14:paraId="0374F784" w14:textId="77777777" w:rsidR="004246B5" w:rsidRPr="00774D49" w:rsidRDefault="004246B5" w:rsidP="004246B5">
            <w:pPr>
              <w:numPr>
                <w:ilvl w:val="0"/>
                <w:numId w:val="92"/>
              </w:numPr>
              <w:rPr>
                <w:rFonts w:cs="Arial"/>
                <w:sz w:val="18"/>
                <w:szCs w:val="18"/>
                <w:lang w:val="es-PE"/>
              </w:rPr>
            </w:pPr>
            <w:r w:rsidRPr="00774D49">
              <w:rPr>
                <w:rFonts w:cs="Arial"/>
                <w:b/>
                <w:bCs/>
                <w:sz w:val="18"/>
                <w:szCs w:val="18"/>
                <w:lang w:val="es-PE"/>
              </w:rPr>
              <w:t>Planificación y Organización (Fase 1):</w:t>
            </w:r>
            <w:r w:rsidRPr="00774D49">
              <w:rPr>
                <w:rFonts w:cs="Arial"/>
                <w:sz w:val="18"/>
                <w:szCs w:val="18"/>
                <w:lang w:val="es-PE"/>
              </w:rPr>
              <w:t xml:space="preserve"> Los niños se sientan en círculo en el espacio de asamblea principal, recuerdan las normas de convivencia básicas para el juego (compartir los materiales, cuidar a los amigos y no correr) y eligen de forma autónoma a qué sector desean ir (Construcción, Lectura o Arte).</w:t>
            </w:r>
          </w:p>
          <w:p w14:paraId="39482379" w14:textId="77777777" w:rsidR="004246B5" w:rsidRPr="00774D49" w:rsidRDefault="004246B5" w:rsidP="004246B5">
            <w:pPr>
              <w:numPr>
                <w:ilvl w:val="0"/>
                <w:numId w:val="92"/>
              </w:numPr>
              <w:rPr>
                <w:rFonts w:cs="Arial"/>
                <w:sz w:val="18"/>
                <w:szCs w:val="18"/>
                <w:lang w:val="es-PE"/>
              </w:rPr>
            </w:pPr>
            <w:r w:rsidRPr="00774D49">
              <w:rPr>
                <w:rFonts w:cs="Arial"/>
                <w:sz w:val="18"/>
                <w:szCs w:val="18"/>
                <w:lang w:val="es-PE"/>
              </w:rPr>
              <w:t>Se organizan en pequeños grupos y la docente les distribuye collares o carnés identificadores con el color del sector seleccionado para la autorregulación del aforo y asegurar que cada espacio cuente con la cantidad adecuada de niños.</w:t>
            </w:r>
          </w:p>
          <w:p w14:paraId="1F85AC5B" w14:textId="77777777" w:rsidR="004246B5" w:rsidRPr="00774D49" w:rsidRDefault="004246B5" w:rsidP="004246B5">
            <w:pPr>
              <w:numPr>
                <w:ilvl w:val="0"/>
                <w:numId w:val="92"/>
              </w:numPr>
              <w:rPr>
                <w:rFonts w:cs="Arial"/>
                <w:sz w:val="18"/>
                <w:szCs w:val="18"/>
                <w:lang w:val="es-PE"/>
              </w:rPr>
            </w:pPr>
            <w:r w:rsidRPr="00774D49">
              <w:rPr>
                <w:rFonts w:cs="Arial"/>
                <w:b/>
                <w:bCs/>
                <w:sz w:val="18"/>
                <w:szCs w:val="18"/>
                <w:lang w:val="es-PE"/>
              </w:rPr>
              <w:t>Desarrollo o Ejecución (Fase 2):</w:t>
            </w:r>
            <w:r w:rsidRPr="00774D49">
              <w:rPr>
                <w:rFonts w:cs="Arial"/>
                <w:sz w:val="18"/>
                <w:szCs w:val="18"/>
                <w:lang w:val="es-PE"/>
              </w:rPr>
              <w:t xml:space="preserve"> Los niños se desplazan a los sectores elegidos y juegan libremente con los materiales dispuestos en los estantes bajos de manera autónoma.</w:t>
            </w:r>
          </w:p>
          <w:p w14:paraId="6631D8E7" w14:textId="77777777" w:rsidR="004246B5" w:rsidRPr="00774D49" w:rsidRDefault="004246B5" w:rsidP="004246B5">
            <w:pPr>
              <w:numPr>
                <w:ilvl w:val="0"/>
                <w:numId w:val="92"/>
              </w:numPr>
              <w:rPr>
                <w:rFonts w:cs="Arial"/>
                <w:sz w:val="18"/>
                <w:szCs w:val="18"/>
                <w:lang w:val="es-PE"/>
              </w:rPr>
            </w:pPr>
            <w:r w:rsidRPr="00774D49">
              <w:rPr>
                <w:rFonts w:cs="Arial"/>
                <w:sz w:val="18"/>
                <w:szCs w:val="18"/>
                <w:lang w:val="es-PE"/>
              </w:rPr>
              <w:t>La docente realiza un acompañamiento indirecto y observa el juego sin interrumpir las iniciativas de los niños, identificando las interacciones sociales, las formas de comunicación, los conflictos espontáneos y registrando estas evidencias de manera descriptiva en su cuaderno de campo.</w:t>
            </w:r>
          </w:p>
          <w:p w14:paraId="215AF873" w14:textId="77777777" w:rsidR="004246B5" w:rsidRPr="00774D49" w:rsidRDefault="004246B5" w:rsidP="004246B5">
            <w:pPr>
              <w:numPr>
                <w:ilvl w:val="0"/>
                <w:numId w:val="92"/>
              </w:numPr>
              <w:rPr>
                <w:rFonts w:cs="Arial"/>
                <w:sz w:val="18"/>
                <w:szCs w:val="18"/>
                <w:lang w:val="es-PE"/>
              </w:rPr>
            </w:pPr>
            <w:r w:rsidRPr="00774D49">
              <w:rPr>
                <w:rFonts w:cs="Arial"/>
                <w:b/>
                <w:bCs/>
                <w:sz w:val="18"/>
                <w:szCs w:val="18"/>
                <w:lang w:val="es-PE"/>
              </w:rPr>
              <w:t>Orden, Socialización y Representación (Fase 3):</w:t>
            </w:r>
            <w:r w:rsidRPr="00774D49">
              <w:rPr>
                <w:rFonts w:cs="Arial"/>
                <w:sz w:val="18"/>
                <w:szCs w:val="18"/>
                <w:lang w:val="es-PE"/>
              </w:rPr>
              <w:t xml:space="preserve"> Cantamos una canción de orden tradicional del nivel Inicial para anticipar el cierre del juego.</w:t>
            </w:r>
          </w:p>
          <w:p w14:paraId="39FA2826" w14:textId="77777777" w:rsidR="004246B5" w:rsidRPr="00774D49" w:rsidRDefault="004246B5" w:rsidP="004246B5">
            <w:pPr>
              <w:numPr>
                <w:ilvl w:val="0"/>
                <w:numId w:val="92"/>
              </w:numPr>
              <w:rPr>
                <w:rFonts w:cs="Arial"/>
                <w:sz w:val="18"/>
                <w:szCs w:val="18"/>
                <w:lang w:val="es-PE"/>
              </w:rPr>
            </w:pPr>
            <w:r w:rsidRPr="00774D49">
              <w:rPr>
                <w:rFonts w:cs="Arial"/>
                <w:sz w:val="18"/>
                <w:szCs w:val="18"/>
                <w:lang w:val="es-PE"/>
              </w:rPr>
              <w:t>Los niños guardan de manera colaborativa los materiales en las canastas rotuladas con siluetas y dibujos, colocándolas de vuelta en los estantes correspondientes.</w:t>
            </w:r>
          </w:p>
          <w:p w14:paraId="4CE30183" w14:textId="77777777" w:rsidR="004246B5" w:rsidRPr="00774D49" w:rsidRDefault="004246B5" w:rsidP="004246B5">
            <w:pPr>
              <w:numPr>
                <w:ilvl w:val="0"/>
                <w:numId w:val="92"/>
              </w:numPr>
              <w:rPr>
                <w:rFonts w:cs="Arial"/>
                <w:sz w:val="18"/>
                <w:szCs w:val="18"/>
                <w:lang w:val="es-PE"/>
              </w:rPr>
            </w:pPr>
            <w:r w:rsidRPr="00774D49">
              <w:rPr>
                <w:rFonts w:cs="Arial"/>
                <w:sz w:val="18"/>
                <w:szCs w:val="18"/>
                <w:lang w:val="es-PE"/>
              </w:rPr>
              <w:t xml:space="preserve">Nos reunimos nuevamente en la asamblea para verbalizar brevemente a qué jugaron, con </w:t>
            </w:r>
            <w:proofErr w:type="spellStart"/>
            <w:r w:rsidRPr="00774D49">
              <w:rPr>
                <w:rFonts w:cs="Arial"/>
                <w:sz w:val="18"/>
                <w:szCs w:val="18"/>
                <w:lang w:val="es-PE"/>
              </w:rPr>
              <w:t>quiénes</w:t>
            </w:r>
            <w:proofErr w:type="spellEnd"/>
            <w:r w:rsidRPr="00774D49">
              <w:rPr>
                <w:rFonts w:cs="Arial"/>
                <w:sz w:val="18"/>
                <w:szCs w:val="18"/>
                <w:lang w:val="es-PE"/>
              </w:rPr>
              <w:t xml:space="preserve"> compartieron los juguetes y cómo se sintieron durante el momento de juego libre.</w:t>
            </w:r>
          </w:p>
          <w:p w14:paraId="3BBDD1E9" w14:textId="77777777" w:rsidR="004246B5" w:rsidRPr="00774D49" w:rsidRDefault="004246B5" w:rsidP="00F914D5">
            <w:pPr>
              <w:rPr>
                <w:rFonts w:cs="Arial"/>
                <w:b/>
                <w:bCs/>
                <w:sz w:val="18"/>
                <w:szCs w:val="18"/>
                <w:lang w:val="es-PE"/>
              </w:rPr>
            </w:pPr>
            <w:r w:rsidRPr="00774D49">
              <w:rPr>
                <w:rFonts w:cs="Arial"/>
                <w:b/>
                <w:bCs/>
                <w:sz w:val="18"/>
                <w:szCs w:val="18"/>
                <w:lang w:val="es-PE"/>
              </w:rPr>
              <w:t>Actividad Significativa / Sesión Central (09:30 - 10:30)</w:t>
            </w:r>
          </w:p>
          <w:p w14:paraId="7C2AB0E1" w14:textId="77777777" w:rsidR="004246B5" w:rsidRPr="00774D49" w:rsidRDefault="004246B5" w:rsidP="004246B5">
            <w:pPr>
              <w:numPr>
                <w:ilvl w:val="0"/>
                <w:numId w:val="93"/>
              </w:numPr>
              <w:rPr>
                <w:rFonts w:cs="Arial"/>
                <w:sz w:val="18"/>
                <w:szCs w:val="18"/>
                <w:lang w:val="es-PE"/>
              </w:rPr>
            </w:pPr>
            <w:r w:rsidRPr="00774D49">
              <w:rPr>
                <w:rFonts w:cs="Arial"/>
                <w:b/>
                <w:bCs/>
                <w:sz w:val="18"/>
                <w:szCs w:val="18"/>
                <w:lang w:val="es-PE"/>
              </w:rPr>
              <w:lastRenderedPageBreak/>
              <w:t>Inicio (Antes):</w:t>
            </w:r>
            <w:r w:rsidRPr="00774D49">
              <w:rPr>
                <w:rFonts w:cs="Arial"/>
                <w:sz w:val="18"/>
                <w:szCs w:val="18"/>
                <w:lang w:val="es-PE"/>
              </w:rPr>
              <w:t xml:space="preserve"> La docente capta la atención de los niños en la asamblea utilizando una melodía suave de introducción y presenta una manta grande extendida sobre dos sillas en el centro del círculo, simulando una pequeña “cueva” u “hogar oscuro”.</w:t>
            </w:r>
          </w:p>
          <w:p w14:paraId="0CD0B4C2" w14:textId="77777777" w:rsidR="004246B5" w:rsidRPr="00774D49" w:rsidRDefault="004246B5" w:rsidP="004246B5">
            <w:pPr>
              <w:numPr>
                <w:ilvl w:val="0"/>
                <w:numId w:val="93"/>
              </w:numPr>
              <w:rPr>
                <w:rFonts w:cs="Arial"/>
                <w:sz w:val="18"/>
                <w:szCs w:val="18"/>
                <w:lang w:val="es-PE"/>
              </w:rPr>
            </w:pPr>
            <w:r w:rsidRPr="00774D49">
              <w:rPr>
                <w:rFonts w:cs="Arial"/>
                <w:sz w:val="18"/>
                <w:szCs w:val="18"/>
                <w:lang w:val="es-PE"/>
              </w:rPr>
              <w:t>Invita de forma pausada a los niños a observar el espacio interior generado debajo de la manta, despertando el asombro, el misterio y el interés del grupo.</w:t>
            </w:r>
          </w:p>
          <w:p w14:paraId="3DB32442" w14:textId="77777777" w:rsidR="004246B5" w:rsidRPr="00774D49" w:rsidRDefault="004246B5" w:rsidP="004246B5">
            <w:pPr>
              <w:numPr>
                <w:ilvl w:val="0"/>
                <w:numId w:val="93"/>
              </w:numPr>
              <w:rPr>
                <w:rFonts w:cs="Arial"/>
                <w:sz w:val="18"/>
                <w:szCs w:val="18"/>
                <w:lang w:val="es-PE"/>
              </w:rPr>
            </w:pPr>
            <w:r w:rsidRPr="00774D49">
              <w:rPr>
                <w:rFonts w:cs="Arial"/>
                <w:sz w:val="18"/>
                <w:szCs w:val="18"/>
                <w:lang w:val="es-PE"/>
              </w:rPr>
              <w:t>Plantea las preguntas de conflicto cognitivo e indagación: ¿Qué habrá dentro de esta casita de tela? ¿Quién quiere entrar a descubrirlo? ¿Cómo podemos hacer para construir nuestros propios refugios y cuevas de exploradores en el aula? ¿Qué materiales nos servirían para hacer el techo?</w:t>
            </w:r>
          </w:p>
          <w:p w14:paraId="1C82D125" w14:textId="77777777" w:rsidR="004246B5" w:rsidRPr="00774D49" w:rsidRDefault="004246B5" w:rsidP="004246B5">
            <w:pPr>
              <w:numPr>
                <w:ilvl w:val="0"/>
                <w:numId w:val="93"/>
              </w:numPr>
              <w:rPr>
                <w:rFonts w:cs="Arial"/>
                <w:sz w:val="18"/>
                <w:szCs w:val="18"/>
                <w:lang w:val="es-PE"/>
              </w:rPr>
            </w:pPr>
            <w:r w:rsidRPr="00774D49">
              <w:rPr>
                <w:rFonts w:cs="Arial"/>
                <w:b/>
                <w:bCs/>
                <w:sz w:val="18"/>
                <w:szCs w:val="18"/>
                <w:lang w:val="es-PE"/>
              </w:rPr>
              <w:t>Desarrollo (Durante):</w:t>
            </w:r>
            <w:r w:rsidRPr="00774D49">
              <w:rPr>
                <w:rFonts w:cs="Arial"/>
                <w:sz w:val="18"/>
                <w:szCs w:val="18"/>
                <w:lang w:val="es-PE"/>
              </w:rPr>
              <w:t xml:space="preserve"> Los niños se acercan libremente y se organizan en grupos pequeños en el espacio central de construcción del aula, el cual ha sido despejado previamente de mesas para facilitar un desplazamiento cómodo y seguro.</w:t>
            </w:r>
          </w:p>
          <w:p w14:paraId="619E31C3" w14:textId="77777777" w:rsidR="004246B5" w:rsidRPr="00774D49" w:rsidRDefault="004246B5" w:rsidP="004246B5">
            <w:pPr>
              <w:numPr>
                <w:ilvl w:val="0"/>
                <w:numId w:val="93"/>
              </w:numPr>
              <w:rPr>
                <w:rFonts w:cs="Arial"/>
                <w:sz w:val="18"/>
                <w:szCs w:val="18"/>
                <w:lang w:val="es-PE"/>
              </w:rPr>
            </w:pPr>
            <w:r w:rsidRPr="00774D49">
              <w:rPr>
                <w:rFonts w:cs="Arial"/>
                <w:sz w:val="18"/>
                <w:szCs w:val="18"/>
                <w:lang w:val="es-PE"/>
              </w:rPr>
              <w:t>Exploran con todos sus sentidos los materiales distribuidos de forma masiva: manipulan telas de colores de diferentes tamaños (grandes, medianas, largas), tocan mantas pesadas, sienten sus texturas y observan la variedad de colores.</w:t>
            </w:r>
          </w:p>
          <w:p w14:paraId="0CE7DDF5" w14:textId="77777777" w:rsidR="004246B5" w:rsidRPr="00774D49" w:rsidRDefault="004246B5" w:rsidP="004246B5">
            <w:pPr>
              <w:numPr>
                <w:ilvl w:val="0"/>
                <w:numId w:val="93"/>
              </w:numPr>
              <w:rPr>
                <w:rFonts w:cs="Arial"/>
                <w:sz w:val="18"/>
                <w:szCs w:val="18"/>
                <w:lang w:val="es-PE"/>
              </w:rPr>
            </w:pPr>
            <w:r w:rsidRPr="00774D49">
              <w:rPr>
                <w:rFonts w:cs="Arial"/>
                <w:sz w:val="18"/>
                <w:szCs w:val="18"/>
                <w:lang w:val="es-PE"/>
              </w:rPr>
              <w:t>Juegan a extender las telas sobre las sillas del aula, las cubren por completo para armar cuevas oscuras, refugios de exploradores, pasadizos cerrados, túneles o caminos techados.</w:t>
            </w:r>
          </w:p>
          <w:p w14:paraId="363ACADC" w14:textId="77777777" w:rsidR="004246B5" w:rsidRPr="00774D49" w:rsidRDefault="004246B5" w:rsidP="004246B5">
            <w:pPr>
              <w:numPr>
                <w:ilvl w:val="0"/>
                <w:numId w:val="93"/>
              </w:numPr>
              <w:rPr>
                <w:rFonts w:cs="Arial"/>
                <w:sz w:val="18"/>
                <w:szCs w:val="18"/>
                <w:lang w:val="es-PE"/>
              </w:rPr>
            </w:pPr>
            <w:r w:rsidRPr="00774D49">
              <w:rPr>
                <w:rFonts w:cs="Arial"/>
                <w:sz w:val="18"/>
                <w:szCs w:val="18"/>
                <w:lang w:val="es-PE"/>
              </w:rPr>
              <w:t>Entran y salen gateando de las estructuras, se esconden con entusiasmo, colaboran de manera activa entre compañeros sosteniendo los extremos de las mantas y utilizan pinzas de ropa plásticas y gruesas provistas por la docente para sujetar firmemente las telas a los bordes de las sillas.</w:t>
            </w:r>
          </w:p>
          <w:p w14:paraId="08851F02" w14:textId="77777777" w:rsidR="004246B5" w:rsidRPr="00774D49" w:rsidRDefault="004246B5" w:rsidP="004246B5">
            <w:pPr>
              <w:numPr>
                <w:ilvl w:val="0"/>
                <w:numId w:val="93"/>
              </w:numPr>
              <w:rPr>
                <w:rFonts w:cs="Arial"/>
                <w:sz w:val="18"/>
                <w:szCs w:val="18"/>
                <w:lang w:val="es-PE"/>
              </w:rPr>
            </w:pPr>
            <w:r w:rsidRPr="00774D49">
              <w:rPr>
                <w:rFonts w:cs="Arial"/>
                <w:sz w:val="18"/>
                <w:szCs w:val="18"/>
                <w:lang w:val="es-PE"/>
              </w:rPr>
              <w:t>La docente acompaña la exploración respetando los ritmos de cada niño, interviniendo para mediar el lenguaje mediante la expansión de frases (</w:t>
            </w:r>
            <w:proofErr w:type="spellStart"/>
            <w:r w:rsidRPr="00774D49">
              <w:rPr>
                <w:rFonts w:cs="Arial"/>
                <w:sz w:val="18"/>
                <w:szCs w:val="18"/>
                <w:lang w:val="es-PE"/>
              </w:rPr>
              <w:t>Ej</w:t>
            </w:r>
            <w:proofErr w:type="spellEnd"/>
            <w:r w:rsidRPr="00774D49">
              <w:rPr>
                <w:rFonts w:cs="Arial"/>
                <w:sz w:val="18"/>
                <w:szCs w:val="18"/>
                <w:lang w:val="es-PE"/>
              </w:rPr>
              <w:t>: Si el niño se asoma desde abajo y dice “casita”, la docente responde con afecto: “Sí, es una casita muy grande y la hiciste con una manta azul, estás adentro de tu refugio seguro con tus amigos”).</w:t>
            </w:r>
          </w:p>
          <w:p w14:paraId="76035555" w14:textId="77777777" w:rsidR="004246B5" w:rsidRPr="00774D49" w:rsidRDefault="004246B5" w:rsidP="004246B5">
            <w:pPr>
              <w:numPr>
                <w:ilvl w:val="0"/>
                <w:numId w:val="93"/>
              </w:numPr>
              <w:rPr>
                <w:rFonts w:cs="Arial"/>
                <w:sz w:val="18"/>
                <w:szCs w:val="18"/>
                <w:lang w:val="es-PE"/>
              </w:rPr>
            </w:pPr>
            <w:r w:rsidRPr="00774D49">
              <w:rPr>
                <w:rFonts w:cs="Arial"/>
                <w:b/>
                <w:bCs/>
                <w:sz w:val="18"/>
                <w:szCs w:val="18"/>
                <w:lang w:val="es-PE"/>
              </w:rPr>
              <w:t>Cierre (Después):</w:t>
            </w:r>
            <w:r w:rsidRPr="00774D49">
              <w:rPr>
                <w:rFonts w:cs="Arial"/>
                <w:sz w:val="18"/>
                <w:szCs w:val="18"/>
                <w:lang w:val="es-PE"/>
              </w:rPr>
              <w:t xml:space="preserve"> Regresamos a la asamblea breve sentándonos en círculo en el piso alrededor de los refugios y cuevas construidos por los grupos.</w:t>
            </w:r>
          </w:p>
          <w:p w14:paraId="78ED9443" w14:textId="77777777" w:rsidR="004246B5" w:rsidRPr="00774D49" w:rsidRDefault="004246B5" w:rsidP="004246B5">
            <w:pPr>
              <w:numPr>
                <w:ilvl w:val="0"/>
                <w:numId w:val="93"/>
              </w:numPr>
              <w:rPr>
                <w:rFonts w:cs="Arial"/>
                <w:sz w:val="18"/>
                <w:szCs w:val="18"/>
                <w:lang w:val="es-PE"/>
              </w:rPr>
            </w:pPr>
            <w:r w:rsidRPr="00774D49">
              <w:rPr>
                <w:rFonts w:cs="Arial"/>
                <w:sz w:val="18"/>
                <w:szCs w:val="18"/>
                <w:lang w:val="es-PE"/>
              </w:rPr>
              <w:t>Dialogamos de forma reflexiva mediante preguntas sencillas de metacognición: ¿Cómo se organizaron para armar sus refugios de exploradores? ¿Qué materiales les sirvieron para hacer las paredes y el techo? ¿Cómo lograron que las telas no se cayeran al piso?</w:t>
            </w:r>
          </w:p>
          <w:p w14:paraId="4D5DCE3E" w14:textId="77777777" w:rsidR="004246B5" w:rsidRPr="00774D49" w:rsidRDefault="004246B5" w:rsidP="004246B5">
            <w:pPr>
              <w:numPr>
                <w:ilvl w:val="0"/>
                <w:numId w:val="93"/>
              </w:numPr>
              <w:rPr>
                <w:rFonts w:cs="Arial"/>
                <w:sz w:val="18"/>
                <w:szCs w:val="18"/>
                <w:lang w:val="es-PE"/>
              </w:rPr>
            </w:pPr>
            <w:r w:rsidRPr="00774D49">
              <w:rPr>
                <w:rFonts w:cs="Arial"/>
                <w:sz w:val="18"/>
                <w:szCs w:val="18"/>
                <w:lang w:val="es-PE"/>
              </w:rPr>
              <w:t>Nos organizamos en grupos colaborativos para retirar las pinzas plásticas, desarmar las cuevas con cuidado, doblar las telas y guardarlas ordenadamente en sus canastas correspondientes, dejando el aula limpia.</w:t>
            </w:r>
          </w:p>
          <w:p w14:paraId="22BDFCC3" w14:textId="77777777" w:rsidR="004246B5" w:rsidRPr="00774D49" w:rsidRDefault="004246B5" w:rsidP="00F914D5">
            <w:pPr>
              <w:rPr>
                <w:rFonts w:cs="Arial"/>
                <w:b/>
                <w:bCs/>
                <w:sz w:val="18"/>
                <w:szCs w:val="18"/>
                <w:lang w:val="es-PE"/>
              </w:rPr>
            </w:pPr>
            <w:r w:rsidRPr="00774D49">
              <w:rPr>
                <w:rFonts w:cs="Arial"/>
                <w:b/>
                <w:bCs/>
                <w:sz w:val="18"/>
                <w:szCs w:val="18"/>
                <w:lang w:val="es-PE"/>
              </w:rPr>
              <w:t>Aseo, Refrigerio and Recreo (10:30 - 11:30)</w:t>
            </w:r>
          </w:p>
          <w:p w14:paraId="6D968F51" w14:textId="77777777" w:rsidR="004246B5" w:rsidRPr="00774D49" w:rsidRDefault="004246B5" w:rsidP="004246B5">
            <w:pPr>
              <w:numPr>
                <w:ilvl w:val="0"/>
                <w:numId w:val="94"/>
              </w:numPr>
              <w:rPr>
                <w:rFonts w:cs="Arial"/>
                <w:sz w:val="18"/>
                <w:szCs w:val="18"/>
                <w:lang w:val="es-PE"/>
              </w:rPr>
            </w:pPr>
            <w:r w:rsidRPr="00774D49">
              <w:rPr>
                <w:rFonts w:cs="Arial"/>
                <w:b/>
                <w:bCs/>
                <w:sz w:val="18"/>
                <w:szCs w:val="18"/>
                <w:lang w:val="es-PE"/>
              </w:rPr>
              <w:lastRenderedPageBreak/>
              <w:t>Higiene:</w:t>
            </w:r>
            <w:r w:rsidRPr="00774D49">
              <w:rPr>
                <w:rFonts w:cs="Arial"/>
                <w:sz w:val="18"/>
                <w:szCs w:val="18"/>
                <w:lang w:val="es-PE"/>
              </w:rPr>
              <w:t xml:space="preserve"> Traslado ordenado al espacio de los lavaderos en grupos pequeños. Lavado de manos guiado paso a paso por la docente, utilizando jabón líquido y modelando el frotado correcto de palmas, muñecas y dedos tras la manipulación de las mantas, pinzas y sillas.</w:t>
            </w:r>
          </w:p>
          <w:p w14:paraId="44050565" w14:textId="77777777" w:rsidR="004246B5" w:rsidRPr="00774D49" w:rsidRDefault="004246B5" w:rsidP="004246B5">
            <w:pPr>
              <w:numPr>
                <w:ilvl w:val="0"/>
                <w:numId w:val="94"/>
              </w:numPr>
              <w:rPr>
                <w:rFonts w:cs="Arial"/>
                <w:sz w:val="18"/>
                <w:szCs w:val="18"/>
                <w:lang w:val="es-PE"/>
              </w:rPr>
            </w:pPr>
            <w:r w:rsidRPr="00774D49">
              <w:rPr>
                <w:rFonts w:cs="Arial"/>
                <w:sz w:val="18"/>
                <w:szCs w:val="18"/>
                <w:lang w:val="es-PE"/>
              </w:rPr>
              <w:t>Se fomenta el uso responsable del agua al cerrar el caño mientras se enjabonan y se apoya de forma visual con carteles explicativos pegados a la altura de su vista, finalizando con el secado autónomo usando papel toalla.</w:t>
            </w:r>
          </w:p>
          <w:p w14:paraId="0FACCDFC" w14:textId="77777777" w:rsidR="004246B5" w:rsidRPr="00774D49" w:rsidRDefault="004246B5" w:rsidP="004246B5">
            <w:pPr>
              <w:numPr>
                <w:ilvl w:val="0"/>
                <w:numId w:val="94"/>
              </w:numPr>
              <w:rPr>
                <w:rFonts w:cs="Arial"/>
                <w:sz w:val="18"/>
                <w:szCs w:val="18"/>
                <w:lang w:val="es-PE"/>
              </w:rPr>
            </w:pPr>
            <w:r w:rsidRPr="00774D49">
              <w:rPr>
                <w:rFonts w:cs="Arial"/>
                <w:b/>
                <w:bCs/>
                <w:sz w:val="18"/>
                <w:szCs w:val="18"/>
                <w:lang w:val="es-PE"/>
              </w:rPr>
              <w:t>Alimentación:</w:t>
            </w:r>
            <w:r w:rsidRPr="00774D49">
              <w:rPr>
                <w:rFonts w:cs="Arial"/>
                <w:sz w:val="18"/>
                <w:szCs w:val="18"/>
                <w:lang w:val="es-PE"/>
              </w:rPr>
              <w:t xml:space="preserve"> Consumo de la lonchera dentro del aula en un clima de calma, respeto y buena convivencia.</w:t>
            </w:r>
          </w:p>
          <w:p w14:paraId="7366EB4D" w14:textId="77777777" w:rsidR="004246B5" w:rsidRPr="00774D49" w:rsidRDefault="004246B5" w:rsidP="004246B5">
            <w:pPr>
              <w:numPr>
                <w:ilvl w:val="0"/>
                <w:numId w:val="94"/>
              </w:numPr>
              <w:rPr>
                <w:rFonts w:cs="Arial"/>
                <w:sz w:val="18"/>
                <w:szCs w:val="18"/>
                <w:lang w:val="es-PE"/>
              </w:rPr>
            </w:pPr>
            <w:r w:rsidRPr="00774D49">
              <w:rPr>
                <w:rFonts w:cs="Arial"/>
                <w:sz w:val="18"/>
                <w:szCs w:val="18"/>
                <w:lang w:val="es-PE"/>
              </w:rPr>
              <w:t>Se promueve la autonomía individual incentivando a los niños a sacar sus individuales, abrir los cierres de sus mochilas, destapar sus envases plásticos por sí mismos y limpiar con un paño su espacio de la mesa al terminar de comer.</w:t>
            </w:r>
          </w:p>
          <w:p w14:paraId="4E5DD000" w14:textId="77777777" w:rsidR="004246B5" w:rsidRPr="00774D49" w:rsidRDefault="004246B5" w:rsidP="004246B5">
            <w:pPr>
              <w:numPr>
                <w:ilvl w:val="0"/>
                <w:numId w:val="94"/>
              </w:numPr>
              <w:rPr>
                <w:rFonts w:cs="Arial"/>
                <w:sz w:val="18"/>
                <w:szCs w:val="18"/>
                <w:lang w:val="es-PE"/>
              </w:rPr>
            </w:pPr>
            <w:r w:rsidRPr="00774D49">
              <w:rPr>
                <w:rFonts w:cs="Arial"/>
                <w:b/>
                <w:bCs/>
                <w:sz w:val="18"/>
                <w:szCs w:val="18"/>
                <w:lang w:val="es-PE"/>
              </w:rPr>
              <w:t>Recreo:</w:t>
            </w:r>
            <w:r w:rsidRPr="00774D49">
              <w:rPr>
                <w:rFonts w:cs="Arial"/>
                <w:sz w:val="18"/>
                <w:szCs w:val="18"/>
                <w:lang w:val="es-PE"/>
              </w:rPr>
              <w:t xml:space="preserve"> Espacio de juego libre, socialización y esparcimiento motriz en el patio exterior de la institución educativa.</w:t>
            </w:r>
          </w:p>
          <w:p w14:paraId="0001608D" w14:textId="77777777" w:rsidR="004246B5" w:rsidRPr="00774D49" w:rsidRDefault="004246B5" w:rsidP="004246B5">
            <w:pPr>
              <w:numPr>
                <w:ilvl w:val="0"/>
                <w:numId w:val="94"/>
              </w:numPr>
              <w:rPr>
                <w:rFonts w:cs="Arial"/>
                <w:sz w:val="18"/>
                <w:szCs w:val="18"/>
                <w:lang w:val="es-PE"/>
              </w:rPr>
            </w:pPr>
            <w:r w:rsidRPr="00774D49">
              <w:rPr>
                <w:rFonts w:cs="Arial"/>
                <w:sz w:val="18"/>
                <w:szCs w:val="18"/>
                <w:lang w:val="es-PE"/>
              </w:rPr>
              <w:t>Se realiza bajo la supervisión constante, activa y el cuidado protector de la docente para garantizar la seguridad física y prevenir accidentes entre los niños.</w:t>
            </w:r>
          </w:p>
          <w:p w14:paraId="4FE1BED0" w14:textId="77777777" w:rsidR="004246B5" w:rsidRPr="00774D49" w:rsidRDefault="004246B5" w:rsidP="00F914D5">
            <w:pPr>
              <w:rPr>
                <w:rFonts w:cs="Arial"/>
                <w:b/>
                <w:bCs/>
                <w:sz w:val="18"/>
                <w:szCs w:val="18"/>
                <w:lang w:val="es-PE"/>
              </w:rPr>
            </w:pPr>
            <w:r w:rsidRPr="00774D49">
              <w:rPr>
                <w:rFonts w:cs="Arial"/>
                <w:b/>
                <w:bCs/>
                <w:sz w:val="18"/>
                <w:szCs w:val="18"/>
                <w:lang w:val="es-PE"/>
              </w:rPr>
              <w:t>Actividad Psicomotriz Corta (11:30 - 12:00)</w:t>
            </w:r>
          </w:p>
          <w:p w14:paraId="2262173E" w14:textId="77777777" w:rsidR="004246B5" w:rsidRPr="00774D49" w:rsidRDefault="004246B5" w:rsidP="004246B5">
            <w:pPr>
              <w:numPr>
                <w:ilvl w:val="0"/>
                <w:numId w:val="95"/>
              </w:numPr>
              <w:rPr>
                <w:rFonts w:cs="Arial"/>
                <w:sz w:val="18"/>
                <w:szCs w:val="18"/>
                <w:lang w:val="es-PE"/>
              </w:rPr>
            </w:pPr>
            <w:r w:rsidRPr="00774D49">
              <w:rPr>
                <w:rFonts w:cs="Arial"/>
                <w:b/>
                <w:bCs/>
                <w:sz w:val="18"/>
                <w:szCs w:val="18"/>
                <w:lang w:val="es-PE"/>
              </w:rPr>
              <w:t>Desarrollo Motriz:</w:t>
            </w:r>
            <w:r w:rsidRPr="00774D49">
              <w:rPr>
                <w:rFonts w:cs="Arial"/>
                <w:sz w:val="18"/>
                <w:szCs w:val="18"/>
                <w:lang w:val="es-PE"/>
              </w:rPr>
              <w:t xml:space="preserve"> En el espacio de psicomotricidad o zona despejada del aula, la docente acondiciona un recorrido lúdico utilizando túneles largos de tela flexible y cajas de cartón grandes abiertas por ambos extremos de forma segura.</w:t>
            </w:r>
          </w:p>
          <w:p w14:paraId="28227985" w14:textId="77777777" w:rsidR="004246B5" w:rsidRPr="00774D49" w:rsidRDefault="004246B5" w:rsidP="004246B5">
            <w:pPr>
              <w:numPr>
                <w:ilvl w:val="0"/>
                <w:numId w:val="95"/>
              </w:numPr>
              <w:rPr>
                <w:rFonts w:cs="Arial"/>
                <w:sz w:val="18"/>
                <w:szCs w:val="18"/>
                <w:lang w:val="es-PE"/>
              </w:rPr>
            </w:pPr>
            <w:r w:rsidRPr="00774D49">
              <w:rPr>
                <w:rFonts w:cs="Arial"/>
                <w:sz w:val="18"/>
                <w:szCs w:val="18"/>
                <w:lang w:val="es-PE"/>
              </w:rPr>
              <w:t>Los niños juegan de forma autónoma a gatear a través de los túneles, entrar por un extremo y salir por el otro experimentando la noción espacial de “dentro” y “fuera”, superando pequeños obstáculos blandos y coordinando los movimientos de sus brazos y piernas de manera armónica, controlando su cuerpo en el espacio.</w:t>
            </w:r>
          </w:p>
          <w:p w14:paraId="4D9CAE8B" w14:textId="77777777" w:rsidR="004246B5" w:rsidRPr="00774D49" w:rsidRDefault="004246B5" w:rsidP="00F914D5">
            <w:pPr>
              <w:rPr>
                <w:rFonts w:cs="Arial"/>
                <w:b/>
                <w:bCs/>
                <w:sz w:val="18"/>
                <w:szCs w:val="18"/>
                <w:lang w:val="es-PE"/>
              </w:rPr>
            </w:pPr>
            <w:r w:rsidRPr="00774D49">
              <w:rPr>
                <w:rFonts w:cs="Arial"/>
                <w:b/>
                <w:bCs/>
                <w:sz w:val="18"/>
                <w:szCs w:val="18"/>
                <w:lang w:val="es-PE"/>
              </w:rPr>
              <w:t>El Taller de Expresión Artística (12:00 - 12:30)</w:t>
            </w:r>
          </w:p>
          <w:p w14:paraId="0EE0F26D" w14:textId="77777777" w:rsidR="004246B5" w:rsidRPr="00774D49" w:rsidRDefault="004246B5" w:rsidP="004246B5">
            <w:pPr>
              <w:numPr>
                <w:ilvl w:val="0"/>
                <w:numId w:val="96"/>
              </w:numPr>
              <w:rPr>
                <w:rFonts w:cs="Arial"/>
                <w:sz w:val="18"/>
                <w:szCs w:val="18"/>
                <w:lang w:val="es-PE"/>
              </w:rPr>
            </w:pPr>
            <w:r w:rsidRPr="00774D49">
              <w:rPr>
                <w:rFonts w:cs="Arial"/>
                <w:b/>
                <w:bCs/>
                <w:sz w:val="18"/>
                <w:szCs w:val="18"/>
                <w:lang w:val="es-PE"/>
              </w:rPr>
              <w:t>Taller de Danza y Expresión Corporal:</w:t>
            </w:r>
            <w:r w:rsidRPr="00774D49">
              <w:rPr>
                <w:rFonts w:cs="Arial"/>
                <w:sz w:val="18"/>
                <w:szCs w:val="18"/>
                <w:lang w:val="es-PE"/>
              </w:rPr>
              <w:t xml:space="preserve"> La docente acondiciona el espacio retirando las mesas hacia los lados y reproduce melodías instrumentales rítmicas y sonidos suaves que evocan el viento, la lluvia y la naturaleza.</w:t>
            </w:r>
          </w:p>
          <w:p w14:paraId="66C0F099" w14:textId="77777777" w:rsidR="004246B5" w:rsidRPr="00774D49" w:rsidRDefault="004246B5" w:rsidP="004246B5">
            <w:pPr>
              <w:numPr>
                <w:ilvl w:val="0"/>
                <w:numId w:val="96"/>
              </w:numPr>
              <w:rPr>
                <w:rFonts w:cs="Arial"/>
                <w:sz w:val="18"/>
                <w:szCs w:val="18"/>
                <w:lang w:val="es-PE"/>
              </w:rPr>
            </w:pPr>
            <w:r w:rsidRPr="00774D49">
              <w:rPr>
                <w:rFonts w:cs="Arial"/>
                <w:sz w:val="18"/>
                <w:szCs w:val="18"/>
                <w:lang w:val="es-PE"/>
              </w:rPr>
              <w:t>Ofrece a los niños pañuelos de gasa ligeros y cintas de colores satinadas amarradas a aros plásticos pequeños para la libre manipulación corporal.</w:t>
            </w:r>
          </w:p>
          <w:p w14:paraId="12DB15D8" w14:textId="77777777" w:rsidR="004246B5" w:rsidRPr="00774D49" w:rsidRDefault="004246B5" w:rsidP="004246B5">
            <w:pPr>
              <w:numPr>
                <w:ilvl w:val="0"/>
                <w:numId w:val="96"/>
              </w:numPr>
              <w:rPr>
                <w:rFonts w:cs="Arial"/>
                <w:sz w:val="18"/>
                <w:szCs w:val="18"/>
                <w:lang w:val="es-PE"/>
              </w:rPr>
            </w:pPr>
            <w:r w:rsidRPr="00774D49">
              <w:rPr>
                <w:rFonts w:cs="Arial"/>
                <w:sz w:val="18"/>
                <w:szCs w:val="18"/>
                <w:lang w:val="es-PE"/>
              </w:rPr>
              <w:t>Los niños juegan y bailan de forma autónoma por todo el espacio, agitando las cintas arriba de su cabeza, desplazando los pañuelos abajo, girando lentamente sobre su propio eje y siguiendo los ritmos rápidos o lentos de la música con movimientos libres de sus brazos y piernas.</w:t>
            </w:r>
          </w:p>
          <w:p w14:paraId="79E1C766" w14:textId="77777777" w:rsidR="004246B5" w:rsidRPr="00774D49" w:rsidRDefault="004246B5" w:rsidP="004246B5">
            <w:pPr>
              <w:numPr>
                <w:ilvl w:val="0"/>
                <w:numId w:val="96"/>
              </w:numPr>
              <w:rPr>
                <w:rFonts w:cs="Arial"/>
                <w:sz w:val="18"/>
                <w:szCs w:val="18"/>
                <w:lang w:val="es-PE"/>
              </w:rPr>
            </w:pPr>
            <w:r w:rsidRPr="00774D49">
              <w:rPr>
                <w:rFonts w:cs="Arial"/>
                <w:sz w:val="18"/>
                <w:szCs w:val="18"/>
                <w:lang w:val="es-PE"/>
              </w:rPr>
              <w:t xml:space="preserve">La docente acompaña el proceso bailando junto a ellos, priorizando la libertad expresiva, la sensibilidad musical, el goce corporal y la creatividad motriz de cada niño, evitando imponer pasos de baile rígidos, coreografías </w:t>
            </w:r>
            <w:r w:rsidRPr="00774D49">
              <w:rPr>
                <w:rFonts w:cs="Arial"/>
                <w:sz w:val="18"/>
                <w:szCs w:val="18"/>
                <w:lang w:val="es-PE"/>
              </w:rPr>
              <w:lastRenderedPageBreak/>
              <w:t>estructuradas o buscar una sincronización perfecta de tipo adulto.</w:t>
            </w:r>
          </w:p>
          <w:p w14:paraId="65AB7C47" w14:textId="77777777" w:rsidR="004246B5" w:rsidRPr="00774D49" w:rsidRDefault="004246B5" w:rsidP="00F914D5">
            <w:pPr>
              <w:rPr>
                <w:rFonts w:cs="Arial"/>
                <w:b/>
                <w:bCs/>
                <w:sz w:val="18"/>
                <w:szCs w:val="18"/>
                <w:lang w:val="es-PE"/>
              </w:rPr>
            </w:pPr>
            <w:r w:rsidRPr="00774D49">
              <w:rPr>
                <w:rFonts w:cs="Arial"/>
                <w:b/>
                <w:bCs/>
                <w:sz w:val="18"/>
                <w:szCs w:val="18"/>
                <w:lang w:val="es-PE"/>
              </w:rPr>
              <w:t>Rutinas de Salida (12:30)</w:t>
            </w:r>
          </w:p>
          <w:p w14:paraId="7ECBA31B" w14:textId="77777777" w:rsidR="004246B5" w:rsidRPr="00774D49" w:rsidRDefault="004246B5" w:rsidP="004246B5">
            <w:pPr>
              <w:numPr>
                <w:ilvl w:val="0"/>
                <w:numId w:val="97"/>
              </w:numPr>
              <w:rPr>
                <w:rFonts w:cs="Arial"/>
                <w:sz w:val="18"/>
                <w:szCs w:val="18"/>
                <w:lang w:val="es-PE"/>
              </w:rPr>
            </w:pPr>
            <w:r w:rsidRPr="00774D49">
              <w:rPr>
                <w:rFonts w:cs="Arial"/>
                <w:b/>
                <w:bCs/>
                <w:sz w:val="18"/>
                <w:szCs w:val="18"/>
                <w:lang w:val="es-PE"/>
              </w:rPr>
              <w:t>Cierre:</w:t>
            </w:r>
            <w:r w:rsidRPr="00774D49">
              <w:rPr>
                <w:rFonts w:cs="Arial"/>
                <w:sz w:val="18"/>
                <w:szCs w:val="18"/>
                <w:lang w:val="es-PE"/>
              </w:rPr>
              <w:t xml:space="preserve"> Breve recuento final en asamblea sobre las experiencias que más les causaron alegría y diversión al jugar con las telas y la música durante el día en el aula de clases.</w:t>
            </w:r>
          </w:p>
          <w:p w14:paraId="653D318D" w14:textId="77777777" w:rsidR="004246B5" w:rsidRPr="00774D49" w:rsidRDefault="004246B5" w:rsidP="004246B5">
            <w:pPr>
              <w:numPr>
                <w:ilvl w:val="0"/>
                <w:numId w:val="97"/>
              </w:numPr>
              <w:rPr>
                <w:rFonts w:cs="Arial"/>
                <w:sz w:val="18"/>
                <w:szCs w:val="18"/>
                <w:lang w:val="es-PE"/>
              </w:rPr>
            </w:pPr>
            <w:r w:rsidRPr="00774D49">
              <w:rPr>
                <w:rFonts w:cs="Arial"/>
                <w:sz w:val="18"/>
                <w:szCs w:val="18"/>
                <w:lang w:val="es-PE"/>
              </w:rPr>
              <w:t>Se acompaña y orienta a los niños en el orden de sus mochilas, colocación autónoma de abrigos y recojo de sus pertenencias personales de forma independiente.</w:t>
            </w:r>
          </w:p>
          <w:p w14:paraId="77A2DA0B" w14:textId="77777777" w:rsidR="004246B5" w:rsidRPr="00774D49" w:rsidRDefault="004246B5" w:rsidP="004246B5">
            <w:pPr>
              <w:numPr>
                <w:ilvl w:val="0"/>
                <w:numId w:val="97"/>
              </w:numPr>
              <w:rPr>
                <w:rFonts w:cs="Arial"/>
                <w:sz w:val="18"/>
                <w:szCs w:val="18"/>
                <w:lang w:val="es-PE"/>
              </w:rPr>
            </w:pPr>
            <w:r w:rsidRPr="00774D49">
              <w:rPr>
                <w:rFonts w:cs="Arial"/>
                <w:sz w:val="18"/>
                <w:szCs w:val="18"/>
                <w:lang w:val="es-PE"/>
              </w:rPr>
              <w:t>Despedida afectuosa y personalizada a cada estudiante en la puerta del aula, entregándolo formalmente a su padre, madre o adulto responsable autorizado.</w:t>
            </w:r>
          </w:p>
        </w:tc>
        <w:tc>
          <w:tcPr>
            <w:tcW w:w="1740" w:type="dxa"/>
            <w:vAlign w:val="center"/>
          </w:tcPr>
          <w:p w14:paraId="3D93C072" w14:textId="77777777" w:rsidR="004246B5" w:rsidRPr="00774D49" w:rsidRDefault="004246B5" w:rsidP="007C4A5F">
            <w:pPr>
              <w:rPr>
                <w:rFonts w:cs="Arial"/>
                <w:sz w:val="18"/>
                <w:szCs w:val="18"/>
                <w:lang w:val="es-PE"/>
              </w:rPr>
            </w:pPr>
            <w:r w:rsidRPr="00774D49">
              <w:rPr>
                <w:rFonts w:cs="Arial"/>
                <w:sz w:val="18"/>
                <w:szCs w:val="18"/>
                <w:lang w:val="es-PE"/>
              </w:rPr>
              <w:lastRenderedPageBreak/>
              <w:t>Telas de colores variados de diferentes tamaños (tul, seda, algodón, gasa ligera).</w:t>
            </w:r>
          </w:p>
          <w:p w14:paraId="684AB758" w14:textId="77777777" w:rsidR="004246B5" w:rsidRPr="00774D49" w:rsidRDefault="004246B5" w:rsidP="007C4A5F">
            <w:pPr>
              <w:rPr>
                <w:rFonts w:cs="Arial"/>
                <w:sz w:val="18"/>
                <w:szCs w:val="18"/>
                <w:lang w:val="es-PE"/>
              </w:rPr>
            </w:pPr>
            <w:r w:rsidRPr="00774D49">
              <w:rPr>
                <w:rFonts w:cs="Arial"/>
                <w:sz w:val="18"/>
                <w:szCs w:val="18"/>
                <w:lang w:val="es-PE"/>
              </w:rPr>
              <w:t>Mantas grandes y gruesas limpias.</w:t>
            </w:r>
          </w:p>
          <w:p w14:paraId="15689452" w14:textId="77777777" w:rsidR="004246B5" w:rsidRPr="00774D49" w:rsidRDefault="004246B5" w:rsidP="007C4A5F">
            <w:pPr>
              <w:rPr>
                <w:rFonts w:cs="Arial"/>
                <w:sz w:val="18"/>
                <w:szCs w:val="18"/>
                <w:lang w:val="es-PE"/>
              </w:rPr>
            </w:pPr>
            <w:r w:rsidRPr="00774D49">
              <w:rPr>
                <w:rFonts w:cs="Arial"/>
                <w:sz w:val="18"/>
                <w:szCs w:val="18"/>
                <w:lang w:val="es-PE"/>
              </w:rPr>
              <w:t>Sillas plásticas del aula y pinzas de ropa plásticas gruesas.</w:t>
            </w:r>
          </w:p>
          <w:p w14:paraId="680ED019" w14:textId="77777777" w:rsidR="004246B5" w:rsidRPr="00774D49" w:rsidRDefault="004246B5" w:rsidP="007C4A5F">
            <w:pPr>
              <w:rPr>
                <w:rFonts w:cs="Arial"/>
                <w:sz w:val="18"/>
                <w:szCs w:val="18"/>
                <w:lang w:val="es-PE"/>
              </w:rPr>
            </w:pPr>
            <w:r w:rsidRPr="00774D49">
              <w:rPr>
                <w:rFonts w:cs="Arial"/>
                <w:sz w:val="18"/>
                <w:szCs w:val="18"/>
                <w:lang w:val="es-PE"/>
              </w:rPr>
              <w:t>Túneles largos de tela flexible y cajas de cartón abiertas seguras.</w:t>
            </w:r>
          </w:p>
          <w:p w14:paraId="1B5245C5" w14:textId="77777777" w:rsidR="004246B5" w:rsidRPr="00774D49" w:rsidRDefault="004246B5" w:rsidP="007C4A5F">
            <w:pPr>
              <w:rPr>
                <w:rFonts w:cs="Arial"/>
                <w:sz w:val="18"/>
                <w:szCs w:val="18"/>
                <w:lang w:val="es-PE"/>
              </w:rPr>
            </w:pPr>
            <w:r w:rsidRPr="00774D49">
              <w:rPr>
                <w:rFonts w:cs="Arial"/>
                <w:sz w:val="18"/>
                <w:szCs w:val="18"/>
                <w:lang w:val="es-PE"/>
              </w:rPr>
              <w:t>Pañuelos de gasa y cintas satinadas de colores variados con aros.</w:t>
            </w:r>
          </w:p>
          <w:p w14:paraId="3E4B659E" w14:textId="77777777" w:rsidR="004246B5" w:rsidRPr="00774D49" w:rsidRDefault="004246B5" w:rsidP="007C4A5F">
            <w:pPr>
              <w:rPr>
                <w:rFonts w:cs="Arial"/>
                <w:sz w:val="18"/>
                <w:szCs w:val="18"/>
                <w:lang w:val="es-PE"/>
              </w:rPr>
            </w:pPr>
            <w:r w:rsidRPr="00774D49">
              <w:rPr>
                <w:rFonts w:cs="Arial"/>
                <w:sz w:val="18"/>
                <w:szCs w:val="18"/>
                <w:lang w:val="es-PE"/>
              </w:rPr>
              <w:t xml:space="preserve">Reproductor de audio con música instrumental </w:t>
            </w:r>
            <w:r w:rsidRPr="00774D49">
              <w:rPr>
                <w:rFonts w:cs="Arial"/>
                <w:sz w:val="18"/>
                <w:szCs w:val="18"/>
                <w:lang w:val="es-PE"/>
              </w:rPr>
              <w:lastRenderedPageBreak/>
              <w:t>rítmica y sonidos de la naturaleza.</w:t>
            </w:r>
          </w:p>
          <w:p w14:paraId="6D862A13" w14:textId="77777777" w:rsidR="004246B5" w:rsidRPr="00774D49" w:rsidRDefault="004246B5" w:rsidP="007C4A5F">
            <w:pPr>
              <w:rPr>
                <w:rFonts w:cs="Arial"/>
                <w:sz w:val="18"/>
                <w:szCs w:val="18"/>
                <w:lang w:val="es-PE"/>
              </w:rPr>
            </w:pPr>
            <w:r w:rsidRPr="00774D49">
              <w:rPr>
                <w:rFonts w:cs="Arial"/>
                <w:sz w:val="18"/>
                <w:szCs w:val="18"/>
                <w:lang w:val="es-PE"/>
              </w:rPr>
              <w:t>Cojines individuales para la asamblea y panel visual de asistencia.</w:t>
            </w:r>
          </w:p>
        </w:tc>
        <w:tc>
          <w:tcPr>
            <w:tcW w:w="1680" w:type="dxa"/>
            <w:vAlign w:val="center"/>
          </w:tcPr>
          <w:p w14:paraId="4F090646" w14:textId="77777777" w:rsidR="004246B5" w:rsidRPr="00774D49" w:rsidRDefault="004246B5" w:rsidP="005A69F7">
            <w:pPr>
              <w:rPr>
                <w:rFonts w:cs="Arial"/>
                <w:sz w:val="18"/>
                <w:szCs w:val="18"/>
                <w:lang w:val="es-PE"/>
              </w:rPr>
            </w:pPr>
            <w:r w:rsidRPr="00774D49">
              <w:rPr>
                <w:rFonts w:cs="Arial"/>
                <w:b/>
                <w:bCs/>
                <w:sz w:val="18"/>
                <w:szCs w:val="18"/>
                <w:lang w:val="es-PE"/>
              </w:rPr>
              <w:lastRenderedPageBreak/>
              <w:t>Observar cómo se</w:t>
            </w:r>
            <w:r w:rsidRPr="00774D49">
              <w:rPr>
                <w:rFonts w:cs="Arial"/>
                <w:sz w:val="18"/>
                <w:szCs w:val="18"/>
                <w:lang w:val="es-PE"/>
              </w:rPr>
              <w:t xml:space="preserve"> organiza el niño o niña al estirar, jalar y sujetar las mantas o telas utilizando las pinzas plásticas para cubrir los espacios y armar sus refugios de forma autónoma.</w:t>
            </w:r>
          </w:p>
          <w:p w14:paraId="28429082" w14:textId="77777777" w:rsidR="004246B5" w:rsidRPr="00774D49" w:rsidRDefault="004246B5" w:rsidP="005A69F7">
            <w:pPr>
              <w:rPr>
                <w:rFonts w:cs="Arial"/>
                <w:sz w:val="18"/>
                <w:szCs w:val="18"/>
                <w:lang w:val="es-PE"/>
              </w:rPr>
            </w:pPr>
          </w:p>
          <w:p w14:paraId="1CAEA658" w14:textId="77777777" w:rsidR="004246B5" w:rsidRPr="00774D49" w:rsidRDefault="004246B5" w:rsidP="005A69F7">
            <w:pPr>
              <w:rPr>
                <w:rFonts w:cs="Arial"/>
                <w:sz w:val="18"/>
                <w:szCs w:val="18"/>
                <w:lang w:val="es-PE"/>
              </w:rPr>
            </w:pPr>
            <w:r w:rsidRPr="00774D49">
              <w:rPr>
                <w:rFonts w:cs="Arial"/>
                <w:b/>
                <w:bCs/>
                <w:sz w:val="18"/>
                <w:szCs w:val="18"/>
                <w:lang w:val="es-PE"/>
              </w:rPr>
              <w:t>Observar cómo se</w:t>
            </w:r>
            <w:r w:rsidRPr="00774D49">
              <w:rPr>
                <w:rFonts w:cs="Arial"/>
                <w:sz w:val="18"/>
                <w:szCs w:val="18"/>
                <w:lang w:val="es-PE"/>
              </w:rPr>
              <w:t xml:space="preserve"> comunica de manera gestual o verbal al interactuar y jugar a esconderse con sus pares dentro de las cuevas y espacios cerrados que ha construido.</w:t>
            </w:r>
          </w:p>
        </w:tc>
      </w:tr>
      <w:tr w:rsidR="00895ADD" w:rsidRPr="00774D49" w14:paraId="6D17C638" w14:textId="77777777" w:rsidTr="0069583E">
        <w:trPr>
          <w:jc w:val="center"/>
        </w:trPr>
        <w:tc>
          <w:tcPr>
            <w:tcW w:w="2378" w:type="dxa"/>
            <w:gridSpan w:val="2"/>
            <w:vAlign w:val="center"/>
          </w:tcPr>
          <w:p w14:paraId="572E8518" w14:textId="0D288AFD" w:rsidR="00895ADD" w:rsidRPr="00774D49" w:rsidRDefault="00895ADD" w:rsidP="007C4A5F">
            <w:pPr>
              <w:rPr>
                <w:rFonts w:cs="Arial"/>
                <w:sz w:val="18"/>
                <w:szCs w:val="18"/>
                <w:lang w:val="es-PE"/>
              </w:rPr>
            </w:pPr>
            <w:r w:rsidRPr="00895ADD">
              <w:rPr>
                <w:rFonts w:cs="Arial"/>
                <w:b/>
                <w:bCs/>
                <w:sz w:val="18"/>
                <w:szCs w:val="18"/>
                <w:lang w:val="es-PE"/>
              </w:rPr>
              <w:lastRenderedPageBreak/>
              <w:t>Áreas a observar:</w:t>
            </w:r>
          </w:p>
        </w:tc>
        <w:tc>
          <w:tcPr>
            <w:tcW w:w="4785" w:type="dxa"/>
            <w:vAlign w:val="center"/>
          </w:tcPr>
          <w:p w14:paraId="2EB4C9C7" w14:textId="299085B2" w:rsidR="00895ADD" w:rsidRPr="009A514E" w:rsidRDefault="009A514E" w:rsidP="00F914D5">
            <w:pPr>
              <w:rPr>
                <w:rFonts w:cs="Arial"/>
                <w:sz w:val="18"/>
                <w:szCs w:val="18"/>
                <w:lang w:val="es-PE"/>
              </w:rPr>
            </w:pPr>
            <w:r w:rsidRPr="009A514E">
              <w:rPr>
                <w:rFonts w:cs="Arial"/>
                <w:sz w:val="18"/>
                <w:szCs w:val="18"/>
                <w:lang w:val="es-PE"/>
              </w:rPr>
              <w:t>Personal Social, Matemática, y Psicomotricidad.</w:t>
            </w:r>
          </w:p>
        </w:tc>
        <w:tc>
          <w:tcPr>
            <w:tcW w:w="1740" w:type="dxa"/>
            <w:vAlign w:val="center"/>
          </w:tcPr>
          <w:p w14:paraId="68ADABE3" w14:textId="77777777" w:rsidR="00895ADD" w:rsidRPr="00774D49" w:rsidRDefault="00895ADD" w:rsidP="007C4A5F">
            <w:pPr>
              <w:rPr>
                <w:rFonts w:cs="Arial"/>
                <w:sz w:val="18"/>
                <w:szCs w:val="18"/>
                <w:lang w:val="es-PE"/>
              </w:rPr>
            </w:pPr>
          </w:p>
        </w:tc>
        <w:tc>
          <w:tcPr>
            <w:tcW w:w="1680" w:type="dxa"/>
            <w:vAlign w:val="center"/>
          </w:tcPr>
          <w:p w14:paraId="69A80013" w14:textId="77777777" w:rsidR="00895ADD" w:rsidRPr="00774D49" w:rsidRDefault="00895ADD" w:rsidP="005A69F7">
            <w:pPr>
              <w:rPr>
                <w:rFonts w:cs="Arial"/>
                <w:b/>
                <w:bCs/>
                <w:sz w:val="18"/>
                <w:szCs w:val="18"/>
                <w:lang w:val="es-PE"/>
              </w:rPr>
            </w:pPr>
          </w:p>
        </w:tc>
      </w:tr>
      <w:tr w:rsidR="004246B5" w:rsidRPr="00774D49" w14:paraId="0C7FDE7A" w14:textId="77777777" w:rsidTr="00895ADD">
        <w:trPr>
          <w:jc w:val="center"/>
        </w:trPr>
        <w:tc>
          <w:tcPr>
            <w:tcW w:w="694" w:type="dxa"/>
            <w:vAlign w:val="center"/>
          </w:tcPr>
          <w:p w14:paraId="1A2DBC5E" w14:textId="77777777" w:rsidR="004246B5" w:rsidRPr="00774D49" w:rsidRDefault="004246B5" w:rsidP="00505D03">
            <w:pPr>
              <w:rPr>
                <w:rFonts w:cs="Arial"/>
                <w:sz w:val="18"/>
                <w:szCs w:val="18"/>
                <w:lang w:val="es-PE"/>
              </w:rPr>
            </w:pPr>
            <w:r w:rsidRPr="00774D49">
              <w:rPr>
                <w:rFonts w:cs="Arial"/>
                <w:sz w:val="18"/>
                <w:szCs w:val="18"/>
                <w:lang w:val="es-PE"/>
              </w:rPr>
              <w:t>Día 14</w:t>
            </w:r>
          </w:p>
        </w:tc>
        <w:tc>
          <w:tcPr>
            <w:tcW w:w="1684" w:type="dxa"/>
            <w:vAlign w:val="center"/>
          </w:tcPr>
          <w:p w14:paraId="67A01087" w14:textId="77777777" w:rsidR="004246B5" w:rsidRPr="00774D49" w:rsidRDefault="004246B5" w:rsidP="00505D03">
            <w:pPr>
              <w:rPr>
                <w:rFonts w:cs="Arial"/>
                <w:sz w:val="18"/>
                <w:szCs w:val="18"/>
                <w:lang w:val="es-PE"/>
              </w:rPr>
            </w:pPr>
            <w:r w:rsidRPr="00774D49">
              <w:rPr>
                <w:rFonts w:cs="Arial"/>
                <w:sz w:val="18"/>
                <w:szCs w:val="18"/>
                <w:lang w:val="es-PE"/>
              </w:rPr>
              <w:t>Creamos personajes con cajas pequeñas</w:t>
            </w:r>
          </w:p>
        </w:tc>
        <w:tc>
          <w:tcPr>
            <w:tcW w:w="4785" w:type="dxa"/>
            <w:vAlign w:val="center"/>
          </w:tcPr>
          <w:p w14:paraId="02A6F598" w14:textId="77777777" w:rsidR="004246B5" w:rsidRPr="00774D49" w:rsidRDefault="004246B5" w:rsidP="00505D03">
            <w:pPr>
              <w:rPr>
                <w:rFonts w:cs="Arial"/>
                <w:b/>
                <w:bCs/>
                <w:sz w:val="18"/>
                <w:szCs w:val="18"/>
                <w:lang w:val="es-PE"/>
              </w:rPr>
            </w:pPr>
            <w:r w:rsidRPr="00774D49">
              <w:rPr>
                <w:rFonts w:cs="Arial"/>
                <w:b/>
                <w:bCs/>
                <w:sz w:val="18"/>
                <w:szCs w:val="18"/>
                <w:lang w:val="es-PE"/>
              </w:rPr>
              <w:t>Rutinas de Entrada (08:00 - 08:30)</w:t>
            </w:r>
          </w:p>
          <w:p w14:paraId="5A2886EF" w14:textId="77777777" w:rsidR="004246B5" w:rsidRPr="00774D49" w:rsidRDefault="004246B5" w:rsidP="004246B5">
            <w:pPr>
              <w:numPr>
                <w:ilvl w:val="0"/>
                <w:numId w:val="98"/>
              </w:numPr>
              <w:rPr>
                <w:rFonts w:cs="Arial"/>
                <w:sz w:val="18"/>
                <w:szCs w:val="18"/>
                <w:lang w:val="es-PE"/>
              </w:rPr>
            </w:pPr>
            <w:r w:rsidRPr="00774D49">
              <w:rPr>
                <w:rFonts w:cs="Arial"/>
                <w:b/>
                <w:bCs/>
                <w:sz w:val="18"/>
                <w:szCs w:val="18"/>
                <w:lang w:val="es-PE"/>
              </w:rPr>
              <w:t>Recepción:</w:t>
            </w:r>
            <w:r w:rsidRPr="00774D49">
              <w:rPr>
                <w:rFonts w:cs="Arial"/>
                <w:sz w:val="18"/>
                <w:szCs w:val="18"/>
                <w:lang w:val="es-PE"/>
              </w:rPr>
              <w:t xml:space="preserve"> Recibimiento personalizado y afectuoso a la altura del niño, saludándolo por su nombre con palabras amables, agachándose para establecer contacto visual directo y brindándole un entorno de absoluta calma y seguridad emocional en su ingreso al aula.</w:t>
            </w:r>
          </w:p>
          <w:p w14:paraId="5FCD59F0" w14:textId="77777777" w:rsidR="004246B5" w:rsidRPr="00774D49" w:rsidRDefault="004246B5" w:rsidP="004246B5">
            <w:pPr>
              <w:numPr>
                <w:ilvl w:val="0"/>
                <w:numId w:val="98"/>
              </w:numPr>
              <w:rPr>
                <w:rFonts w:cs="Arial"/>
                <w:sz w:val="18"/>
                <w:szCs w:val="18"/>
                <w:lang w:val="es-PE"/>
              </w:rPr>
            </w:pPr>
            <w:r w:rsidRPr="00774D49">
              <w:rPr>
                <w:rFonts w:cs="Arial"/>
                <w:sz w:val="18"/>
                <w:szCs w:val="18"/>
                <w:lang w:val="es-PE"/>
              </w:rPr>
              <w:t>Se realiza la verificación del estado físico y emocional de cada estudiante, entablando un breve diálogo de confianza con el padre de familia o cuidador para recoger datos relevantes del bienestar del niño al iniciar la mañana.</w:t>
            </w:r>
          </w:p>
          <w:p w14:paraId="6400383B" w14:textId="77777777" w:rsidR="004246B5" w:rsidRPr="00774D49" w:rsidRDefault="004246B5" w:rsidP="004246B5">
            <w:pPr>
              <w:numPr>
                <w:ilvl w:val="0"/>
                <w:numId w:val="98"/>
              </w:numPr>
              <w:rPr>
                <w:rFonts w:cs="Arial"/>
                <w:sz w:val="18"/>
                <w:szCs w:val="18"/>
                <w:lang w:val="es-PE"/>
              </w:rPr>
            </w:pPr>
            <w:r w:rsidRPr="00774D49">
              <w:rPr>
                <w:rFonts w:cs="Arial"/>
                <w:sz w:val="18"/>
                <w:szCs w:val="18"/>
                <w:lang w:val="es-PE"/>
              </w:rPr>
              <w:t>Se permite el uso de un objeto de apego (como un peluche, mantita o juguete pequeño traído de casa) si el niño lo requiere para manejar la ansiedad de la separación familiar y facilitar su transición armónica al espacio escolar.</w:t>
            </w:r>
          </w:p>
          <w:p w14:paraId="777A2CC9" w14:textId="77777777" w:rsidR="004246B5" w:rsidRPr="00774D49" w:rsidRDefault="004246B5" w:rsidP="004246B5">
            <w:pPr>
              <w:numPr>
                <w:ilvl w:val="0"/>
                <w:numId w:val="98"/>
              </w:numPr>
              <w:rPr>
                <w:rFonts w:cs="Arial"/>
                <w:sz w:val="18"/>
                <w:szCs w:val="18"/>
                <w:lang w:val="es-PE"/>
              </w:rPr>
            </w:pPr>
            <w:r w:rsidRPr="00774D49">
              <w:rPr>
                <w:rFonts w:cs="Arial"/>
                <w:sz w:val="18"/>
                <w:szCs w:val="18"/>
                <w:lang w:val="es-PE"/>
              </w:rPr>
              <w:t>Se acompaña al niño a colocar su mochila, lonchera y abrigo en su respectivo casillero asignado, promoviendo el reconocimiento de su espacio personal a través de las etiquetas visuales con su fotografía.</w:t>
            </w:r>
          </w:p>
          <w:p w14:paraId="251516CE" w14:textId="77777777" w:rsidR="004246B5" w:rsidRPr="00774D49" w:rsidRDefault="004246B5" w:rsidP="004246B5">
            <w:pPr>
              <w:numPr>
                <w:ilvl w:val="0"/>
                <w:numId w:val="98"/>
              </w:numPr>
              <w:rPr>
                <w:rFonts w:cs="Arial"/>
                <w:sz w:val="18"/>
                <w:szCs w:val="18"/>
                <w:lang w:val="es-PE"/>
              </w:rPr>
            </w:pPr>
            <w:r w:rsidRPr="00774D49">
              <w:rPr>
                <w:rFonts w:cs="Arial"/>
                <w:b/>
                <w:bCs/>
                <w:sz w:val="18"/>
                <w:szCs w:val="18"/>
                <w:lang w:val="es-PE"/>
              </w:rPr>
              <w:t>Cajas de Espera:</w:t>
            </w:r>
            <w:r w:rsidRPr="00774D49">
              <w:rPr>
                <w:rFonts w:cs="Arial"/>
                <w:sz w:val="18"/>
                <w:szCs w:val="18"/>
                <w:lang w:val="es-PE"/>
              </w:rPr>
              <w:t xml:space="preserve"> Colocación de canastas plásticas en las mesas con colecciones de cajas muy pequeñas (como cajitas vacías y limpias de fósforos, de medicinas o de alimentos pequeños) para una transición tranquila, permitiendo que los niños las manipulen, las agiten, las apilen y exploren libremente mientras llegan sus compañeros.</w:t>
            </w:r>
          </w:p>
          <w:p w14:paraId="35189303" w14:textId="77777777" w:rsidR="004246B5" w:rsidRPr="00774D49" w:rsidRDefault="004246B5" w:rsidP="004246B5">
            <w:pPr>
              <w:numPr>
                <w:ilvl w:val="0"/>
                <w:numId w:val="98"/>
              </w:numPr>
              <w:rPr>
                <w:rFonts w:cs="Arial"/>
                <w:sz w:val="18"/>
                <w:szCs w:val="18"/>
                <w:lang w:val="es-PE"/>
              </w:rPr>
            </w:pPr>
            <w:r w:rsidRPr="00774D49">
              <w:rPr>
                <w:rFonts w:cs="Arial"/>
                <w:b/>
                <w:bCs/>
                <w:sz w:val="18"/>
                <w:szCs w:val="18"/>
                <w:lang w:val="es-PE"/>
              </w:rPr>
              <w:t>Actividades Permanentes:</w:t>
            </w:r>
            <w:r w:rsidRPr="00774D49">
              <w:rPr>
                <w:rFonts w:cs="Arial"/>
                <w:sz w:val="18"/>
                <w:szCs w:val="18"/>
                <w:lang w:val="es-PE"/>
              </w:rPr>
              <w:t xml:space="preserve"> Asamblea breve en semicírculo sobre cojines individuales distribuidos en el piso para delimitar el espacio físico de cada estudiante.</w:t>
            </w:r>
          </w:p>
          <w:p w14:paraId="0ACC9A15" w14:textId="77777777" w:rsidR="004246B5" w:rsidRPr="00774D49" w:rsidRDefault="004246B5" w:rsidP="004246B5">
            <w:pPr>
              <w:numPr>
                <w:ilvl w:val="0"/>
                <w:numId w:val="98"/>
              </w:numPr>
              <w:rPr>
                <w:rFonts w:cs="Arial"/>
                <w:sz w:val="18"/>
                <w:szCs w:val="18"/>
                <w:lang w:val="es-PE"/>
              </w:rPr>
            </w:pPr>
            <w:r w:rsidRPr="00774D49">
              <w:rPr>
                <w:rFonts w:cs="Arial"/>
                <w:sz w:val="18"/>
                <w:szCs w:val="18"/>
                <w:lang w:val="es-PE"/>
              </w:rPr>
              <w:t>Cantamos la canción del saludo del aula para integrarnos, aplaudiendo y realizando movimientos corporales rítmicos acordes a la melodía.</w:t>
            </w:r>
          </w:p>
          <w:p w14:paraId="663FCFC0" w14:textId="77777777" w:rsidR="004246B5" w:rsidRPr="00774D49" w:rsidRDefault="004246B5" w:rsidP="004246B5">
            <w:pPr>
              <w:numPr>
                <w:ilvl w:val="0"/>
                <w:numId w:val="98"/>
              </w:numPr>
              <w:rPr>
                <w:rFonts w:cs="Arial"/>
                <w:sz w:val="18"/>
                <w:szCs w:val="18"/>
                <w:lang w:val="es-PE"/>
              </w:rPr>
            </w:pPr>
            <w:r w:rsidRPr="00774D49">
              <w:rPr>
                <w:rFonts w:cs="Arial"/>
                <w:sz w:val="18"/>
                <w:szCs w:val="18"/>
                <w:lang w:val="es-PE"/>
              </w:rPr>
              <w:t>Registramos la asistencia de manera visual y participativa, invitando a cada niño a buscar la tarjeta con su fotografía y colocarla en el panel de asistencia de “Los que vinieron hoy a la escuela”.</w:t>
            </w:r>
          </w:p>
          <w:p w14:paraId="3911D477" w14:textId="77777777" w:rsidR="004246B5" w:rsidRPr="00774D49" w:rsidRDefault="004246B5" w:rsidP="004246B5">
            <w:pPr>
              <w:numPr>
                <w:ilvl w:val="0"/>
                <w:numId w:val="98"/>
              </w:numPr>
              <w:rPr>
                <w:rFonts w:cs="Arial"/>
                <w:sz w:val="18"/>
                <w:szCs w:val="18"/>
                <w:lang w:val="es-PE"/>
              </w:rPr>
            </w:pPr>
            <w:r w:rsidRPr="00774D49">
              <w:rPr>
                <w:rFonts w:cs="Arial"/>
                <w:sz w:val="18"/>
                <w:szCs w:val="18"/>
                <w:lang w:val="es-PE"/>
              </w:rPr>
              <w:t xml:space="preserve">Revisamos el calendario de forma lúdica, identificando el día de la semana con apoyo de una canción corta y actualizando el cartel del </w:t>
            </w:r>
            <w:r w:rsidRPr="00774D49">
              <w:rPr>
                <w:rFonts w:cs="Arial"/>
                <w:sz w:val="18"/>
                <w:szCs w:val="18"/>
                <w:lang w:val="es-PE"/>
              </w:rPr>
              <w:lastRenderedPageBreak/>
              <w:t>clima (soleado, lluvioso o nublado) asomándonos brevemente a la ventana del aula.</w:t>
            </w:r>
          </w:p>
          <w:p w14:paraId="7C10994A" w14:textId="77777777" w:rsidR="004246B5" w:rsidRPr="00774D49" w:rsidRDefault="004246B5" w:rsidP="00505D03">
            <w:pPr>
              <w:rPr>
                <w:rFonts w:cs="Arial"/>
                <w:b/>
                <w:bCs/>
                <w:sz w:val="18"/>
                <w:szCs w:val="18"/>
                <w:lang w:val="es-PE"/>
              </w:rPr>
            </w:pPr>
            <w:r w:rsidRPr="00774D49">
              <w:rPr>
                <w:rFonts w:cs="Arial"/>
                <w:b/>
                <w:bCs/>
                <w:sz w:val="18"/>
                <w:szCs w:val="18"/>
                <w:lang w:val="es-PE"/>
              </w:rPr>
              <w:t>Juego Libre en los espacios (08:30 - 09:30)</w:t>
            </w:r>
          </w:p>
          <w:p w14:paraId="23D5B7B3" w14:textId="77777777" w:rsidR="004246B5" w:rsidRPr="00774D49" w:rsidRDefault="004246B5" w:rsidP="004246B5">
            <w:pPr>
              <w:numPr>
                <w:ilvl w:val="0"/>
                <w:numId w:val="99"/>
              </w:numPr>
              <w:rPr>
                <w:rFonts w:cs="Arial"/>
                <w:sz w:val="18"/>
                <w:szCs w:val="18"/>
                <w:lang w:val="es-PE"/>
              </w:rPr>
            </w:pPr>
            <w:r w:rsidRPr="00774D49">
              <w:rPr>
                <w:rFonts w:cs="Arial"/>
                <w:b/>
                <w:bCs/>
                <w:sz w:val="18"/>
                <w:szCs w:val="18"/>
                <w:lang w:val="es-PE"/>
              </w:rPr>
              <w:t>Planificación y Organización (Fase 1):</w:t>
            </w:r>
            <w:r w:rsidRPr="00774D49">
              <w:rPr>
                <w:rFonts w:cs="Arial"/>
                <w:sz w:val="18"/>
                <w:szCs w:val="18"/>
                <w:lang w:val="es-PE"/>
              </w:rPr>
              <w:t xml:space="preserve"> Los niños se sientan en círculo en el espacio de asamblea principal, recuerdan las normas de convivencia básicas para el juego (compartir los materiales, cuidar a los amigos y no correr) y eligen de forma autónoma a qué sector desean ir (Construcción, Lectura o Arte).</w:t>
            </w:r>
          </w:p>
          <w:p w14:paraId="58F525C4" w14:textId="77777777" w:rsidR="004246B5" w:rsidRPr="00774D49" w:rsidRDefault="004246B5" w:rsidP="004246B5">
            <w:pPr>
              <w:numPr>
                <w:ilvl w:val="0"/>
                <w:numId w:val="99"/>
              </w:numPr>
              <w:rPr>
                <w:rFonts w:cs="Arial"/>
                <w:sz w:val="18"/>
                <w:szCs w:val="18"/>
                <w:lang w:val="es-PE"/>
              </w:rPr>
            </w:pPr>
            <w:r w:rsidRPr="00774D49">
              <w:rPr>
                <w:rFonts w:cs="Arial"/>
                <w:sz w:val="18"/>
                <w:szCs w:val="18"/>
                <w:lang w:val="es-PE"/>
              </w:rPr>
              <w:t>Se organizan en pequeños grupos y la docente les distribuye collares o carnés identificadores con el color del sector seleccionado para la autorregulación del aforo y asegurar que cada espacio cuente con la cantidad adecuada de niños.</w:t>
            </w:r>
          </w:p>
          <w:p w14:paraId="4FB6C4F1" w14:textId="77777777" w:rsidR="004246B5" w:rsidRPr="00774D49" w:rsidRDefault="004246B5" w:rsidP="004246B5">
            <w:pPr>
              <w:numPr>
                <w:ilvl w:val="0"/>
                <w:numId w:val="99"/>
              </w:numPr>
              <w:rPr>
                <w:rFonts w:cs="Arial"/>
                <w:sz w:val="18"/>
                <w:szCs w:val="18"/>
                <w:lang w:val="es-PE"/>
              </w:rPr>
            </w:pPr>
            <w:r w:rsidRPr="00774D49">
              <w:rPr>
                <w:rFonts w:cs="Arial"/>
                <w:b/>
                <w:bCs/>
                <w:sz w:val="18"/>
                <w:szCs w:val="18"/>
                <w:lang w:val="es-PE"/>
              </w:rPr>
              <w:t>Desarrollo o Ejecución (Fase 2):</w:t>
            </w:r>
            <w:r w:rsidRPr="00774D49">
              <w:rPr>
                <w:rFonts w:cs="Arial"/>
                <w:sz w:val="18"/>
                <w:szCs w:val="18"/>
                <w:lang w:val="es-PE"/>
              </w:rPr>
              <w:t xml:space="preserve"> Los niños se desplazan a los sectores elegidos y juegan libremente con los materiales dispuestos en los estantes bajos de manera autónoma.</w:t>
            </w:r>
          </w:p>
          <w:p w14:paraId="31AE2B3E" w14:textId="77777777" w:rsidR="004246B5" w:rsidRPr="00774D49" w:rsidRDefault="004246B5" w:rsidP="004246B5">
            <w:pPr>
              <w:numPr>
                <w:ilvl w:val="0"/>
                <w:numId w:val="99"/>
              </w:numPr>
              <w:rPr>
                <w:rFonts w:cs="Arial"/>
                <w:sz w:val="18"/>
                <w:szCs w:val="18"/>
                <w:lang w:val="es-PE"/>
              </w:rPr>
            </w:pPr>
            <w:r w:rsidRPr="00774D49">
              <w:rPr>
                <w:rFonts w:cs="Arial"/>
                <w:sz w:val="18"/>
                <w:szCs w:val="18"/>
                <w:lang w:val="es-PE"/>
              </w:rPr>
              <w:t>La docente realiza un acompañamiento indirecto y observa el juego sin interrumpir las iniciativas de los niños, identificando las interacciones sociales, las formas de comunicación, los conflictos espontáneos y registrando estas evidencias de manera descriptiva en su cuaderno de campo.</w:t>
            </w:r>
          </w:p>
          <w:p w14:paraId="01BDAD43" w14:textId="77777777" w:rsidR="004246B5" w:rsidRPr="00774D49" w:rsidRDefault="004246B5" w:rsidP="004246B5">
            <w:pPr>
              <w:numPr>
                <w:ilvl w:val="0"/>
                <w:numId w:val="99"/>
              </w:numPr>
              <w:rPr>
                <w:rFonts w:cs="Arial"/>
                <w:sz w:val="18"/>
                <w:szCs w:val="18"/>
                <w:lang w:val="es-PE"/>
              </w:rPr>
            </w:pPr>
            <w:r w:rsidRPr="00774D49">
              <w:rPr>
                <w:rFonts w:cs="Arial"/>
                <w:b/>
                <w:bCs/>
                <w:sz w:val="18"/>
                <w:szCs w:val="18"/>
                <w:lang w:val="es-PE"/>
              </w:rPr>
              <w:t>Orden, Socialización y Representación (Fase 3):</w:t>
            </w:r>
            <w:r w:rsidRPr="00774D49">
              <w:rPr>
                <w:rFonts w:cs="Arial"/>
                <w:sz w:val="18"/>
                <w:szCs w:val="18"/>
                <w:lang w:val="es-PE"/>
              </w:rPr>
              <w:t xml:space="preserve"> Cantamos una canción de orden tradicional del nivel Inicial para anticipar el cierre del juego.</w:t>
            </w:r>
          </w:p>
          <w:p w14:paraId="64AC9E9B" w14:textId="77777777" w:rsidR="004246B5" w:rsidRPr="00774D49" w:rsidRDefault="004246B5" w:rsidP="004246B5">
            <w:pPr>
              <w:numPr>
                <w:ilvl w:val="0"/>
                <w:numId w:val="99"/>
              </w:numPr>
              <w:rPr>
                <w:rFonts w:cs="Arial"/>
                <w:sz w:val="18"/>
                <w:szCs w:val="18"/>
                <w:lang w:val="es-PE"/>
              </w:rPr>
            </w:pPr>
            <w:r w:rsidRPr="00774D49">
              <w:rPr>
                <w:rFonts w:cs="Arial"/>
                <w:sz w:val="18"/>
                <w:szCs w:val="18"/>
                <w:lang w:val="es-PE"/>
              </w:rPr>
              <w:t>Los niños guardan de manera colaborativa los materiales en las canastas rotuladas con siluetas y dibujos, colocándolas de vuelta en los estantes correspondientes.</w:t>
            </w:r>
          </w:p>
          <w:p w14:paraId="4D4D9426" w14:textId="77777777" w:rsidR="004246B5" w:rsidRPr="00774D49" w:rsidRDefault="004246B5" w:rsidP="004246B5">
            <w:pPr>
              <w:numPr>
                <w:ilvl w:val="0"/>
                <w:numId w:val="99"/>
              </w:numPr>
              <w:rPr>
                <w:rFonts w:cs="Arial"/>
                <w:sz w:val="18"/>
                <w:szCs w:val="18"/>
                <w:lang w:val="es-PE"/>
              </w:rPr>
            </w:pPr>
            <w:r w:rsidRPr="00774D49">
              <w:rPr>
                <w:rFonts w:cs="Arial"/>
                <w:sz w:val="18"/>
                <w:szCs w:val="18"/>
                <w:lang w:val="es-PE"/>
              </w:rPr>
              <w:t xml:space="preserve">Nos reunimos nuevamente en la asamblea para verbalizar brevemente a qué jugaron, con </w:t>
            </w:r>
            <w:proofErr w:type="spellStart"/>
            <w:r w:rsidRPr="00774D49">
              <w:rPr>
                <w:rFonts w:cs="Arial"/>
                <w:sz w:val="18"/>
                <w:szCs w:val="18"/>
                <w:lang w:val="es-PE"/>
              </w:rPr>
              <w:t>quiénes</w:t>
            </w:r>
            <w:proofErr w:type="spellEnd"/>
            <w:r w:rsidRPr="00774D49">
              <w:rPr>
                <w:rFonts w:cs="Arial"/>
                <w:sz w:val="18"/>
                <w:szCs w:val="18"/>
                <w:lang w:val="es-PE"/>
              </w:rPr>
              <w:t xml:space="preserve"> compartieron los juguetes y cómo se sintieron durante el momento de juego libre.</w:t>
            </w:r>
          </w:p>
          <w:p w14:paraId="34395F9B" w14:textId="77777777" w:rsidR="004246B5" w:rsidRPr="00774D49" w:rsidRDefault="004246B5" w:rsidP="00505D03">
            <w:pPr>
              <w:rPr>
                <w:rFonts w:cs="Arial"/>
                <w:b/>
                <w:bCs/>
                <w:sz w:val="18"/>
                <w:szCs w:val="18"/>
                <w:lang w:val="es-PE"/>
              </w:rPr>
            </w:pPr>
            <w:r w:rsidRPr="00774D49">
              <w:rPr>
                <w:rFonts w:cs="Arial"/>
                <w:b/>
                <w:bCs/>
                <w:sz w:val="18"/>
                <w:szCs w:val="18"/>
                <w:lang w:val="es-PE"/>
              </w:rPr>
              <w:t>Actividad Significativa / Sesión Central (09:30 - 10:30)</w:t>
            </w:r>
          </w:p>
          <w:p w14:paraId="18158312" w14:textId="77777777" w:rsidR="004246B5" w:rsidRPr="00774D49" w:rsidRDefault="004246B5" w:rsidP="004246B5">
            <w:pPr>
              <w:numPr>
                <w:ilvl w:val="0"/>
                <w:numId w:val="100"/>
              </w:numPr>
              <w:rPr>
                <w:rFonts w:cs="Arial"/>
                <w:sz w:val="18"/>
                <w:szCs w:val="18"/>
                <w:lang w:val="es-PE"/>
              </w:rPr>
            </w:pPr>
            <w:r w:rsidRPr="00774D49">
              <w:rPr>
                <w:rFonts w:cs="Arial"/>
                <w:b/>
                <w:bCs/>
                <w:sz w:val="18"/>
                <w:szCs w:val="18"/>
                <w:lang w:val="es-PE"/>
              </w:rPr>
              <w:t>Inicio (Antes):</w:t>
            </w:r>
            <w:r w:rsidRPr="00774D49">
              <w:rPr>
                <w:rFonts w:cs="Arial"/>
                <w:sz w:val="18"/>
                <w:szCs w:val="18"/>
                <w:lang w:val="es-PE"/>
              </w:rPr>
              <w:t xml:space="preserve"> La docente capta la atención de los niños en la asamblea utilizando una melodía suave de introducción y saca de una bolsa misteriosa un pequeño títere o personaje divertido elaborado con una cajita de medicina pintada, con ojos móviles y patitas de lana, saludando a los niños con una voz graciosa.</w:t>
            </w:r>
          </w:p>
          <w:p w14:paraId="0C520124" w14:textId="77777777" w:rsidR="004246B5" w:rsidRPr="00774D49" w:rsidRDefault="004246B5" w:rsidP="004246B5">
            <w:pPr>
              <w:numPr>
                <w:ilvl w:val="0"/>
                <w:numId w:val="100"/>
              </w:numPr>
              <w:rPr>
                <w:rFonts w:cs="Arial"/>
                <w:sz w:val="18"/>
                <w:szCs w:val="18"/>
                <w:lang w:val="es-PE"/>
              </w:rPr>
            </w:pPr>
            <w:r w:rsidRPr="00774D49">
              <w:rPr>
                <w:rFonts w:cs="Arial"/>
                <w:sz w:val="18"/>
                <w:szCs w:val="18"/>
                <w:lang w:val="es-PE"/>
              </w:rPr>
              <w:t>Al descubrir el personaje de cartón, genera asombro, misterio e interés en el grupo.</w:t>
            </w:r>
          </w:p>
          <w:p w14:paraId="41026D03" w14:textId="77777777" w:rsidR="004246B5" w:rsidRPr="00774D49" w:rsidRDefault="004246B5" w:rsidP="004246B5">
            <w:pPr>
              <w:numPr>
                <w:ilvl w:val="0"/>
                <w:numId w:val="100"/>
              </w:numPr>
              <w:rPr>
                <w:rFonts w:cs="Arial"/>
                <w:sz w:val="18"/>
                <w:szCs w:val="18"/>
                <w:lang w:val="es-PE"/>
              </w:rPr>
            </w:pPr>
            <w:r w:rsidRPr="00774D49">
              <w:rPr>
                <w:rFonts w:cs="Arial"/>
                <w:sz w:val="18"/>
                <w:szCs w:val="18"/>
                <w:lang w:val="es-PE"/>
              </w:rPr>
              <w:t xml:space="preserve">Plantea las preguntas de conflicto cognitivo e indagación: ¿De qué estará hecho este nuevo amigo del aula? ¿Qué tiene en su cuerpo? ¿Cómo podemos hacer para crear nuestros propios personajes, animales o robots usando estas cajitas pequeñas? ¿Qué le pondrías tú a </w:t>
            </w:r>
            <w:proofErr w:type="spellStart"/>
            <w:r w:rsidRPr="00774D49">
              <w:rPr>
                <w:rFonts w:cs="Arial"/>
                <w:sz w:val="18"/>
                <w:szCs w:val="18"/>
                <w:lang w:val="es-PE"/>
              </w:rPr>
              <w:t>tu</w:t>
            </w:r>
            <w:proofErr w:type="spellEnd"/>
            <w:r w:rsidRPr="00774D49">
              <w:rPr>
                <w:rFonts w:cs="Arial"/>
                <w:sz w:val="18"/>
                <w:szCs w:val="18"/>
                <w:lang w:val="es-PE"/>
              </w:rPr>
              <w:t xml:space="preserve"> personaje?</w:t>
            </w:r>
          </w:p>
          <w:p w14:paraId="151CE901" w14:textId="77777777" w:rsidR="004246B5" w:rsidRPr="00774D49" w:rsidRDefault="004246B5" w:rsidP="004246B5">
            <w:pPr>
              <w:numPr>
                <w:ilvl w:val="0"/>
                <w:numId w:val="100"/>
              </w:numPr>
              <w:rPr>
                <w:rFonts w:cs="Arial"/>
                <w:sz w:val="18"/>
                <w:szCs w:val="18"/>
                <w:lang w:val="es-PE"/>
              </w:rPr>
            </w:pPr>
            <w:r w:rsidRPr="00774D49">
              <w:rPr>
                <w:rFonts w:cs="Arial"/>
                <w:b/>
                <w:bCs/>
                <w:sz w:val="18"/>
                <w:szCs w:val="18"/>
                <w:lang w:val="es-PE"/>
              </w:rPr>
              <w:t>Desarrollo (Durante):</w:t>
            </w:r>
            <w:r w:rsidRPr="00774D49">
              <w:rPr>
                <w:rFonts w:cs="Arial"/>
                <w:sz w:val="18"/>
                <w:szCs w:val="18"/>
                <w:lang w:val="es-PE"/>
              </w:rPr>
              <w:t xml:space="preserve"> Los niños se acercan libremente y se organizan en sus mesas de trabajo, las cuales han sido acondicionadas previamente con manteles protectores para facilitar una exploración cómoda y libre de preocupaciones.</w:t>
            </w:r>
          </w:p>
          <w:p w14:paraId="112387D5" w14:textId="77777777" w:rsidR="004246B5" w:rsidRPr="00774D49" w:rsidRDefault="004246B5" w:rsidP="004246B5">
            <w:pPr>
              <w:numPr>
                <w:ilvl w:val="0"/>
                <w:numId w:val="100"/>
              </w:numPr>
              <w:rPr>
                <w:rFonts w:cs="Arial"/>
                <w:sz w:val="18"/>
                <w:szCs w:val="18"/>
                <w:lang w:val="es-PE"/>
              </w:rPr>
            </w:pPr>
            <w:r w:rsidRPr="00774D49">
              <w:rPr>
                <w:rFonts w:cs="Arial"/>
                <w:sz w:val="18"/>
                <w:szCs w:val="18"/>
                <w:lang w:val="es-PE"/>
              </w:rPr>
              <w:t xml:space="preserve">Exploran con todos sus sentidos los materiales </w:t>
            </w:r>
            <w:r w:rsidRPr="00774D49">
              <w:rPr>
                <w:rFonts w:cs="Arial"/>
                <w:sz w:val="18"/>
                <w:szCs w:val="18"/>
                <w:lang w:val="es-PE"/>
              </w:rPr>
              <w:lastRenderedPageBreak/>
              <w:t>distribuidos de forma masiva en canastas centrales: manipulan cajas pequeñas de fósforos, medicinas o alimentos de cartón, sienten sus formas rectangulares o cuadradas, las sopesan en sus manos y observan sus texturas lisas.</w:t>
            </w:r>
          </w:p>
          <w:p w14:paraId="1B1EC043" w14:textId="77777777" w:rsidR="004246B5" w:rsidRPr="00774D49" w:rsidRDefault="004246B5" w:rsidP="004246B5">
            <w:pPr>
              <w:numPr>
                <w:ilvl w:val="0"/>
                <w:numId w:val="100"/>
              </w:numPr>
              <w:rPr>
                <w:rFonts w:cs="Arial"/>
                <w:sz w:val="18"/>
                <w:szCs w:val="18"/>
                <w:lang w:val="es-PE"/>
              </w:rPr>
            </w:pPr>
            <w:r w:rsidRPr="00774D49">
              <w:rPr>
                <w:rFonts w:cs="Arial"/>
                <w:sz w:val="18"/>
                <w:szCs w:val="18"/>
                <w:lang w:val="es-PE"/>
              </w:rPr>
              <w:t>Juegan de manera libre e independiente a seleccionar las cajitas de su preferencia, las ensamblan uniendo una con otra para darles forma, utilizan pinceles gruesos y témperas lavables de colores llamativos para pintar las superficies de cartón, y añaden elementos decorativos sueltos provistos por la docente como retazos de lana de colores y goma escolar líquida para dar vida a sus personajes (animales, carros, robots o muñecos espontáneos).</w:t>
            </w:r>
          </w:p>
          <w:p w14:paraId="05C28191" w14:textId="77777777" w:rsidR="004246B5" w:rsidRPr="00774D49" w:rsidRDefault="004246B5" w:rsidP="004246B5">
            <w:pPr>
              <w:numPr>
                <w:ilvl w:val="0"/>
                <w:numId w:val="100"/>
              </w:numPr>
              <w:rPr>
                <w:rFonts w:cs="Arial"/>
                <w:sz w:val="18"/>
                <w:szCs w:val="18"/>
                <w:lang w:val="es-PE"/>
              </w:rPr>
            </w:pPr>
            <w:r w:rsidRPr="00774D49">
              <w:rPr>
                <w:rFonts w:cs="Arial"/>
                <w:sz w:val="18"/>
                <w:szCs w:val="18"/>
                <w:lang w:val="es-PE"/>
              </w:rPr>
              <w:t>La docente acompaña la exploración respetando los ritmos individuales y las elecciones creativas de cada niño de 3 años, interviniendo para mediar el lenguaje mediante la técnica de expansión de frases (</w:t>
            </w:r>
            <w:proofErr w:type="spellStart"/>
            <w:r w:rsidRPr="00774D49">
              <w:rPr>
                <w:rFonts w:cs="Arial"/>
                <w:sz w:val="18"/>
                <w:szCs w:val="18"/>
                <w:lang w:val="es-PE"/>
              </w:rPr>
              <w:t>Ej</w:t>
            </w:r>
            <w:proofErr w:type="spellEnd"/>
            <w:r w:rsidRPr="00774D49">
              <w:rPr>
                <w:rFonts w:cs="Arial"/>
                <w:sz w:val="18"/>
                <w:szCs w:val="18"/>
                <w:lang w:val="es-PE"/>
              </w:rPr>
              <w:t>: Si el niño levanta su trabajo con alegría y dice “perrito”, la docente responde con afecto: “Sí, es un perrito de cartón, usaste una cajita pequeña y la pintaste de color rojo, le pusiste orejas de lana”).</w:t>
            </w:r>
          </w:p>
          <w:p w14:paraId="11F14622" w14:textId="77777777" w:rsidR="004246B5" w:rsidRPr="00774D49" w:rsidRDefault="004246B5" w:rsidP="004246B5">
            <w:pPr>
              <w:numPr>
                <w:ilvl w:val="0"/>
                <w:numId w:val="100"/>
              </w:numPr>
              <w:rPr>
                <w:rFonts w:cs="Arial"/>
                <w:sz w:val="18"/>
                <w:szCs w:val="18"/>
                <w:lang w:val="es-PE"/>
              </w:rPr>
            </w:pPr>
            <w:r w:rsidRPr="00774D49">
              <w:rPr>
                <w:rFonts w:cs="Arial"/>
                <w:b/>
                <w:bCs/>
                <w:sz w:val="18"/>
                <w:szCs w:val="18"/>
                <w:lang w:val="es-PE"/>
              </w:rPr>
              <w:t>Cierre (Después):</w:t>
            </w:r>
            <w:r w:rsidRPr="00774D49">
              <w:rPr>
                <w:rFonts w:cs="Arial"/>
                <w:sz w:val="18"/>
                <w:szCs w:val="18"/>
                <w:lang w:val="es-PE"/>
              </w:rPr>
              <w:t xml:space="preserve"> Regresamos a la asamblea breve sentándonos en círculo en el piso portando con cuidado las producciones y personajes creados por cada uno.</w:t>
            </w:r>
          </w:p>
          <w:p w14:paraId="701C5181" w14:textId="77777777" w:rsidR="004246B5" w:rsidRPr="00774D49" w:rsidRDefault="004246B5" w:rsidP="004246B5">
            <w:pPr>
              <w:numPr>
                <w:ilvl w:val="0"/>
                <w:numId w:val="100"/>
              </w:numPr>
              <w:rPr>
                <w:rFonts w:cs="Arial"/>
                <w:sz w:val="18"/>
                <w:szCs w:val="18"/>
                <w:lang w:val="es-PE"/>
              </w:rPr>
            </w:pPr>
            <w:r w:rsidRPr="00774D49">
              <w:rPr>
                <w:rFonts w:cs="Arial"/>
                <w:sz w:val="18"/>
                <w:szCs w:val="18"/>
                <w:lang w:val="es-PE"/>
              </w:rPr>
              <w:t>Dialogamos de forma reflexiva mediante preguntas sencillas de metacognición: ¿Qué personaje elegiste crear hoy con tus cajitas? ¿Cómo hiciste para pintarlo? ¿Qué materiales le agregaste a su cuerpo?</w:t>
            </w:r>
          </w:p>
          <w:p w14:paraId="096FA2D3" w14:textId="77777777" w:rsidR="004246B5" w:rsidRPr="00774D49" w:rsidRDefault="004246B5" w:rsidP="004246B5">
            <w:pPr>
              <w:numPr>
                <w:ilvl w:val="0"/>
                <w:numId w:val="100"/>
              </w:numPr>
              <w:rPr>
                <w:rFonts w:cs="Arial"/>
                <w:sz w:val="18"/>
                <w:szCs w:val="18"/>
                <w:lang w:val="es-PE"/>
              </w:rPr>
            </w:pPr>
            <w:r w:rsidRPr="00774D49">
              <w:rPr>
                <w:rFonts w:cs="Arial"/>
                <w:sz w:val="18"/>
                <w:szCs w:val="18"/>
                <w:lang w:val="es-PE"/>
              </w:rPr>
              <w:t>Colocamos los personajes terminados en una mesa o estante seguro del aula para que se sequen por completo, nos lavamos las manos de forma preliminar y ordenamos los materiales sobrantes en sus lugares.</w:t>
            </w:r>
          </w:p>
          <w:p w14:paraId="1AC62DEE" w14:textId="77777777" w:rsidR="004246B5" w:rsidRPr="00774D49" w:rsidRDefault="004246B5" w:rsidP="00505D03">
            <w:pPr>
              <w:rPr>
                <w:rFonts w:cs="Arial"/>
                <w:b/>
                <w:bCs/>
                <w:sz w:val="18"/>
                <w:szCs w:val="18"/>
                <w:lang w:val="es-PE"/>
              </w:rPr>
            </w:pPr>
            <w:r w:rsidRPr="00774D49">
              <w:rPr>
                <w:rFonts w:cs="Arial"/>
                <w:b/>
                <w:bCs/>
                <w:sz w:val="18"/>
                <w:szCs w:val="18"/>
                <w:lang w:val="es-PE"/>
              </w:rPr>
              <w:t>Aseo, Refrigerio y Recreo (10:30 - 11:30)</w:t>
            </w:r>
          </w:p>
          <w:p w14:paraId="3FDCBC8E" w14:textId="77777777" w:rsidR="004246B5" w:rsidRPr="00774D49" w:rsidRDefault="004246B5" w:rsidP="004246B5">
            <w:pPr>
              <w:numPr>
                <w:ilvl w:val="0"/>
                <w:numId w:val="101"/>
              </w:numPr>
              <w:rPr>
                <w:rFonts w:cs="Arial"/>
                <w:sz w:val="18"/>
                <w:szCs w:val="18"/>
                <w:lang w:val="es-PE"/>
              </w:rPr>
            </w:pPr>
            <w:r w:rsidRPr="00774D49">
              <w:rPr>
                <w:rFonts w:cs="Arial"/>
                <w:b/>
                <w:bCs/>
                <w:sz w:val="18"/>
                <w:szCs w:val="18"/>
                <w:lang w:val="es-PE"/>
              </w:rPr>
              <w:t>Higiene:</w:t>
            </w:r>
            <w:r w:rsidRPr="00774D49">
              <w:rPr>
                <w:rFonts w:cs="Arial"/>
                <w:sz w:val="18"/>
                <w:szCs w:val="18"/>
                <w:lang w:val="es-PE"/>
              </w:rPr>
              <w:t xml:space="preserve"> Traslado ordenado al espacio de los lavaderos en grupos pequeños. Lavado de manos guiado paso a paso por la docente, utilizando jabón líquido y modelando el frotado correcto de palmas, muñecas y dedos tras la manipulación de las témperas, la goma y las cajitas pintadas.</w:t>
            </w:r>
          </w:p>
          <w:p w14:paraId="123A7D2A" w14:textId="77777777" w:rsidR="004246B5" w:rsidRPr="00774D49" w:rsidRDefault="004246B5" w:rsidP="004246B5">
            <w:pPr>
              <w:numPr>
                <w:ilvl w:val="0"/>
                <w:numId w:val="101"/>
              </w:numPr>
              <w:rPr>
                <w:rFonts w:cs="Arial"/>
                <w:sz w:val="18"/>
                <w:szCs w:val="18"/>
                <w:lang w:val="es-PE"/>
              </w:rPr>
            </w:pPr>
            <w:r w:rsidRPr="00774D49">
              <w:rPr>
                <w:rFonts w:cs="Arial"/>
                <w:sz w:val="18"/>
                <w:szCs w:val="18"/>
                <w:lang w:val="es-PE"/>
              </w:rPr>
              <w:t>Se fomenta el uso responsable del agua al cerrar el caño mientras se enjabonan y se apoya de forma visual con carteles explicativos pegados a la altura de su vista, finalizando con el secado autónomo usando papel toalla.</w:t>
            </w:r>
          </w:p>
          <w:p w14:paraId="68E0651C" w14:textId="77777777" w:rsidR="004246B5" w:rsidRPr="00774D49" w:rsidRDefault="004246B5" w:rsidP="004246B5">
            <w:pPr>
              <w:numPr>
                <w:ilvl w:val="0"/>
                <w:numId w:val="101"/>
              </w:numPr>
              <w:rPr>
                <w:rFonts w:cs="Arial"/>
                <w:sz w:val="18"/>
                <w:szCs w:val="18"/>
                <w:lang w:val="es-PE"/>
              </w:rPr>
            </w:pPr>
            <w:r w:rsidRPr="00774D49">
              <w:rPr>
                <w:rFonts w:cs="Arial"/>
                <w:b/>
                <w:bCs/>
                <w:sz w:val="18"/>
                <w:szCs w:val="18"/>
                <w:lang w:val="es-PE"/>
              </w:rPr>
              <w:t>Alimentación:</w:t>
            </w:r>
            <w:r w:rsidRPr="00774D49">
              <w:rPr>
                <w:rFonts w:cs="Arial"/>
                <w:sz w:val="18"/>
                <w:szCs w:val="18"/>
                <w:lang w:val="es-PE"/>
              </w:rPr>
              <w:t xml:space="preserve"> Consumo de la lonchera dentro del aula en un clima de calma, respeto y buena convivencia.</w:t>
            </w:r>
          </w:p>
          <w:p w14:paraId="0393CD80" w14:textId="77777777" w:rsidR="004246B5" w:rsidRPr="00774D49" w:rsidRDefault="004246B5" w:rsidP="004246B5">
            <w:pPr>
              <w:numPr>
                <w:ilvl w:val="0"/>
                <w:numId w:val="101"/>
              </w:numPr>
              <w:rPr>
                <w:rFonts w:cs="Arial"/>
                <w:sz w:val="18"/>
                <w:szCs w:val="18"/>
                <w:lang w:val="es-PE"/>
              </w:rPr>
            </w:pPr>
            <w:r w:rsidRPr="00774D49">
              <w:rPr>
                <w:rFonts w:cs="Arial"/>
                <w:sz w:val="18"/>
                <w:szCs w:val="18"/>
                <w:lang w:val="es-PE"/>
              </w:rPr>
              <w:t>Se promueve la autonomía individual incentivando a los niños a sacar sus individuales, abrir los cierres de sus mochilas, destapar sus envases plásticos por sí mismos y limpiar con un paño su espacio de la mesa al terminar de comer.</w:t>
            </w:r>
          </w:p>
          <w:p w14:paraId="583F514F" w14:textId="77777777" w:rsidR="004246B5" w:rsidRPr="00774D49" w:rsidRDefault="004246B5" w:rsidP="004246B5">
            <w:pPr>
              <w:numPr>
                <w:ilvl w:val="0"/>
                <w:numId w:val="101"/>
              </w:numPr>
              <w:rPr>
                <w:rFonts w:cs="Arial"/>
                <w:sz w:val="18"/>
                <w:szCs w:val="18"/>
                <w:lang w:val="es-PE"/>
              </w:rPr>
            </w:pPr>
            <w:r w:rsidRPr="00774D49">
              <w:rPr>
                <w:rFonts w:cs="Arial"/>
                <w:b/>
                <w:bCs/>
                <w:sz w:val="18"/>
                <w:szCs w:val="18"/>
                <w:lang w:val="es-PE"/>
              </w:rPr>
              <w:t>Recreo:</w:t>
            </w:r>
            <w:r w:rsidRPr="00774D49">
              <w:rPr>
                <w:rFonts w:cs="Arial"/>
                <w:sz w:val="18"/>
                <w:szCs w:val="18"/>
                <w:lang w:val="es-PE"/>
              </w:rPr>
              <w:t xml:space="preserve"> Espacio de juego libre, socialización y esparcimiento motriz en el patio exterior de la </w:t>
            </w:r>
            <w:r w:rsidRPr="00774D49">
              <w:rPr>
                <w:rFonts w:cs="Arial"/>
                <w:sz w:val="18"/>
                <w:szCs w:val="18"/>
                <w:lang w:val="es-PE"/>
              </w:rPr>
              <w:lastRenderedPageBreak/>
              <w:t>institución educativa.</w:t>
            </w:r>
          </w:p>
          <w:p w14:paraId="101F2B2E" w14:textId="77777777" w:rsidR="004246B5" w:rsidRPr="00774D49" w:rsidRDefault="004246B5" w:rsidP="004246B5">
            <w:pPr>
              <w:numPr>
                <w:ilvl w:val="0"/>
                <w:numId w:val="101"/>
              </w:numPr>
              <w:rPr>
                <w:rFonts w:cs="Arial"/>
                <w:sz w:val="18"/>
                <w:szCs w:val="18"/>
                <w:lang w:val="es-PE"/>
              </w:rPr>
            </w:pPr>
            <w:r w:rsidRPr="00774D49">
              <w:rPr>
                <w:rFonts w:cs="Arial"/>
                <w:sz w:val="18"/>
                <w:szCs w:val="18"/>
                <w:lang w:val="es-PE"/>
              </w:rPr>
              <w:t>Se realiza bajo la supervisión constante, activa y el cuidado protector de la docente para garantizar la seguridad física y prevenir accidentes entre los niños.</w:t>
            </w:r>
          </w:p>
          <w:p w14:paraId="16C83145" w14:textId="77777777" w:rsidR="004246B5" w:rsidRPr="00774D49" w:rsidRDefault="004246B5" w:rsidP="00505D03">
            <w:pPr>
              <w:rPr>
                <w:rFonts w:cs="Arial"/>
                <w:b/>
                <w:bCs/>
                <w:sz w:val="18"/>
                <w:szCs w:val="18"/>
                <w:lang w:val="es-PE"/>
              </w:rPr>
            </w:pPr>
            <w:r w:rsidRPr="00774D49">
              <w:rPr>
                <w:rFonts w:cs="Arial"/>
                <w:b/>
                <w:bCs/>
                <w:sz w:val="18"/>
                <w:szCs w:val="18"/>
                <w:lang w:val="es-PE"/>
              </w:rPr>
              <w:t>Actividad Psicomotriz Corta (11:30 - 12:00)</w:t>
            </w:r>
          </w:p>
          <w:p w14:paraId="1916E854" w14:textId="77777777" w:rsidR="004246B5" w:rsidRPr="00774D49" w:rsidRDefault="004246B5" w:rsidP="004246B5">
            <w:pPr>
              <w:numPr>
                <w:ilvl w:val="0"/>
                <w:numId w:val="102"/>
              </w:numPr>
              <w:rPr>
                <w:rFonts w:cs="Arial"/>
                <w:sz w:val="18"/>
                <w:szCs w:val="18"/>
                <w:lang w:val="es-PE"/>
              </w:rPr>
            </w:pPr>
            <w:r w:rsidRPr="00774D49">
              <w:rPr>
                <w:rFonts w:cs="Arial"/>
                <w:b/>
                <w:bCs/>
                <w:sz w:val="18"/>
                <w:szCs w:val="18"/>
                <w:lang w:val="es-PE"/>
              </w:rPr>
              <w:t>Desarrollo Motriz:</w:t>
            </w:r>
            <w:r w:rsidRPr="00774D49">
              <w:rPr>
                <w:rFonts w:cs="Arial"/>
                <w:sz w:val="18"/>
                <w:szCs w:val="18"/>
                <w:lang w:val="es-PE"/>
              </w:rPr>
              <w:t xml:space="preserve"> En el espacio de psicomotricidad o zona despejada del aula, la docente propone el juego motor “El baile de los personajes”.</w:t>
            </w:r>
          </w:p>
          <w:p w14:paraId="1EDBA434" w14:textId="77777777" w:rsidR="004246B5" w:rsidRPr="00774D49" w:rsidRDefault="004246B5" w:rsidP="004246B5">
            <w:pPr>
              <w:numPr>
                <w:ilvl w:val="0"/>
                <w:numId w:val="102"/>
              </w:numPr>
              <w:rPr>
                <w:rFonts w:cs="Arial"/>
                <w:sz w:val="18"/>
                <w:szCs w:val="18"/>
                <w:lang w:val="es-PE"/>
              </w:rPr>
            </w:pPr>
            <w:r w:rsidRPr="00774D49">
              <w:rPr>
                <w:rFonts w:cs="Arial"/>
                <w:sz w:val="18"/>
                <w:szCs w:val="18"/>
                <w:lang w:val="es-PE"/>
              </w:rPr>
              <w:t>Los niños se esparcen por el espacio físico e imitan corporalmente los movimientos de los personajes creados (avanzar rígidos como robots, caminar en cuatro patas como animalitos o rodar suavemente sobre las colchonetas), deteniéndose por completo y manteniendo el equilibrio estático cuando la docente detiene el sonido de una pandereta, controlando su cuerpo en el espacio.</w:t>
            </w:r>
          </w:p>
          <w:p w14:paraId="6B370F84" w14:textId="77777777" w:rsidR="004246B5" w:rsidRPr="00774D49" w:rsidRDefault="004246B5" w:rsidP="00505D03">
            <w:pPr>
              <w:rPr>
                <w:rFonts w:cs="Arial"/>
                <w:b/>
                <w:bCs/>
                <w:sz w:val="18"/>
                <w:szCs w:val="18"/>
                <w:lang w:val="es-PE"/>
              </w:rPr>
            </w:pPr>
            <w:r w:rsidRPr="00774D49">
              <w:rPr>
                <w:rFonts w:cs="Arial"/>
                <w:b/>
                <w:bCs/>
                <w:sz w:val="18"/>
                <w:szCs w:val="18"/>
                <w:lang w:val="es-PE"/>
              </w:rPr>
              <w:t>El Taller de Expresión Artística (12:00 - 12:30)</w:t>
            </w:r>
          </w:p>
          <w:p w14:paraId="3A5B36BC" w14:textId="77777777" w:rsidR="004246B5" w:rsidRPr="00774D49" w:rsidRDefault="004246B5" w:rsidP="004246B5">
            <w:pPr>
              <w:numPr>
                <w:ilvl w:val="0"/>
                <w:numId w:val="103"/>
              </w:numPr>
              <w:rPr>
                <w:rFonts w:cs="Arial"/>
                <w:sz w:val="18"/>
                <w:szCs w:val="18"/>
                <w:lang w:val="es-PE"/>
              </w:rPr>
            </w:pPr>
            <w:r w:rsidRPr="00774D49">
              <w:rPr>
                <w:rFonts w:cs="Arial"/>
                <w:b/>
                <w:bCs/>
                <w:sz w:val="18"/>
                <w:szCs w:val="18"/>
                <w:lang w:val="es-PE"/>
              </w:rPr>
              <w:t>Taller de Música:</w:t>
            </w:r>
            <w:r w:rsidRPr="00774D49">
              <w:rPr>
                <w:rFonts w:cs="Arial"/>
                <w:sz w:val="18"/>
                <w:szCs w:val="18"/>
                <w:lang w:val="es-PE"/>
              </w:rPr>
              <w:t xml:space="preserve"> La docente reúne a los niños sentados en círculo y presenta una canasta con instrumentos musicales de percusión menores e idóneos para la edad (maracas plásticas pequeñas, panderos ligeros y </w:t>
            </w:r>
            <w:proofErr w:type="spellStart"/>
            <w:r w:rsidRPr="00774D49">
              <w:rPr>
                <w:rFonts w:cs="Arial"/>
                <w:sz w:val="18"/>
                <w:szCs w:val="18"/>
                <w:lang w:val="es-PE"/>
              </w:rPr>
              <w:t>toc-toc</w:t>
            </w:r>
            <w:proofErr w:type="spellEnd"/>
            <w:r w:rsidRPr="00774D49">
              <w:rPr>
                <w:rFonts w:cs="Arial"/>
                <w:sz w:val="18"/>
                <w:szCs w:val="18"/>
                <w:lang w:val="es-PE"/>
              </w:rPr>
              <w:t xml:space="preserve"> de madera).</w:t>
            </w:r>
          </w:p>
          <w:p w14:paraId="584FA6D5" w14:textId="77777777" w:rsidR="004246B5" w:rsidRPr="00774D49" w:rsidRDefault="004246B5" w:rsidP="004246B5">
            <w:pPr>
              <w:numPr>
                <w:ilvl w:val="0"/>
                <w:numId w:val="103"/>
              </w:numPr>
              <w:rPr>
                <w:rFonts w:cs="Arial"/>
                <w:sz w:val="18"/>
                <w:szCs w:val="18"/>
                <w:lang w:val="es-PE"/>
              </w:rPr>
            </w:pPr>
            <w:r w:rsidRPr="00774D49">
              <w:rPr>
                <w:rFonts w:cs="Arial"/>
                <w:sz w:val="18"/>
                <w:szCs w:val="18"/>
                <w:lang w:val="es-PE"/>
              </w:rPr>
              <w:t>Ofrece los instrumentos para la libre manipulación y exploración sonora de los estudiantes.</w:t>
            </w:r>
          </w:p>
          <w:p w14:paraId="02C01FBC" w14:textId="77777777" w:rsidR="004246B5" w:rsidRPr="00774D49" w:rsidRDefault="004246B5" w:rsidP="004246B5">
            <w:pPr>
              <w:numPr>
                <w:ilvl w:val="0"/>
                <w:numId w:val="103"/>
              </w:numPr>
              <w:rPr>
                <w:rFonts w:cs="Arial"/>
                <w:sz w:val="18"/>
                <w:szCs w:val="18"/>
                <w:lang w:val="es-PE"/>
              </w:rPr>
            </w:pPr>
            <w:r w:rsidRPr="00774D49">
              <w:rPr>
                <w:rFonts w:cs="Arial"/>
                <w:sz w:val="18"/>
                <w:szCs w:val="18"/>
                <w:lang w:val="es-PE"/>
              </w:rPr>
              <w:t xml:space="preserve">Los niños juegan libremente a producir sonidos, sacudir las maracas arriba y abajo, golpear rítmicamente los </w:t>
            </w:r>
            <w:proofErr w:type="spellStart"/>
            <w:r w:rsidRPr="00774D49">
              <w:rPr>
                <w:rFonts w:cs="Arial"/>
                <w:sz w:val="18"/>
                <w:szCs w:val="18"/>
                <w:lang w:val="es-PE"/>
              </w:rPr>
              <w:t>toc-toc</w:t>
            </w:r>
            <w:proofErr w:type="spellEnd"/>
            <w:r w:rsidRPr="00774D49">
              <w:rPr>
                <w:rFonts w:cs="Arial"/>
                <w:sz w:val="18"/>
                <w:szCs w:val="18"/>
                <w:lang w:val="es-PE"/>
              </w:rPr>
              <w:t xml:space="preserve"> e imitar de manera espontánea los ritmos marcados por una canción infantil alegre reproducida en el aula.</w:t>
            </w:r>
          </w:p>
          <w:p w14:paraId="1F8E276C" w14:textId="77777777" w:rsidR="004246B5" w:rsidRPr="00774D49" w:rsidRDefault="004246B5" w:rsidP="004246B5">
            <w:pPr>
              <w:numPr>
                <w:ilvl w:val="0"/>
                <w:numId w:val="103"/>
              </w:numPr>
              <w:rPr>
                <w:rFonts w:cs="Arial"/>
                <w:sz w:val="18"/>
                <w:szCs w:val="18"/>
                <w:lang w:val="es-PE"/>
              </w:rPr>
            </w:pPr>
            <w:r w:rsidRPr="00774D49">
              <w:rPr>
                <w:rFonts w:cs="Arial"/>
                <w:sz w:val="18"/>
                <w:szCs w:val="18"/>
                <w:lang w:val="es-PE"/>
              </w:rPr>
              <w:t>La docente acompaña el proceso cantando y marcando el compás junto a ellos, priorizando la sensibilidad auditiva, la coordinación motriz fina, el disfrute musical y la libre expresión de cada niño de 3 años, evitando imponer una ejecución rígida o buscar una sincronía perfecta.</w:t>
            </w:r>
          </w:p>
          <w:p w14:paraId="2B8B0F96" w14:textId="77777777" w:rsidR="004246B5" w:rsidRPr="00774D49" w:rsidRDefault="004246B5" w:rsidP="00505D03">
            <w:pPr>
              <w:rPr>
                <w:rFonts w:cs="Arial"/>
                <w:b/>
                <w:bCs/>
                <w:sz w:val="18"/>
                <w:szCs w:val="18"/>
                <w:lang w:val="es-PE"/>
              </w:rPr>
            </w:pPr>
            <w:r w:rsidRPr="00774D49">
              <w:rPr>
                <w:rFonts w:cs="Arial"/>
                <w:b/>
                <w:bCs/>
                <w:sz w:val="18"/>
                <w:szCs w:val="18"/>
                <w:lang w:val="es-PE"/>
              </w:rPr>
              <w:t>Rutinas de Salida (12:30)</w:t>
            </w:r>
          </w:p>
          <w:p w14:paraId="10E1C490" w14:textId="77777777" w:rsidR="004246B5" w:rsidRPr="00774D49" w:rsidRDefault="004246B5" w:rsidP="004246B5">
            <w:pPr>
              <w:numPr>
                <w:ilvl w:val="0"/>
                <w:numId w:val="104"/>
              </w:numPr>
              <w:rPr>
                <w:rFonts w:cs="Arial"/>
                <w:sz w:val="18"/>
                <w:szCs w:val="18"/>
                <w:lang w:val="es-PE"/>
              </w:rPr>
            </w:pPr>
            <w:r w:rsidRPr="00774D49">
              <w:rPr>
                <w:rFonts w:cs="Arial"/>
                <w:b/>
                <w:bCs/>
                <w:sz w:val="18"/>
                <w:szCs w:val="18"/>
                <w:lang w:val="es-PE"/>
              </w:rPr>
              <w:t>Cierre:</w:t>
            </w:r>
            <w:r w:rsidRPr="00774D49">
              <w:rPr>
                <w:rFonts w:cs="Arial"/>
                <w:sz w:val="18"/>
                <w:szCs w:val="18"/>
                <w:lang w:val="es-PE"/>
              </w:rPr>
              <w:t xml:space="preserve"> Breve recuento final en asamblea sobre las experiencias de transformación plástica que más les causaron alegría y diversión al crear con las cajitas durante el día en el aula de clases.</w:t>
            </w:r>
          </w:p>
          <w:p w14:paraId="403E7E56" w14:textId="77777777" w:rsidR="004246B5" w:rsidRPr="00774D49" w:rsidRDefault="004246B5" w:rsidP="004246B5">
            <w:pPr>
              <w:numPr>
                <w:ilvl w:val="0"/>
                <w:numId w:val="104"/>
              </w:numPr>
              <w:rPr>
                <w:rFonts w:cs="Arial"/>
                <w:sz w:val="18"/>
                <w:szCs w:val="18"/>
                <w:lang w:val="es-PE"/>
              </w:rPr>
            </w:pPr>
            <w:r w:rsidRPr="00774D49">
              <w:rPr>
                <w:rFonts w:cs="Arial"/>
                <w:sz w:val="18"/>
                <w:szCs w:val="18"/>
                <w:lang w:val="es-PE"/>
              </w:rPr>
              <w:t>Se acompaña y orienta a los niños en el orden de sus mochilas, colocación autónoma de abrigos y recojo de sus pertenencias personales de forma independiente.</w:t>
            </w:r>
          </w:p>
          <w:p w14:paraId="388181A9" w14:textId="77777777" w:rsidR="004246B5" w:rsidRPr="00774D49" w:rsidRDefault="004246B5" w:rsidP="004246B5">
            <w:pPr>
              <w:numPr>
                <w:ilvl w:val="0"/>
                <w:numId w:val="104"/>
              </w:numPr>
              <w:rPr>
                <w:rFonts w:cs="Arial"/>
                <w:sz w:val="18"/>
                <w:szCs w:val="18"/>
                <w:lang w:val="es-PE"/>
              </w:rPr>
            </w:pPr>
            <w:r w:rsidRPr="00774D49">
              <w:rPr>
                <w:rFonts w:cs="Arial"/>
                <w:sz w:val="18"/>
                <w:szCs w:val="18"/>
                <w:lang w:val="es-PE"/>
              </w:rPr>
              <w:t>Despedida afectuosa y personalizada a cada estudiante en la puerta del aula, entregándolo formalmente a su padre, madre o adulto responsable autorizado.</w:t>
            </w:r>
          </w:p>
        </w:tc>
        <w:tc>
          <w:tcPr>
            <w:tcW w:w="1740" w:type="dxa"/>
            <w:vAlign w:val="center"/>
          </w:tcPr>
          <w:p w14:paraId="5B57F0C2" w14:textId="77777777" w:rsidR="004246B5" w:rsidRPr="00774D49" w:rsidRDefault="004246B5" w:rsidP="00505D03">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lastRenderedPageBreak/>
              <w:t>  Cajas</w:t>
            </w:r>
            <w:proofErr w:type="gramEnd"/>
            <w:r w:rsidRPr="00774D49">
              <w:rPr>
                <w:rFonts w:eastAsia="Times New Roman" w:cs="Arial"/>
                <w:sz w:val="18"/>
                <w:szCs w:val="18"/>
                <w:lang w:val="es-PE" w:eastAsia="es-PE"/>
              </w:rPr>
              <w:t xml:space="preserve"> pequeñas variadas (de fósforos, medicinas, cosméticos o alimentos limpios).</w:t>
            </w:r>
          </w:p>
          <w:p w14:paraId="57BC1D70" w14:textId="77777777" w:rsidR="004246B5" w:rsidRPr="00774D49" w:rsidRDefault="004246B5" w:rsidP="00505D03">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t>  Témperas</w:t>
            </w:r>
            <w:proofErr w:type="gramEnd"/>
            <w:r w:rsidRPr="00774D49">
              <w:rPr>
                <w:rFonts w:eastAsia="Times New Roman" w:cs="Arial"/>
                <w:sz w:val="18"/>
                <w:szCs w:val="18"/>
                <w:lang w:val="es-PE" w:eastAsia="es-PE"/>
              </w:rPr>
              <w:t xml:space="preserve"> lavables de colores llamativos y pinceles de pelo grueso y mango corto.</w:t>
            </w:r>
          </w:p>
          <w:p w14:paraId="66C23F28" w14:textId="77777777" w:rsidR="004246B5" w:rsidRPr="00774D49" w:rsidRDefault="004246B5" w:rsidP="00505D03">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t>  Retazos</w:t>
            </w:r>
            <w:proofErr w:type="gramEnd"/>
            <w:r w:rsidRPr="00774D49">
              <w:rPr>
                <w:rFonts w:eastAsia="Times New Roman" w:cs="Arial"/>
                <w:sz w:val="18"/>
                <w:szCs w:val="18"/>
                <w:lang w:val="es-PE" w:eastAsia="es-PE"/>
              </w:rPr>
              <w:t xml:space="preserve"> de lana de colores, ojos móviles de plástico y goma escolar líquida dispuesta en platos plásticos.</w:t>
            </w:r>
          </w:p>
          <w:p w14:paraId="44FDC9D5" w14:textId="77777777" w:rsidR="004246B5" w:rsidRPr="00774D49" w:rsidRDefault="004246B5" w:rsidP="00505D03">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t>  Instrumentos</w:t>
            </w:r>
            <w:proofErr w:type="gramEnd"/>
            <w:r w:rsidRPr="00774D49">
              <w:rPr>
                <w:rFonts w:eastAsia="Times New Roman" w:cs="Arial"/>
                <w:sz w:val="18"/>
                <w:szCs w:val="18"/>
                <w:lang w:val="es-PE" w:eastAsia="es-PE"/>
              </w:rPr>
              <w:t xml:space="preserve"> musicales menores de percusión (maracas, panderos, </w:t>
            </w:r>
            <w:proofErr w:type="spellStart"/>
            <w:r w:rsidRPr="00774D49">
              <w:rPr>
                <w:rFonts w:eastAsia="Times New Roman" w:cs="Arial"/>
                <w:sz w:val="18"/>
                <w:szCs w:val="18"/>
                <w:lang w:val="es-PE" w:eastAsia="es-PE"/>
              </w:rPr>
              <w:t>toc-toc</w:t>
            </w:r>
            <w:proofErr w:type="spellEnd"/>
            <w:r w:rsidRPr="00774D49">
              <w:rPr>
                <w:rFonts w:eastAsia="Times New Roman" w:cs="Arial"/>
                <w:sz w:val="18"/>
                <w:szCs w:val="18"/>
                <w:lang w:val="es-PE" w:eastAsia="es-PE"/>
              </w:rPr>
              <w:t>).</w:t>
            </w:r>
          </w:p>
          <w:p w14:paraId="5734C439" w14:textId="77777777" w:rsidR="004246B5" w:rsidRPr="00774D49" w:rsidRDefault="004246B5" w:rsidP="00505D03">
            <w:pPr>
              <w:rPr>
                <w:rFonts w:cs="Arial"/>
                <w:sz w:val="18"/>
                <w:szCs w:val="18"/>
                <w:lang w:val="es-PE"/>
              </w:rPr>
            </w:pPr>
            <w:proofErr w:type="gramStart"/>
            <w:r w:rsidRPr="00774D49">
              <w:rPr>
                <w:rFonts w:eastAsia="Times New Roman" w:cs="Arial"/>
                <w:sz w:val="18"/>
                <w:szCs w:val="18"/>
                <w:lang w:val="es-PE" w:eastAsia="es-PE"/>
              </w:rPr>
              <w:t>  Cojines</w:t>
            </w:r>
            <w:proofErr w:type="gramEnd"/>
            <w:r w:rsidRPr="00774D49">
              <w:rPr>
                <w:rFonts w:eastAsia="Times New Roman" w:cs="Arial"/>
                <w:sz w:val="18"/>
                <w:szCs w:val="18"/>
                <w:lang w:val="es-PE" w:eastAsia="es-PE"/>
              </w:rPr>
              <w:t xml:space="preserve"> individuales para la asamblea, manteles protectores y panel de asistencia.</w:t>
            </w:r>
          </w:p>
        </w:tc>
        <w:tc>
          <w:tcPr>
            <w:tcW w:w="1680" w:type="dxa"/>
            <w:vAlign w:val="center"/>
          </w:tcPr>
          <w:p w14:paraId="1E58A25D" w14:textId="77777777" w:rsidR="004246B5" w:rsidRPr="00774D49" w:rsidRDefault="004246B5" w:rsidP="00505D03">
            <w:pPr>
              <w:rPr>
                <w:rFonts w:cs="Arial"/>
                <w:sz w:val="18"/>
                <w:szCs w:val="18"/>
                <w:lang w:val="es-PE"/>
              </w:rPr>
            </w:pPr>
            <w:r w:rsidRPr="00774D49">
              <w:rPr>
                <w:rFonts w:cs="Arial"/>
                <w:b/>
                <w:bCs/>
                <w:sz w:val="18"/>
                <w:szCs w:val="18"/>
                <w:lang w:val="es-PE"/>
              </w:rPr>
              <w:t>Observar cómo se</w:t>
            </w:r>
            <w:r w:rsidRPr="00774D49">
              <w:rPr>
                <w:rFonts w:cs="Arial"/>
                <w:sz w:val="18"/>
                <w:szCs w:val="18"/>
                <w:lang w:val="es-PE"/>
              </w:rPr>
              <w:t xml:space="preserve"> manifiesta la iniciativa del niño o niña al seleccionar, unir y ensamblar de forma libre las cajas pequeñas y elementos decorativos para crear su propio personaje.</w:t>
            </w:r>
          </w:p>
          <w:p w14:paraId="49599397" w14:textId="77777777" w:rsidR="004246B5" w:rsidRPr="00774D49" w:rsidRDefault="004246B5" w:rsidP="00505D03">
            <w:pPr>
              <w:rPr>
                <w:rFonts w:cs="Arial"/>
                <w:sz w:val="18"/>
                <w:szCs w:val="18"/>
                <w:lang w:val="es-PE"/>
              </w:rPr>
            </w:pPr>
            <w:r w:rsidRPr="00774D49">
              <w:rPr>
                <w:rFonts w:cs="Arial"/>
                <w:b/>
                <w:bCs/>
                <w:sz w:val="18"/>
                <w:szCs w:val="18"/>
                <w:lang w:val="es-PE"/>
              </w:rPr>
              <w:t>Observar cómo se</w:t>
            </w:r>
            <w:r w:rsidRPr="00774D49">
              <w:rPr>
                <w:rFonts w:cs="Arial"/>
                <w:sz w:val="18"/>
                <w:szCs w:val="18"/>
                <w:lang w:val="es-PE"/>
              </w:rPr>
              <w:t xml:space="preserve"> expresa plásticamente al coordinar sus movimientos para aplicar la témpera con el pincel sobre las superficies de cartón de las cajas.</w:t>
            </w:r>
          </w:p>
        </w:tc>
      </w:tr>
      <w:tr w:rsidR="00895ADD" w:rsidRPr="00774D49" w14:paraId="38C5665B" w14:textId="77777777" w:rsidTr="008548DC">
        <w:trPr>
          <w:jc w:val="center"/>
        </w:trPr>
        <w:tc>
          <w:tcPr>
            <w:tcW w:w="2378" w:type="dxa"/>
            <w:gridSpan w:val="2"/>
            <w:vAlign w:val="center"/>
          </w:tcPr>
          <w:p w14:paraId="325810D2" w14:textId="5478F8EE" w:rsidR="00895ADD" w:rsidRPr="00774D49" w:rsidRDefault="00895ADD" w:rsidP="00505D03">
            <w:pPr>
              <w:rPr>
                <w:rFonts w:cs="Arial"/>
                <w:sz w:val="18"/>
                <w:szCs w:val="18"/>
                <w:lang w:val="es-PE"/>
              </w:rPr>
            </w:pPr>
            <w:r w:rsidRPr="00895ADD">
              <w:rPr>
                <w:rFonts w:cs="Arial"/>
                <w:b/>
                <w:bCs/>
                <w:sz w:val="18"/>
                <w:szCs w:val="18"/>
                <w:lang w:val="es-PE"/>
              </w:rPr>
              <w:lastRenderedPageBreak/>
              <w:t>Áreas a observar:</w:t>
            </w:r>
          </w:p>
        </w:tc>
        <w:tc>
          <w:tcPr>
            <w:tcW w:w="4785" w:type="dxa"/>
            <w:vAlign w:val="center"/>
          </w:tcPr>
          <w:p w14:paraId="778A0D85" w14:textId="2775D703" w:rsidR="00895ADD" w:rsidRPr="009A514E" w:rsidRDefault="009A514E" w:rsidP="00505D03">
            <w:pPr>
              <w:rPr>
                <w:rFonts w:cs="Arial"/>
                <w:sz w:val="18"/>
                <w:szCs w:val="18"/>
                <w:lang w:val="es-PE"/>
              </w:rPr>
            </w:pPr>
            <w:r w:rsidRPr="009A514E">
              <w:rPr>
                <w:rFonts w:cs="Arial"/>
                <w:sz w:val="18"/>
                <w:szCs w:val="18"/>
                <w:lang w:val="es-PE"/>
              </w:rPr>
              <w:t>Comunicación (Taller), Personal Social, y Psicomotricidad.</w:t>
            </w:r>
          </w:p>
        </w:tc>
        <w:tc>
          <w:tcPr>
            <w:tcW w:w="1740" w:type="dxa"/>
            <w:vAlign w:val="center"/>
          </w:tcPr>
          <w:p w14:paraId="0635A13B" w14:textId="77777777" w:rsidR="00895ADD" w:rsidRPr="00774D49" w:rsidRDefault="00895ADD" w:rsidP="00505D03">
            <w:pPr>
              <w:spacing w:after="0" w:line="240" w:lineRule="auto"/>
              <w:rPr>
                <w:rFonts w:eastAsia="Times New Roman" w:cs="Arial"/>
                <w:sz w:val="18"/>
                <w:szCs w:val="18"/>
                <w:lang w:val="es-PE" w:eastAsia="es-PE"/>
              </w:rPr>
            </w:pPr>
          </w:p>
        </w:tc>
        <w:tc>
          <w:tcPr>
            <w:tcW w:w="1680" w:type="dxa"/>
            <w:vAlign w:val="center"/>
          </w:tcPr>
          <w:p w14:paraId="5276F5ED" w14:textId="77777777" w:rsidR="00895ADD" w:rsidRPr="00774D49" w:rsidRDefault="00895ADD" w:rsidP="00505D03">
            <w:pPr>
              <w:rPr>
                <w:rFonts w:cs="Arial"/>
                <w:b/>
                <w:bCs/>
                <w:sz w:val="18"/>
                <w:szCs w:val="18"/>
                <w:lang w:val="es-PE"/>
              </w:rPr>
            </w:pPr>
          </w:p>
        </w:tc>
      </w:tr>
      <w:tr w:rsidR="004246B5" w:rsidRPr="00774D49" w14:paraId="1CB1A245" w14:textId="77777777" w:rsidTr="00895ADD">
        <w:trPr>
          <w:jc w:val="center"/>
        </w:trPr>
        <w:tc>
          <w:tcPr>
            <w:tcW w:w="694" w:type="dxa"/>
            <w:vAlign w:val="center"/>
          </w:tcPr>
          <w:p w14:paraId="2086A0E6" w14:textId="77777777" w:rsidR="004246B5" w:rsidRPr="00774D49" w:rsidRDefault="004246B5" w:rsidP="007C4A5F">
            <w:pPr>
              <w:rPr>
                <w:rFonts w:cs="Arial"/>
                <w:sz w:val="18"/>
                <w:szCs w:val="18"/>
                <w:lang w:val="es-PE"/>
              </w:rPr>
            </w:pPr>
            <w:r w:rsidRPr="00774D49">
              <w:rPr>
                <w:rFonts w:cs="Arial"/>
                <w:sz w:val="18"/>
                <w:szCs w:val="18"/>
                <w:lang w:val="es-PE"/>
              </w:rPr>
              <w:t>Día 15</w:t>
            </w:r>
          </w:p>
        </w:tc>
        <w:tc>
          <w:tcPr>
            <w:tcW w:w="1684" w:type="dxa"/>
            <w:vAlign w:val="center"/>
          </w:tcPr>
          <w:p w14:paraId="67D76255" w14:textId="77777777" w:rsidR="004246B5" w:rsidRPr="00774D49" w:rsidRDefault="004246B5" w:rsidP="007C4A5F">
            <w:pPr>
              <w:rPr>
                <w:rFonts w:cs="Arial"/>
                <w:sz w:val="18"/>
                <w:szCs w:val="18"/>
                <w:lang w:val="es-PE"/>
              </w:rPr>
            </w:pPr>
            <w:r w:rsidRPr="00774D49">
              <w:rPr>
                <w:rFonts w:cs="Arial"/>
                <w:sz w:val="18"/>
                <w:szCs w:val="18"/>
                <w:lang w:val="es-PE"/>
              </w:rPr>
              <w:t>Organizamos nuestra zona de grandes construcciones</w:t>
            </w:r>
          </w:p>
        </w:tc>
        <w:tc>
          <w:tcPr>
            <w:tcW w:w="4785" w:type="dxa"/>
            <w:vAlign w:val="center"/>
          </w:tcPr>
          <w:p w14:paraId="4CE43B5B" w14:textId="77777777" w:rsidR="004246B5" w:rsidRPr="00774D49" w:rsidRDefault="004246B5" w:rsidP="00050ADE">
            <w:pPr>
              <w:rPr>
                <w:rFonts w:cs="Arial"/>
                <w:b/>
                <w:bCs/>
                <w:sz w:val="18"/>
                <w:szCs w:val="18"/>
                <w:lang w:val="es-PE"/>
              </w:rPr>
            </w:pPr>
            <w:r w:rsidRPr="00774D49">
              <w:rPr>
                <w:rFonts w:cs="Arial"/>
                <w:b/>
                <w:bCs/>
                <w:sz w:val="18"/>
                <w:szCs w:val="18"/>
                <w:lang w:val="es-PE"/>
              </w:rPr>
              <w:t>Rutinas de Entrada (08:00 - 08:30)</w:t>
            </w:r>
          </w:p>
          <w:p w14:paraId="6AC60226" w14:textId="77777777" w:rsidR="004246B5" w:rsidRPr="00774D49" w:rsidRDefault="004246B5" w:rsidP="004246B5">
            <w:pPr>
              <w:numPr>
                <w:ilvl w:val="0"/>
                <w:numId w:val="105"/>
              </w:numPr>
              <w:rPr>
                <w:rFonts w:cs="Arial"/>
                <w:sz w:val="18"/>
                <w:szCs w:val="18"/>
                <w:lang w:val="es-PE"/>
              </w:rPr>
            </w:pPr>
            <w:r w:rsidRPr="00774D49">
              <w:rPr>
                <w:rFonts w:cs="Arial"/>
                <w:b/>
                <w:bCs/>
                <w:sz w:val="18"/>
                <w:szCs w:val="18"/>
                <w:lang w:val="es-PE"/>
              </w:rPr>
              <w:t>Recepción:</w:t>
            </w:r>
            <w:r w:rsidRPr="00774D49">
              <w:rPr>
                <w:rFonts w:cs="Arial"/>
                <w:sz w:val="18"/>
                <w:szCs w:val="18"/>
                <w:lang w:val="es-PE"/>
              </w:rPr>
              <w:t xml:space="preserve"> Recibimiento personalizado y afectuoso a la altura del niño, saludándolo por su nombre con palabras amables, agachándose para establecer contacto visual directo y brindándole un entorno de absoluta calma y </w:t>
            </w:r>
            <w:r w:rsidRPr="00774D49">
              <w:rPr>
                <w:rFonts w:cs="Arial"/>
                <w:sz w:val="18"/>
                <w:szCs w:val="18"/>
                <w:lang w:val="es-PE"/>
              </w:rPr>
              <w:lastRenderedPageBreak/>
              <w:t>seguridad emocional en su ingreso al aula.</w:t>
            </w:r>
          </w:p>
          <w:p w14:paraId="494D61D1" w14:textId="77777777" w:rsidR="004246B5" w:rsidRPr="00774D49" w:rsidRDefault="004246B5" w:rsidP="004246B5">
            <w:pPr>
              <w:numPr>
                <w:ilvl w:val="0"/>
                <w:numId w:val="105"/>
              </w:numPr>
              <w:rPr>
                <w:rFonts w:cs="Arial"/>
                <w:sz w:val="18"/>
                <w:szCs w:val="18"/>
                <w:lang w:val="es-PE"/>
              </w:rPr>
            </w:pPr>
            <w:r w:rsidRPr="00774D49">
              <w:rPr>
                <w:rFonts w:cs="Arial"/>
                <w:sz w:val="18"/>
                <w:szCs w:val="18"/>
                <w:lang w:val="es-PE"/>
              </w:rPr>
              <w:t>Se realiza la verificación del estado físico y emocional de cada estudiante, entablando un breve diálogo de confianza con el padre de familia o cuidador para recoger datos relevantes del bienestar del niño al iniciar la mañana.</w:t>
            </w:r>
          </w:p>
          <w:p w14:paraId="38AE6C10" w14:textId="77777777" w:rsidR="004246B5" w:rsidRPr="00774D49" w:rsidRDefault="004246B5" w:rsidP="004246B5">
            <w:pPr>
              <w:numPr>
                <w:ilvl w:val="0"/>
                <w:numId w:val="105"/>
              </w:numPr>
              <w:rPr>
                <w:rFonts w:cs="Arial"/>
                <w:sz w:val="18"/>
                <w:szCs w:val="18"/>
                <w:lang w:val="es-PE"/>
              </w:rPr>
            </w:pPr>
            <w:r w:rsidRPr="00774D49">
              <w:rPr>
                <w:rFonts w:cs="Arial"/>
                <w:sz w:val="18"/>
                <w:szCs w:val="18"/>
                <w:lang w:val="es-PE"/>
              </w:rPr>
              <w:t>Se permite el uso de un objeto de apego (como un peluche, mantita o juguete pequeño traído de casa) si el niño lo requiere para manejar la ansiedad de la separación familiar y facilitar su transición armónica al espacio escolar.</w:t>
            </w:r>
          </w:p>
          <w:p w14:paraId="16747330" w14:textId="77777777" w:rsidR="004246B5" w:rsidRPr="00774D49" w:rsidRDefault="004246B5" w:rsidP="004246B5">
            <w:pPr>
              <w:numPr>
                <w:ilvl w:val="0"/>
                <w:numId w:val="105"/>
              </w:numPr>
              <w:rPr>
                <w:rFonts w:cs="Arial"/>
                <w:sz w:val="18"/>
                <w:szCs w:val="18"/>
                <w:lang w:val="es-PE"/>
              </w:rPr>
            </w:pPr>
            <w:r w:rsidRPr="00774D49">
              <w:rPr>
                <w:rFonts w:cs="Arial"/>
                <w:sz w:val="18"/>
                <w:szCs w:val="18"/>
                <w:lang w:val="es-PE"/>
              </w:rPr>
              <w:t>Se acompaña al niño a colocar su mochila, lonchera y abrigo en su respectivo casillero asignado, promoviendo el reconocimiento de su espacio personal a través de las etiquetas visuales con su fotografía.</w:t>
            </w:r>
          </w:p>
          <w:p w14:paraId="0C73B5F5" w14:textId="77777777" w:rsidR="004246B5" w:rsidRPr="00774D49" w:rsidRDefault="004246B5" w:rsidP="004246B5">
            <w:pPr>
              <w:numPr>
                <w:ilvl w:val="0"/>
                <w:numId w:val="105"/>
              </w:numPr>
              <w:rPr>
                <w:rFonts w:cs="Arial"/>
                <w:sz w:val="18"/>
                <w:szCs w:val="18"/>
                <w:lang w:val="es-PE"/>
              </w:rPr>
            </w:pPr>
            <w:r w:rsidRPr="00774D49">
              <w:rPr>
                <w:rFonts w:cs="Arial"/>
                <w:b/>
                <w:bCs/>
                <w:sz w:val="18"/>
                <w:szCs w:val="18"/>
                <w:lang w:val="es-PE"/>
              </w:rPr>
              <w:t>Cajas de Espera:</w:t>
            </w:r>
            <w:r w:rsidRPr="00774D49">
              <w:rPr>
                <w:rFonts w:cs="Arial"/>
                <w:sz w:val="18"/>
                <w:szCs w:val="18"/>
                <w:lang w:val="es-PE"/>
              </w:rPr>
              <w:t xml:space="preserve"> Colocación de canastas plásticas en las mesas con fotografías reales impresas de los propios niños realizando las diversas actividades de construcción de la semana (apilando cajas, armando laberintos o cubriendo las sillas con telas) para promover la memoria, la identidad grupal y la conversación espontánea al ingresar al aula.</w:t>
            </w:r>
          </w:p>
          <w:p w14:paraId="4E183059" w14:textId="77777777" w:rsidR="004246B5" w:rsidRPr="00774D49" w:rsidRDefault="004246B5" w:rsidP="004246B5">
            <w:pPr>
              <w:numPr>
                <w:ilvl w:val="0"/>
                <w:numId w:val="105"/>
              </w:numPr>
              <w:rPr>
                <w:rFonts w:cs="Arial"/>
                <w:sz w:val="18"/>
                <w:szCs w:val="18"/>
                <w:lang w:val="es-PE"/>
              </w:rPr>
            </w:pPr>
            <w:r w:rsidRPr="00774D49">
              <w:rPr>
                <w:rFonts w:cs="Arial"/>
                <w:b/>
                <w:bCs/>
                <w:sz w:val="18"/>
                <w:szCs w:val="18"/>
                <w:lang w:val="es-PE"/>
              </w:rPr>
              <w:t>Actividades Permanentes:</w:t>
            </w:r>
            <w:r w:rsidRPr="00774D49">
              <w:rPr>
                <w:rFonts w:cs="Arial"/>
                <w:sz w:val="18"/>
                <w:szCs w:val="18"/>
                <w:lang w:val="es-PE"/>
              </w:rPr>
              <w:t xml:space="preserve"> Asamblea breve en semicírculo sobre cojines individuales distribuidos en el piso para delimitar el espacio físico de cada estudiante.</w:t>
            </w:r>
          </w:p>
          <w:p w14:paraId="1103B6F4" w14:textId="77777777" w:rsidR="004246B5" w:rsidRPr="00774D49" w:rsidRDefault="004246B5" w:rsidP="004246B5">
            <w:pPr>
              <w:numPr>
                <w:ilvl w:val="0"/>
                <w:numId w:val="105"/>
              </w:numPr>
              <w:rPr>
                <w:rFonts w:cs="Arial"/>
                <w:sz w:val="18"/>
                <w:szCs w:val="18"/>
                <w:lang w:val="es-PE"/>
              </w:rPr>
            </w:pPr>
            <w:r w:rsidRPr="00774D49">
              <w:rPr>
                <w:rFonts w:cs="Arial"/>
                <w:sz w:val="18"/>
                <w:szCs w:val="18"/>
                <w:lang w:val="es-PE"/>
              </w:rPr>
              <w:t>Cantamos la canción del saludo del aula para integrarnos, aplaudiendo y realizando movimientos corporales rítmicos acordes a la melodía.</w:t>
            </w:r>
          </w:p>
          <w:p w14:paraId="568E6257" w14:textId="77777777" w:rsidR="004246B5" w:rsidRPr="00774D49" w:rsidRDefault="004246B5" w:rsidP="004246B5">
            <w:pPr>
              <w:numPr>
                <w:ilvl w:val="0"/>
                <w:numId w:val="105"/>
              </w:numPr>
              <w:rPr>
                <w:rFonts w:cs="Arial"/>
                <w:sz w:val="18"/>
                <w:szCs w:val="18"/>
                <w:lang w:val="es-PE"/>
              </w:rPr>
            </w:pPr>
            <w:r w:rsidRPr="00774D49">
              <w:rPr>
                <w:rFonts w:cs="Arial"/>
                <w:sz w:val="18"/>
                <w:szCs w:val="18"/>
                <w:lang w:val="es-PE"/>
              </w:rPr>
              <w:t>Registramos la asistencia de manera visual y participativa, invitando a cada niño a buscar la tarjeta con su fotografía y colocarla en el panel de asistencia de “Los que vinieron hoy a la escuela”.</w:t>
            </w:r>
          </w:p>
          <w:p w14:paraId="2F5F8A2F" w14:textId="77777777" w:rsidR="004246B5" w:rsidRPr="00774D49" w:rsidRDefault="004246B5" w:rsidP="004246B5">
            <w:pPr>
              <w:numPr>
                <w:ilvl w:val="0"/>
                <w:numId w:val="105"/>
              </w:numPr>
              <w:rPr>
                <w:rFonts w:cs="Arial"/>
                <w:sz w:val="18"/>
                <w:szCs w:val="18"/>
                <w:lang w:val="es-PE"/>
              </w:rPr>
            </w:pPr>
            <w:r w:rsidRPr="00774D49">
              <w:rPr>
                <w:rFonts w:cs="Arial"/>
                <w:sz w:val="18"/>
                <w:szCs w:val="18"/>
                <w:lang w:val="es-PE"/>
              </w:rPr>
              <w:t>Revisamos el calendario de forma lúdica, identificando el día de la semana con apoyo de una canción corta y actualizando el cartel del clima (soleado, lluvioso o nublado) asomándonos brevemente a la ventana del aula.</w:t>
            </w:r>
          </w:p>
          <w:p w14:paraId="7F44FA19" w14:textId="77777777" w:rsidR="004246B5" w:rsidRPr="00774D49" w:rsidRDefault="004246B5" w:rsidP="00050ADE">
            <w:pPr>
              <w:rPr>
                <w:rFonts w:cs="Arial"/>
                <w:b/>
                <w:bCs/>
                <w:sz w:val="18"/>
                <w:szCs w:val="18"/>
                <w:lang w:val="es-PE"/>
              </w:rPr>
            </w:pPr>
            <w:r w:rsidRPr="00774D49">
              <w:rPr>
                <w:rFonts w:cs="Arial"/>
                <w:b/>
                <w:bCs/>
                <w:sz w:val="18"/>
                <w:szCs w:val="18"/>
                <w:lang w:val="es-PE"/>
              </w:rPr>
              <w:t>Juego Libre en los espacios (08:30 - 09:30)</w:t>
            </w:r>
          </w:p>
          <w:p w14:paraId="143B86CC" w14:textId="77777777" w:rsidR="004246B5" w:rsidRPr="00774D49" w:rsidRDefault="004246B5" w:rsidP="004246B5">
            <w:pPr>
              <w:numPr>
                <w:ilvl w:val="0"/>
                <w:numId w:val="106"/>
              </w:numPr>
              <w:rPr>
                <w:rFonts w:cs="Arial"/>
                <w:sz w:val="18"/>
                <w:szCs w:val="18"/>
                <w:lang w:val="es-PE"/>
              </w:rPr>
            </w:pPr>
            <w:r w:rsidRPr="00774D49">
              <w:rPr>
                <w:rFonts w:cs="Arial"/>
                <w:b/>
                <w:bCs/>
                <w:sz w:val="18"/>
                <w:szCs w:val="18"/>
                <w:lang w:val="es-PE"/>
              </w:rPr>
              <w:t>Planificación y Organización (Fase 1):</w:t>
            </w:r>
            <w:r w:rsidRPr="00774D49">
              <w:rPr>
                <w:rFonts w:cs="Arial"/>
                <w:sz w:val="18"/>
                <w:szCs w:val="18"/>
                <w:lang w:val="es-PE"/>
              </w:rPr>
              <w:t xml:space="preserve"> Los niños se sientan en círculo en el espacio de asamblea principal, recuerdan las normas de convivencia básicas para el juego (compartir los materiales, cuidar a los amigos y no correr) y eligen de forma autónoma a qué sector desean ir (Construcción, Lectura o Arte).</w:t>
            </w:r>
          </w:p>
          <w:p w14:paraId="4AAF015F" w14:textId="77777777" w:rsidR="004246B5" w:rsidRPr="00774D49" w:rsidRDefault="004246B5" w:rsidP="004246B5">
            <w:pPr>
              <w:numPr>
                <w:ilvl w:val="0"/>
                <w:numId w:val="106"/>
              </w:numPr>
              <w:rPr>
                <w:rFonts w:cs="Arial"/>
                <w:sz w:val="18"/>
                <w:szCs w:val="18"/>
                <w:lang w:val="es-PE"/>
              </w:rPr>
            </w:pPr>
            <w:r w:rsidRPr="00774D49">
              <w:rPr>
                <w:rFonts w:cs="Arial"/>
                <w:sz w:val="18"/>
                <w:szCs w:val="18"/>
                <w:lang w:val="es-PE"/>
              </w:rPr>
              <w:t>Se organizan en pequeños grupos y la docente les distribuye collares o carnés identificadores con el color del sector seleccionado para la autorregulación del aforo y asegurar que cada espacio cuente con la cantidad adecuada de niños.</w:t>
            </w:r>
          </w:p>
          <w:p w14:paraId="36D47B5E" w14:textId="77777777" w:rsidR="004246B5" w:rsidRPr="00774D49" w:rsidRDefault="004246B5" w:rsidP="004246B5">
            <w:pPr>
              <w:numPr>
                <w:ilvl w:val="0"/>
                <w:numId w:val="106"/>
              </w:numPr>
              <w:rPr>
                <w:rFonts w:cs="Arial"/>
                <w:sz w:val="18"/>
                <w:szCs w:val="18"/>
                <w:lang w:val="es-PE"/>
              </w:rPr>
            </w:pPr>
            <w:r w:rsidRPr="00774D49">
              <w:rPr>
                <w:rFonts w:cs="Arial"/>
                <w:b/>
                <w:bCs/>
                <w:sz w:val="18"/>
                <w:szCs w:val="18"/>
                <w:lang w:val="es-PE"/>
              </w:rPr>
              <w:t>Desarrollo o Ejecución (Fase 2):</w:t>
            </w:r>
            <w:r w:rsidRPr="00774D49">
              <w:rPr>
                <w:rFonts w:cs="Arial"/>
                <w:sz w:val="18"/>
                <w:szCs w:val="18"/>
                <w:lang w:val="es-PE"/>
              </w:rPr>
              <w:t xml:space="preserve"> Los niños se desplazan a los sectores elegidos y juegan libremente con los materiales dispuestos en los estantes bajos de manera autónoma.</w:t>
            </w:r>
          </w:p>
          <w:p w14:paraId="108DA788" w14:textId="77777777" w:rsidR="004246B5" w:rsidRPr="00774D49" w:rsidRDefault="004246B5" w:rsidP="004246B5">
            <w:pPr>
              <w:numPr>
                <w:ilvl w:val="0"/>
                <w:numId w:val="106"/>
              </w:numPr>
              <w:rPr>
                <w:rFonts w:cs="Arial"/>
                <w:sz w:val="18"/>
                <w:szCs w:val="18"/>
                <w:lang w:val="es-PE"/>
              </w:rPr>
            </w:pPr>
            <w:r w:rsidRPr="00774D49">
              <w:rPr>
                <w:rFonts w:cs="Arial"/>
                <w:sz w:val="18"/>
                <w:szCs w:val="18"/>
                <w:lang w:val="es-PE"/>
              </w:rPr>
              <w:t xml:space="preserve">La docente realiza un acompañamiento indirecto y observa el juego sin interrumpir las </w:t>
            </w:r>
            <w:r w:rsidRPr="00774D49">
              <w:rPr>
                <w:rFonts w:cs="Arial"/>
                <w:sz w:val="18"/>
                <w:szCs w:val="18"/>
                <w:lang w:val="es-PE"/>
              </w:rPr>
              <w:lastRenderedPageBreak/>
              <w:t>iniciativas de los niños, identificando las interacciones sociales, las formas de comunicación, los conflictos espontáneos y registrando estas evidencias de manera descriptiva en su cuaderno de campo.</w:t>
            </w:r>
          </w:p>
          <w:p w14:paraId="2560D2D7" w14:textId="77777777" w:rsidR="004246B5" w:rsidRPr="00774D49" w:rsidRDefault="004246B5" w:rsidP="004246B5">
            <w:pPr>
              <w:numPr>
                <w:ilvl w:val="0"/>
                <w:numId w:val="106"/>
              </w:numPr>
              <w:rPr>
                <w:rFonts w:cs="Arial"/>
                <w:sz w:val="18"/>
                <w:szCs w:val="18"/>
                <w:lang w:val="es-PE"/>
              </w:rPr>
            </w:pPr>
            <w:r w:rsidRPr="00774D49">
              <w:rPr>
                <w:rFonts w:cs="Arial"/>
                <w:b/>
                <w:bCs/>
                <w:sz w:val="18"/>
                <w:szCs w:val="18"/>
                <w:lang w:val="es-PE"/>
              </w:rPr>
              <w:t>Orden, Socialización y Representación (Fase 3):</w:t>
            </w:r>
            <w:r w:rsidRPr="00774D49">
              <w:rPr>
                <w:rFonts w:cs="Arial"/>
                <w:sz w:val="18"/>
                <w:szCs w:val="18"/>
                <w:lang w:val="es-PE"/>
              </w:rPr>
              <w:t xml:space="preserve"> Cantamos una canción de orden tradicional del nivel Inicial para anticipar el cierre del juego.</w:t>
            </w:r>
          </w:p>
          <w:p w14:paraId="0E85520F" w14:textId="77777777" w:rsidR="004246B5" w:rsidRPr="00774D49" w:rsidRDefault="004246B5" w:rsidP="004246B5">
            <w:pPr>
              <w:numPr>
                <w:ilvl w:val="0"/>
                <w:numId w:val="106"/>
              </w:numPr>
              <w:rPr>
                <w:rFonts w:cs="Arial"/>
                <w:sz w:val="18"/>
                <w:szCs w:val="18"/>
                <w:lang w:val="es-PE"/>
              </w:rPr>
            </w:pPr>
            <w:r w:rsidRPr="00774D49">
              <w:rPr>
                <w:rFonts w:cs="Arial"/>
                <w:sz w:val="18"/>
                <w:szCs w:val="18"/>
                <w:lang w:val="es-PE"/>
              </w:rPr>
              <w:t>Los niños guardan de manera colaborativa los materiales en las canastas rotuladas con siluetas y dibujos, colocándolas de vuelta en los estantes correspondientes.</w:t>
            </w:r>
          </w:p>
          <w:p w14:paraId="2BA9B5A9" w14:textId="77777777" w:rsidR="004246B5" w:rsidRPr="00774D49" w:rsidRDefault="004246B5" w:rsidP="004246B5">
            <w:pPr>
              <w:numPr>
                <w:ilvl w:val="0"/>
                <w:numId w:val="106"/>
              </w:numPr>
              <w:rPr>
                <w:rFonts w:cs="Arial"/>
                <w:sz w:val="18"/>
                <w:szCs w:val="18"/>
                <w:lang w:val="es-PE"/>
              </w:rPr>
            </w:pPr>
            <w:r w:rsidRPr="00774D49">
              <w:rPr>
                <w:rFonts w:cs="Arial"/>
                <w:sz w:val="18"/>
                <w:szCs w:val="18"/>
                <w:lang w:val="es-PE"/>
              </w:rPr>
              <w:t xml:space="preserve">Nos reunimos nuevamente en la asamblea para verbalizar brevemente a qué jugaron, con </w:t>
            </w:r>
            <w:proofErr w:type="spellStart"/>
            <w:r w:rsidRPr="00774D49">
              <w:rPr>
                <w:rFonts w:cs="Arial"/>
                <w:sz w:val="18"/>
                <w:szCs w:val="18"/>
                <w:lang w:val="es-PE"/>
              </w:rPr>
              <w:t>quiénes</w:t>
            </w:r>
            <w:proofErr w:type="spellEnd"/>
            <w:r w:rsidRPr="00774D49">
              <w:rPr>
                <w:rFonts w:cs="Arial"/>
                <w:sz w:val="18"/>
                <w:szCs w:val="18"/>
                <w:lang w:val="es-PE"/>
              </w:rPr>
              <w:t xml:space="preserve"> compartieron los juguetes y cómo se sintieron durante el momento de juego libre.</w:t>
            </w:r>
          </w:p>
          <w:p w14:paraId="28AACE51" w14:textId="77777777" w:rsidR="004246B5" w:rsidRPr="00774D49" w:rsidRDefault="004246B5" w:rsidP="00050ADE">
            <w:pPr>
              <w:rPr>
                <w:rFonts w:cs="Arial"/>
                <w:b/>
                <w:bCs/>
                <w:sz w:val="18"/>
                <w:szCs w:val="18"/>
                <w:lang w:val="es-PE"/>
              </w:rPr>
            </w:pPr>
            <w:r w:rsidRPr="00774D49">
              <w:rPr>
                <w:rFonts w:cs="Arial"/>
                <w:b/>
                <w:bCs/>
                <w:sz w:val="18"/>
                <w:szCs w:val="18"/>
                <w:lang w:val="es-PE"/>
              </w:rPr>
              <w:t>Actividad Significativa / Sesión Central (09:30 - 10:30)</w:t>
            </w:r>
          </w:p>
          <w:p w14:paraId="3BB9BC90" w14:textId="77777777" w:rsidR="004246B5" w:rsidRPr="00774D49" w:rsidRDefault="004246B5" w:rsidP="004246B5">
            <w:pPr>
              <w:numPr>
                <w:ilvl w:val="0"/>
                <w:numId w:val="107"/>
              </w:numPr>
              <w:rPr>
                <w:rFonts w:cs="Arial"/>
                <w:sz w:val="18"/>
                <w:szCs w:val="18"/>
                <w:lang w:val="es-PE"/>
              </w:rPr>
            </w:pPr>
            <w:r w:rsidRPr="00774D49">
              <w:rPr>
                <w:rFonts w:cs="Arial"/>
                <w:b/>
                <w:bCs/>
                <w:sz w:val="18"/>
                <w:szCs w:val="18"/>
                <w:lang w:val="es-PE"/>
              </w:rPr>
              <w:t>Inicio (Antes):</w:t>
            </w:r>
            <w:r w:rsidRPr="00774D49">
              <w:rPr>
                <w:rFonts w:cs="Arial"/>
                <w:sz w:val="18"/>
                <w:szCs w:val="18"/>
                <w:lang w:val="es-PE"/>
              </w:rPr>
              <w:t xml:space="preserve"> La docente capta la atención de los niños en la asamblea utilizando una melodía suave de introducción y coloca en el centro del círculo todas las cajas de cartón, tubos y conos que han utilizado durante la semana, mostrando un aula que necesita orden.</w:t>
            </w:r>
          </w:p>
          <w:p w14:paraId="5F83B08F" w14:textId="77777777" w:rsidR="004246B5" w:rsidRPr="00774D49" w:rsidRDefault="004246B5" w:rsidP="004246B5">
            <w:pPr>
              <w:numPr>
                <w:ilvl w:val="0"/>
                <w:numId w:val="107"/>
              </w:numPr>
              <w:rPr>
                <w:rFonts w:cs="Arial"/>
                <w:sz w:val="18"/>
                <w:szCs w:val="18"/>
                <w:lang w:val="es-PE"/>
              </w:rPr>
            </w:pPr>
            <w:r w:rsidRPr="00774D49">
              <w:rPr>
                <w:rFonts w:cs="Arial"/>
                <w:sz w:val="18"/>
                <w:szCs w:val="18"/>
                <w:lang w:val="es-PE"/>
              </w:rPr>
              <w:t>Al ver los materiales acumulados, genera un espacio de reflexión e interés colectivo en el grupo.</w:t>
            </w:r>
          </w:p>
          <w:p w14:paraId="5A194C64" w14:textId="77777777" w:rsidR="004246B5" w:rsidRPr="00774D49" w:rsidRDefault="004246B5" w:rsidP="004246B5">
            <w:pPr>
              <w:numPr>
                <w:ilvl w:val="0"/>
                <w:numId w:val="107"/>
              </w:numPr>
              <w:rPr>
                <w:rFonts w:cs="Arial"/>
                <w:sz w:val="18"/>
                <w:szCs w:val="18"/>
                <w:lang w:val="es-PE"/>
              </w:rPr>
            </w:pPr>
            <w:r w:rsidRPr="00774D49">
              <w:rPr>
                <w:rFonts w:cs="Arial"/>
                <w:sz w:val="18"/>
                <w:szCs w:val="18"/>
                <w:lang w:val="es-PE"/>
              </w:rPr>
              <w:t>Plantea las preguntas de conflicto cognitivo e indagación: ¿Qué pasará si dejamos todas estas cajas sueltas en el piso? ¿Cómo podemos hacer para organizar nuestra zona de grandes construcciones? ¿Dónde guardaríamos las cajas grandes y dónde las pequeñas para encontrarlas rápido el próximo lunes?</w:t>
            </w:r>
          </w:p>
          <w:p w14:paraId="17948E7E" w14:textId="77777777" w:rsidR="004246B5" w:rsidRPr="00774D49" w:rsidRDefault="004246B5" w:rsidP="004246B5">
            <w:pPr>
              <w:numPr>
                <w:ilvl w:val="0"/>
                <w:numId w:val="107"/>
              </w:numPr>
              <w:rPr>
                <w:rFonts w:cs="Arial"/>
                <w:sz w:val="18"/>
                <w:szCs w:val="18"/>
                <w:lang w:val="es-PE"/>
              </w:rPr>
            </w:pPr>
            <w:r w:rsidRPr="00774D49">
              <w:rPr>
                <w:rFonts w:cs="Arial"/>
                <w:b/>
                <w:bCs/>
                <w:sz w:val="18"/>
                <w:szCs w:val="18"/>
                <w:lang w:val="es-PE"/>
              </w:rPr>
              <w:t>Desarrollo (Durante):</w:t>
            </w:r>
            <w:r w:rsidRPr="00774D49">
              <w:rPr>
                <w:rFonts w:cs="Arial"/>
                <w:sz w:val="18"/>
                <w:szCs w:val="18"/>
                <w:lang w:val="es-PE"/>
              </w:rPr>
              <w:t xml:space="preserve"> Los niños se acercan libremente y se organizan en pequeños grupos colaborativos en el espacio central de construcción del aula.</w:t>
            </w:r>
          </w:p>
          <w:p w14:paraId="392B3C69" w14:textId="77777777" w:rsidR="004246B5" w:rsidRPr="00774D49" w:rsidRDefault="004246B5" w:rsidP="004246B5">
            <w:pPr>
              <w:numPr>
                <w:ilvl w:val="0"/>
                <w:numId w:val="107"/>
              </w:numPr>
              <w:rPr>
                <w:rFonts w:cs="Arial"/>
                <w:sz w:val="18"/>
                <w:szCs w:val="18"/>
                <w:lang w:val="es-PE"/>
              </w:rPr>
            </w:pPr>
            <w:r w:rsidRPr="00774D49">
              <w:rPr>
                <w:rFonts w:cs="Arial"/>
                <w:sz w:val="18"/>
                <w:szCs w:val="18"/>
                <w:lang w:val="es-PE"/>
              </w:rPr>
              <w:t>Exploran con todos sus sentidos los materiales reunidos de forma masiva: manipulan las cajas de diversos tamaños usados en la semana, las sopesan, comparan sus volúmenes de forma visual y táctil, y observan los nuevos contenedores o canastas grandes colocados por la docente.</w:t>
            </w:r>
          </w:p>
          <w:p w14:paraId="4AB94A4E" w14:textId="77777777" w:rsidR="004246B5" w:rsidRPr="00774D49" w:rsidRDefault="004246B5" w:rsidP="004246B5">
            <w:pPr>
              <w:numPr>
                <w:ilvl w:val="0"/>
                <w:numId w:val="107"/>
              </w:numPr>
              <w:rPr>
                <w:rFonts w:cs="Arial"/>
                <w:sz w:val="18"/>
                <w:szCs w:val="18"/>
                <w:lang w:val="es-PE"/>
              </w:rPr>
            </w:pPr>
            <w:r w:rsidRPr="00774D49">
              <w:rPr>
                <w:rFonts w:cs="Arial"/>
                <w:sz w:val="18"/>
                <w:szCs w:val="18"/>
                <w:lang w:val="es-PE"/>
              </w:rPr>
              <w:t>Juegan de manera activa a agrupar, clasificar y ordenar los materiales de cartón, colocando las cajas grandes dentro de los contenedores que llevan letreros visuales con dibujos de tamaños grandes, y las cajas medianas y pequeñas en las canastas rotuladas correspondientes.</w:t>
            </w:r>
          </w:p>
          <w:p w14:paraId="41647B16" w14:textId="77777777" w:rsidR="004246B5" w:rsidRPr="00774D49" w:rsidRDefault="004246B5" w:rsidP="004246B5">
            <w:pPr>
              <w:numPr>
                <w:ilvl w:val="0"/>
                <w:numId w:val="107"/>
              </w:numPr>
              <w:rPr>
                <w:rFonts w:cs="Arial"/>
                <w:sz w:val="18"/>
                <w:szCs w:val="18"/>
                <w:lang w:val="es-PE"/>
              </w:rPr>
            </w:pPr>
            <w:r w:rsidRPr="00774D49">
              <w:rPr>
                <w:rFonts w:cs="Arial"/>
                <w:sz w:val="18"/>
                <w:szCs w:val="18"/>
                <w:lang w:val="es-PE"/>
              </w:rPr>
              <w:t>Cargan los bloques entre compañeros, prueban encajar unas cajas dentro de otras para optimizar el espacio físico del estante bajo y colaboran de manera armónica en el reordenamiento del rincón.</w:t>
            </w:r>
          </w:p>
          <w:p w14:paraId="46D2D249" w14:textId="77777777" w:rsidR="004246B5" w:rsidRPr="00774D49" w:rsidRDefault="004246B5" w:rsidP="004246B5">
            <w:pPr>
              <w:numPr>
                <w:ilvl w:val="0"/>
                <w:numId w:val="107"/>
              </w:numPr>
              <w:rPr>
                <w:rFonts w:cs="Arial"/>
                <w:sz w:val="18"/>
                <w:szCs w:val="18"/>
                <w:lang w:val="es-PE"/>
              </w:rPr>
            </w:pPr>
            <w:r w:rsidRPr="00774D49">
              <w:rPr>
                <w:rFonts w:cs="Arial"/>
                <w:sz w:val="18"/>
                <w:szCs w:val="18"/>
                <w:lang w:val="es-PE"/>
              </w:rPr>
              <w:t>La docente acompaña el proceso respetando los ritmos individuales de cada niño de 3 años, interviniendo para mediar el lenguaje mediante la técnica de expansión de frases (</w:t>
            </w:r>
            <w:proofErr w:type="spellStart"/>
            <w:r w:rsidRPr="00774D49">
              <w:rPr>
                <w:rFonts w:cs="Arial"/>
                <w:sz w:val="18"/>
                <w:szCs w:val="18"/>
                <w:lang w:val="es-PE"/>
              </w:rPr>
              <w:t>Ej</w:t>
            </w:r>
            <w:proofErr w:type="spellEnd"/>
            <w:r w:rsidRPr="00774D49">
              <w:rPr>
                <w:rFonts w:cs="Arial"/>
                <w:sz w:val="18"/>
                <w:szCs w:val="18"/>
                <w:lang w:val="es-PE"/>
              </w:rPr>
              <w:t xml:space="preserve">: Si el niño levanta una caja pesada con esfuerzo y dice “grande”, la docente responde con afecto: “Sí, es una caja muy grande y pesada, la estás llevando al contenedor que tiene el dibujo </w:t>
            </w:r>
            <w:r w:rsidRPr="00774D49">
              <w:rPr>
                <w:rFonts w:cs="Arial"/>
                <w:sz w:val="18"/>
                <w:szCs w:val="18"/>
                <w:lang w:val="es-PE"/>
              </w:rPr>
              <w:lastRenderedPageBreak/>
              <w:t>grande para ordenar nuestro sector”).</w:t>
            </w:r>
          </w:p>
          <w:p w14:paraId="20DA0573" w14:textId="77777777" w:rsidR="004246B5" w:rsidRPr="00774D49" w:rsidRDefault="004246B5" w:rsidP="004246B5">
            <w:pPr>
              <w:numPr>
                <w:ilvl w:val="0"/>
                <w:numId w:val="107"/>
              </w:numPr>
              <w:rPr>
                <w:rFonts w:cs="Arial"/>
                <w:sz w:val="18"/>
                <w:szCs w:val="18"/>
                <w:lang w:val="es-PE"/>
              </w:rPr>
            </w:pPr>
            <w:r w:rsidRPr="00774D49">
              <w:rPr>
                <w:rFonts w:cs="Arial"/>
                <w:b/>
                <w:bCs/>
                <w:sz w:val="18"/>
                <w:szCs w:val="18"/>
                <w:lang w:val="es-PE"/>
              </w:rPr>
              <w:t>Cierre (Después):</w:t>
            </w:r>
            <w:r w:rsidRPr="00774D49">
              <w:rPr>
                <w:rFonts w:cs="Arial"/>
                <w:sz w:val="18"/>
                <w:szCs w:val="18"/>
                <w:lang w:val="es-PE"/>
              </w:rPr>
              <w:t xml:space="preserve"> Regresamos a la asamblea breve sentándonos en círculo en el piso frente a la zona de construcciones totalmente ordenada y limpia.</w:t>
            </w:r>
          </w:p>
          <w:p w14:paraId="670FD8D4" w14:textId="77777777" w:rsidR="004246B5" w:rsidRPr="00774D49" w:rsidRDefault="004246B5" w:rsidP="004246B5">
            <w:pPr>
              <w:numPr>
                <w:ilvl w:val="0"/>
                <w:numId w:val="107"/>
              </w:numPr>
              <w:rPr>
                <w:rFonts w:cs="Arial"/>
                <w:sz w:val="18"/>
                <w:szCs w:val="18"/>
                <w:lang w:val="es-PE"/>
              </w:rPr>
            </w:pPr>
            <w:r w:rsidRPr="00774D49">
              <w:rPr>
                <w:rFonts w:cs="Arial"/>
                <w:sz w:val="18"/>
                <w:szCs w:val="18"/>
                <w:lang w:val="es-PE"/>
              </w:rPr>
              <w:t>Dialogamos de forma reflexiva mediante preguntas sencillas de metacognición: ¿Cómo hicieron para organizar todas las cajas del aula? ¿Qué dibujos les sirvieron de ayuda en los letreros para saber dónde guardar cada material? ¿Por qué es importante cuidar y ordenar nuestro espacio?</w:t>
            </w:r>
          </w:p>
          <w:p w14:paraId="65FE24DD" w14:textId="77777777" w:rsidR="004246B5" w:rsidRPr="00774D49" w:rsidRDefault="004246B5" w:rsidP="004246B5">
            <w:pPr>
              <w:numPr>
                <w:ilvl w:val="0"/>
                <w:numId w:val="107"/>
              </w:numPr>
              <w:rPr>
                <w:rFonts w:cs="Arial"/>
                <w:sz w:val="18"/>
                <w:szCs w:val="18"/>
                <w:lang w:val="es-PE"/>
              </w:rPr>
            </w:pPr>
            <w:r w:rsidRPr="00774D49">
              <w:rPr>
                <w:rFonts w:cs="Arial"/>
                <w:sz w:val="18"/>
                <w:szCs w:val="18"/>
                <w:lang w:val="es-PE"/>
              </w:rPr>
              <w:t>Celebramos el excelente trabajo en equipo de la semana con un aplauso colectivo y afectuoso.</w:t>
            </w:r>
          </w:p>
          <w:p w14:paraId="61D9290B" w14:textId="77777777" w:rsidR="004246B5" w:rsidRPr="00774D49" w:rsidRDefault="004246B5" w:rsidP="00050ADE">
            <w:pPr>
              <w:rPr>
                <w:rFonts w:cs="Arial"/>
                <w:b/>
                <w:bCs/>
                <w:sz w:val="18"/>
                <w:szCs w:val="18"/>
                <w:lang w:val="es-PE"/>
              </w:rPr>
            </w:pPr>
            <w:r w:rsidRPr="00774D49">
              <w:rPr>
                <w:rFonts w:cs="Arial"/>
                <w:b/>
                <w:bCs/>
                <w:sz w:val="18"/>
                <w:szCs w:val="18"/>
                <w:lang w:val="es-PE"/>
              </w:rPr>
              <w:t>Aseo, Refrigerio y Recreo (10:30 - 11:30)</w:t>
            </w:r>
          </w:p>
          <w:p w14:paraId="63088760" w14:textId="77777777" w:rsidR="004246B5" w:rsidRPr="00774D49" w:rsidRDefault="004246B5" w:rsidP="004246B5">
            <w:pPr>
              <w:numPr>
                <w:ilvl w:val="0"/>
                <w:numId w:val="108"/>
              </w:numPr>
              <w:rPr>
                <w:rFonts w:cs="Arial"/>
                <w:sz w:val="18"/>
                <w:szCs w:val="18"/>
                <w:lang w:val="es-PE"/>
              </w:rPr>
            </w:pPr>
            <w:r w:rsidRPr="00774D49">
              <w:rPr>
                <w:rFonts w:cs="Arial"/>
                <w:b/>
                <w:bCs/>
                <w:sz w:val="18"/>
                <w:szCs w:val="18"/>
                <w:lang w:val="es-PE"/>
              </w:rPr>
              <w:t>Higiene:</w:t>
            </w:r>
            <w:r w:rsidRPr="00774D49">
              <w:rPr>
                <w:rFonts w:cs="Arial"/>
                <w:sz w:val="18"/>
                <w:szCs w:val="18"/>
                <w:lang w:val="es-PE"/>
              </w:rPr>
              <w:t xml:space="preserve"> Traslado ordenado al espacio de los lavaderos en grupos pequeños. Lavado de manos guiado paso a paso por la docente, utilizando jabón líquido y modelando el frotado correcto de palmas, muñecas y dedos tras las acciones de carga, limpieza y orden de las cajas de cartón.</w:t>
            </w:r>
          </w:p>
          <w:p w14:paraId="593E5BCB" w14:textId="77777777" w:rsidR="004246B5" w:rsidRPr="00774D49" w:rsidRDefault="004246B5" w:rsidP="004246B5">
            <w:pPr>
              <w:numPr>
                <w:ilvl w:val="0"/>
                <w:numId w:val="108"/>
              </w:numPr>
              <w:rPr>
                <w:rFonts w:cs="Arial"/>
                <w:sz w:val="18"/>
                <w:szCs w:val="18"/>
                <w:lang w:val="es-PE"/>
              </w:rPr>
            </w:pPr>
            <w:r w:rsidRPr="00774D49">
              <w:rPr>
                <w:rFonts w:cs="Arial"/>
                <w:sz w:val="18"/>
                <w:szCs w:val="18"/>
                <w:lang w:val="es-PE"/>
              </w:rPr>
              <w:t>Se fomenta el uso responsable del agua al cerrar el caño mientras se enjabonan y se apoya de forma visual con carteles explicativos pegados a la altura de su vista, finalizando con el secado autónomo usando papel toalla.</w:t>
            </w:r>
          </w:p>
          <w:p w14:paraId="4854667E" w14:textId="77777777" w:rsidR="004246B5" w:rsidRPr="00774D49" w:rsidRDefault="004246B5" w:rsidP="004246B5">
            <w:pPr>
              <w:numPr>
                <w:ilvl w:val="0"/>
                <w:numId w:val="108"/>
              </w:numPr>
              <w:rPr>
                <w:rFonts w:cs="Arial"/>
                <w:sz w:val="18"/>
                <w:szCs w:val="18"/>
                <w:lang w:val="es-PE"/>
              </w:rPr>
            </w:pPr>
            <w:r w:rsidRPr="00774D49">
              <w:rPr>
                <w:rFonts w:cs="Arial"/>
                <w:b/>
                <w:bCs/>
                <w:sz w:val="18"/>
                <w:szCs w:val="18"/>
                <w:lang w:val="es-PE"/>
              </w:rPr>
              <w:t>Alimentación:</w:t>
            </w:r>
            <w:r w:rsidRPr="00774D49">
              <w:rPr>
                <w:rFonts w:cs="Arial"/>
                <w:sz w:val="18"/>
                <w:szCs w:val="18"/>
                <w:lang w:val="es-PE"/>
              </w:rPr>
              <w:t xml:space="preserve"> Consumo de la lonchera dentro del aula en un clima de calma, respeto y buena convivencia.</w:t>
            </w:r>
          </w:p>
          <w:p w14:paraId="68ECD141" w14:textId="77777777" w:rsidR="004246B5" w:rsidRPr="00774D49" w:rsidRDefault="004246B5" w:rsidP="004246B5">
            <w:pPr>
              <w:numPr>
                <w:ilvl w:val="0"/>
                <w:numId w:val="108"/>
              </w:numPr>
              <w:rPr>
                <w:rFonts w:cs="Arial"/>
                <w:sz w:val="18"/>
                <w:szCs w:val="18"/>
                <w:lang w:val="es-PE"/>
              </w:rPr>
            </w:pPr>
            <w:r w:rsidRPr="00774D49">
              <w:rPr>
                <w:rFonts w:cs="Arial"/>
                <w:sz w:val="18"/>
                <w:szCs w:val="18"/>
                <w:lang w:val="es-PE"/>
              </w:rPr>
              <w:t>Se promueve la autonomía individual incentivando a los niños a sacar sus individuales, abrir los cierres de sus mochilas, destapar sus envases plásticos por sí mismos y limpiar con un paño su espacio de la mesa al terminar de comer.</w:t>
            </w:r>
          </w:p>
          <w:p w14:paraId="60249084" w14:textId="77777777" w:rsidR="004246B5" w:rsidRPr="00774D49" w:rsidRDefault="004246B5" w:rsidP="004246B5">
            <w:pPr>
              <w:numPr>
                <w:ilvl w:val="0"/>
                <w:numId w:val="108"/>
              </w:numPr>
              <w:rPr>
                <w:rFonts w:cs="Arial"/>
                <w:sz w:val="18"/>
                <w:szCs w:val="18"/>
                <w:lang w:val="es-PE"/>
              </w:rPr>
            </w:pPr>
            <w:r w:rsidRPr="00774D49">
              <w:rPr>
                <w:rFonts w:cs="Arial"/>
                <w:b/>
                <w:bCs/>
                <w:sz w:val="18"/>
                <w:szCs w:val="18"/>
                <w:lang w:val="es-PE"/>
              </w:rPr>
              <w:t>Recreo:</w:t>
            </w:r>
            <w:r w:rsidRPr="00774D49">
              <w:rPr>
                <w:rFonts w:cs="Arial"/>
                <w:sz w:val="18"/>
                <w:szCs w:val="18"/>
                <w:lang w:val="es-PE"/>
              </w:rPr>
              <w:t xml:space="preserve"> Espacio de juego libre, socialización y esparcimiento motriz en el patio exterior de la institución educativa.</w:t>
            </w:r>
          </w:p>
          <w:p w14:paraId="75C8F2FD" w14:textId="77777777" w:rsidR="004246B5" w:rsidRPr="00774D49" w:rsidRDefault="004246B5" w:rsidP="004246B5">
            <w:pPr>
              <w:numPr>
                <w:ilvl w:val="0"/>
                <w:numId w:val="108"/>
              </w:numPr>
              <w:rPr>
                <w:rFonts w:cs="Arial"/>
                <w:sz w:val="18"/>
                <w:szCs w:val="18"/>
                <w:lang w:val="es-PE"/>
              </w:rPr>
            </w:pPr>
            <w:r w:rsidRPr="00774D49">
              <w:rPr>
                <w:rFonts w:cs="Arial"/>
                <w:sz w:val="18"/>
                <w:szCs w:val="18"/>
                <w:lang w:val="es-PE"/>
              </w:rPr>
              <w:t>Se realiza bajo la supervisión constante, activa y el cuidado protector de la docente para garantizar la seguridad física y prevenir accidentes entre los niños.</w:t>
            </w:r>
          </w:p>
          <w:p w14:paraId="391EC859" w14:textId="77777777" w:rsidR="004246B5" w:rsidRPr="00774D49" w:rsidRDefault="004246B5" w:rsidP="00050ADE">
            <w:pPr>
              <w:rPr>
                <w:rFonts w:cs="Arial"/>
                <w:b/>
                <w:bCs/>
                <w:sz w:val="18"/>
                <w:szCs w:val="18"/>
                <w:lang w:val="es-PE"/>
              </w:rPr>
            </w:pPr>
            <w:r w:rsidRPr="00774D49">
              <w:rPr>
                <w:rFonts w:cs="Arial"/>
                <w:b/>
                <w:bCs/>
                <w:sz w:val="18"/>
                <w:szCs w:val="18"/>
                <w:lang w:val="es-PE"/>
              </w:rPr>
              <w:t>Actividad Psicomotriz Corta (11:30 - 12:00)</w:t>
            </w:r>
          </w:p>
          <w:p w14:paraId="6CF8E2A9" w14:textId="77777777" w:rsidR="004246B5" w:rsidRPr="00774D49" w:rsidRDefault="004246B5" w:rsidP="004246B5">
            <w:pPr>
              <w:numPr>
                <w:ilvl w:val="0"/>
                <w:numId w:val="109"/>
              </w:numPr>
              <w:rPr>
                <w:rFonts w:cs="Arial"/>
                <w:sz w:val="18"/>
                <w:szCs w:val="18"/>
                <w:lang w:val="es-PE"/>
              </w:rPr>
            </w:pPr>
            <w:r w:rsidRPr="00774D49">
              <w:rPr>
                <w:rFonts w:cs="Arial"/>
                <w:b/>
                <w:bCs/>
                <w:sz w:val="18"/>
                <w:szCs w:val="18"/>
                <w:lang w:val="es-PE"/>
              </w:rPr>
              <w:t>Desarrollo Motriz:</w:t>
            </w:r>
            <w:r w:rsidRPr="00774D49">
              <w:rPr>
                <w:rFonts w:cs="Arial"/>
                <w:sz w:val="18"/>
                <w:szCs w:val="18"/>
                <w:lang w:val="es-PE"/>
              </w:rPr>
              <w:t xml:space="preserve"> En el espacio de psicomotricidad o zona despejada del aula, la docente propone el circuito motor “El traslado de los constructores”.</w:t>
            </w:r>
          </w:p>
          <w:p w14:paraId="231C4F8D" w14:textId="77777777" w:rsidR="004246B5" w:rsidRPr="00774D49" w:rsidRDefault="004246B5" w:rsidP="004246B5">
            <w:pPr>
              <w:numPr>
                <w:ilvl w:val="0"/>
                <w:numId w:val="109"/>
              </w:numPr>
              <w:rPr>
                <w:rFonts w:cs="Arial"/>
                <w:sz w:val="18"/>
                <w:szCs w:val="18"/>
                <w:lang w:val="es-PE"/>
              </w:rPr>
            </w:pPr>
            <w:r w:rsidRPr="00774D49">
              <w:rPr>
                <w:rFonts w:cs="Arial"/>
                <w:sz w:val="18"/>
                <w:szCs w:val="18"/>
                <w:lang w:val="es-PE"/>
              </w:rPr>
              <w:t>Se colocan aros plásticos en el piso alineados de forma consecutiva. Los niños juegan de forma autónoma a saltar con ambos pies dentro de cada aro llevando entre sus manos una pelota de tela ligera, imitando que trasladan materiales de construcción de forma divertida, coordinando su equilibrio dinámico, control postural y fuerza motriz en sus piernas.</w:t>
            </w:r>
          </w:p>
          <w:p w14:paraId="1024AC44" w14:textId="77777777" w:rsidR="004246B5" w:rsidRPr="00774D49" w:rsidRDefault="004246B5" w:rsidP="00050ADE">
            <w:pPr>
              <w:rPr>
                <w:rFonts w:cs="Arial"/>
                <w:b/>
                <w:bCs/>
                <w:sz w:val="18"/>
                <w:szCs w:val="18"/>
                <w:lang w:val="es-PE"/>
              </w:rPr>
            </w:pPr>
            <w:r w:rsidRPr="00774D49">
              <w:rPr>
                <w:rFonts w:cs="Arial"/>
                <w:b/>
                <w:bCs/>
                <w:sz w:val="18"/>
                <w:szCs w:val="18"/>
                <w:lang w:val="es-PE"/>
              </w:rPr>
              <w:t>El Taller de Expresión Artística (12:00 - 12:30)</w:t>
            </w:r>
          </w:p>
          <w:p w14:paraId="69F17096" w14:textId="77777777" w:rsidR="004246B5" w:rsidRPr="00774D49" w:rsidRDefault="004246B5" w:rsidP="004246B5">
            <w:pPr>
              <w:numPr>
                <w:ilvl w:val="0"/>
                <w:numId w:val="110"/>
              </w:numPr>
              <w:rPr>
                <w:rFonts w:cs="Arial"/>
                <w:sz w:val="18"/>
                <w:szCs w:val="18"/>
                <w:lang w:val="es-PE"/>
              </w:rPr>
            </w:pPr>
            <w:r w:rsidRPr="00774D49">
              <w:rPr>
                <w:rFonts w:cs="Arial"/>
                <w:b/>
                <w:bCs/>
                <w:sz w:val="18"/>
                <w:szCs w:val="18"/>
                <w:lang w:val="es-PE"/>
              </w:rPr>
              <w:t>Taller Gráfico-Plástico:</w:t>
            </w:r>
            <w:r w:rsidRPr="00774D49">
              <w:rPr>
                <w:rFonts w:cs="Arial"/>
                <w:sz w:val="18"/>
                <w:szCs w:val="18"/>
                <w:lang w:val="es-PE"/>
              </w:rPr>
              <w:t xml:space="preserve"> Colocamos cartulinas gruesas de tonos oscuros o cartones planos reciclados en las mesas de trabajo.</w:t>
            </w:r>
          </w:p>
          <w:p w14:paraId="6E791A0F" w14:textId="77777777" w:rsidR="004246B5" w:rsidRPr="00774D49" w:rsidRDefault="004246B5" w:rsidP="004246B5">
            <w:pPr>
              <w:numPr>
                <w:ilvl w:val="0"/>
                <w:numId w:val="110"/>
              </w:numPr>
              <w:rPr>
                <w:rFonts w:cs="Arial"/>
                <w:sz w:val="18"/>
                <w:szCs w:val="18"/>
                <w:lang w:val="es-PE"/>
              </w:rPr>
            </w:pPr>
            <w:r w:rsidRPr="00774D49">
              <w:rPr>
                <w:rFonts w:cs="Arial"/>
                <w:sz w:val="18"/>
                <w:szCs w:val="18"/>
                <w:lang w:val="es-PE"/>
              </w:rPr>
              <w:t xml:space="preserve">Ofrecemos canastas centrales con tizas escolares gruesas de colores variados y platos </w:t>
            </w:r>
            <w:r w:rsidRPr="00774D49">
              <w:rPr>
                <w:rFonts w:cs="Arial"/>
                <w:sz w:val="18"/>
                <w:szCs w:val="18"/>
                <w:lang w:val="es-PE"/>
              </w:rPr>
              <w:lastRenderedPageBreak/>
              <w:t>llanos con porciones pequeñas de agua.</w:t>
            </w:r>
          </w:p>
          <w:p w14:paraId="36E99D0C" w14:textId="77777777" w:rsidR="004246B5" w:rsidRPr="00774D49" w:rsidRDefault="004246B5" w:rsidP="004246B5">
            <w:pPr>
              <w:numPr>
                <w:ilvl w:val="0"/>
                <w:numId w:val="110"/>
              </w:numPr>
              <w:rPr>
                <w:rFonts w:cs="Arial"/>
                <w:sz w:val="18"/>
                <w:szCs w:val="18"/>
                <w:lang w:val="es-PE"/>
              </w:rPr>
            </w:pPr>
            <w:r w:rsidRPr="00774D49">
              <w:rPr>
                <w:rFonts w:cs="Arial"/>
                <w:sz w:val="18"/>
                <w:szCs w:val="18"/>
                <w:lang w:val="es-PE"/>
              </w:rPr>
              <w:t>Los niños juegan libremente a sumergir la punta de las tizas en el agua y realizar trazos, líneas, círculos y garabatos libres sobre el soporte cartón de forma autónoma, descubriendo con asombro cómo la pintura húmeda cambia de textura, se vuelve cremosa y los colores se intensifican al pintar.</w:t>
            </w:r>
          </w:p>
          <w:p w14:paraId="3B3AA8E8" w14:textId="77777777" w:rsidR="004246B5" w:rsidRPr="00774D49" w:rsidRDefault="004246B5" w:rsidP="004246B5">
            <w:pPr>
              <w:numPr>
                <w:ilvl w:val="0"/>
                <w:numId w:val="110"/>
              </w:numPr>
              <w:rPr>
                <w:rFonts w:cs="Arial"/>
                <w:sz w:val="18"/>
                <w:szCs w:val="18"/>
                <w:lang w:val="es-PE"/>
              </w:rPr>
            </w:pPr>
            <w:r w:rsidRPr="00774D49">
              <w:rPr>
                <w:rFonts w:cs="Arial"/>
                <w:sz w:val="18"/>
                <w:szCs w:val="18"/>
                <w:lang w:val="es-PE"/>
              </w:rPr>
              <w:t>La docente acompaña el proceso priorizando la libertad expresiva, la manipulación sensorial del material y el disfrute gráfico de cada niño de 3 años, evitando imponer un dibujo predeterminado o buscar un acabado adulto perfecto.</w:t>
            </w:r>
          </w:p>
          <w:p w14:paraId="546E9410" w14:textId="77777777" w:rsidR="004246B5" w:rsidRPr="00774D49" w:rsidRDefault="004246B5" w:rsidP="00050ADE">
            <w:pPr>
              <w:rPr>
                <w:rFonts w:cs="Arial"/>
                <w:b/>
                <w:bCs/>
                <w:sz w:val="18"/>
                <w:szCs w:val="18"/>
                <w:lang w:val="es-PE"/>
              </w:rPr>
            </w:pPr>
            <w:r w:rsidRPr="00774D49">
              <w:rPr>
                <w:rFonts w:cs="Arial"/>
                <w:b/>
                <w:bCs/>
                <w:sz w:val="18"/>
                <w:szCs w:val="18"/>
                <w:lang w:val="es-PE"/>
              </w:rPr>
              <w:t>Rutinas de Salida (12:30)</w:t>
            </w:r>
          </w:p>
          <w:p w14:paraId="3133041A" w14:textId="77777777" w:rsidR="004246B5" w:rsidRPr="00774D49" w:rsidRDefault="004246B5" w:rsidP="004246B5">
            <w:pPr>
              <w:numPr>
                <w:ilvl w:val="0"/>
                <w:numId w:val="111"/>
              </w:numPr>
              <w:rPr>
                <w:rFonts w:cs="Arial"/>
                <w:sz w:val="18"/>
                <w:szCs w:val="18"/>
                <w:lang w:val="es-PE"/>
              </w:rPr>
            </w:pPr>
            <w:r w:rsidRPr="00774D49">
              <w:rPr>
                <w:rFonts w:cs="Arial"/>
                <w:b/>
                <w:bCs/>
                <w:sz w:val="18"/>
                <w:szCs w:val="18"/>
                <w:lang w:val="es-PE"/>
              </w:rPr>
              <w:t>Cierre:</w:t>
            </w:r>
            <w:r w:rsidRPr="00774D49">
              <w:rPr>
                <w:rFonts w:cs="Arial"/>
                <w:sz w:val="18"/>
                <w:szCs w:val="18"/>
                <w:lang w:val="es-PE"/>
              </w:rPr>
              <w:t xml:space="preserve"> Breve recuento final en asamblea sobre las experiencias de orden y los talleres que más les causaron alegría y satisfacción durante toda la semana en el aula de clases.</w:t>
            </w:r>
          </w:p>
          <w:p w14:paraId="0D312E91" w14:textId="77777777" w:rsidR="004246B5" w:rsidRPr="00774D49" w:rsidRDefault="004246B5" w:rsidP="004246B5">
            <w:pPr>
              <w:numPr>
                <w:ilvl w:val="0"/>
                <w:numId w:val="111"/>
              </w:numPr>
              <w:rPr>
                <w:rFonts w:cs="Arial"/>
                <w:sz w:val="18"/>
                <w:szCs w:val="18"/>
                <w:lang w:val="es-PE"/>
              </w:rPr>
            </w:pPr>
            <w:r w:rsidRPr="00774D49">
              <w:rPr>
                <w:rFonts w:cs="Arial"/>
                <w:sz w:val="18"/>
                <w:szCs w:val="18"/>
                <w:lang w:val="es-PE"/>
              </w:rPr>
              <w:t>Se acompaña y orienta a los niños en el orden de sus mochilas, colocación autónoma de abrigos y recojo de sus pertenencias personales de forma independiente.</w:t>
            </w:r>
          </w:p>
          <w:p w14:paraId="32D43157" w14:textId="77777777" w:rsidR="004246B5" w:rsidRPr="00774D49" w:rsidRDefault="004246B5" w:rsidP="004246B5">
            <w:pPr>
              <w:numPr>
                <w:ilvl w:val="0"/>
                <w:numId w:val="111"/>
              </w:numPr>
              <w:rPr>
                <w:rFonts w:cs="Arial"/>
                <w:sz w:val="18"/>
                <w:szCs w:val="18"/>
                <w:lang w:val="es-PE"/>
              </w:rPr>
            </w:pPr>
            <w:r w:rsidRPr="00774D49">
              <w:rPr>
                <w:rFonts w:cs="Arial"/>
                <w:sz w:val="18"/>
                <w:szCs w:val="18"/>
                <w:lang w:val="es-PE"/>
              </w:rPr>
              <w:t>Despedida afectuosa y personalizada a cada estudiante en la puerta del aula, entregándolo formalmente a su padre, madre o adulto responsable autorizado y deseándoles un feliz fin de semana.</w:t>
            </w:r>
          </w:p>
          <w:p w14:paraId="1175A715" w14:textId="77777777" w:rsidR="004246B5" w:rsidRPr="00774D49" w:rsidRDefault="004246B5" w:rsidP="007C4A5F">
            <w:pPr>
              <w:rPr>
                <w:rFonts w:cs="Arial"/>
                <w:sz w:val="18"/>
                <w:szCs w:val="18"/>
                <w:lang w:val="es-PE"/>
              </w:rPr>
            </w:pPr>
          </w:p>
        </w:tc>
        <w:tc>
          <w:tcPr>
            <w:tcW w:w="1740" w:type="dxa"/>
            <w:vAlign w:val="center"/>
          </w:tcPr>
          <w:p w14:paraId="69978740" w14:textId="77777777" w:rsidR="004246B5" w:rsidRPr="00774D49" w:rsidRDefault="004246B5" w:rsidP="00505D03">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lastRenderedPageBreak/>
              <w:t>  Todas</w:t>
            </w:r>
            <w:proofErr w:type="gramEnd"/>
            <w:r w:rsidRPr="00774D49">
              <w:rPr>
                <w:rFonts w:eastAsia="Times New Roman" w:cs="Arial"/>
                <w:sz w:val="18"/>
                <w:szCs w:val="18"/>
                <w:lang w:val="es-PE" w:eastAsia="es-PE"/>
              </w:rPr>
              <w:t xml:space="preserve"> las cajas de cartón, tubos y conos recolectados y utilizados durante la semana.</w:t>
            </w:r>
          </w:p>
          <w:p w14:paraId="752C8C0C" w14:textId="77777777" w:rsidR="004246B5" w:rsidRPr="00774D49" w:rsidRDefault="004246B5" w:rsidP="00505D03">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t>  Contenedores</w:t>
            </w:r>
            <w:proofErr w:type="gramEnd"/>
            <w:r w:rsidRPr="00774D49">
              <w:rPr>
                <w:rFonts w:eastAsia="Times New Roman" w:cs="Arial"/>
                <w:sz w:val="18"/>
                <w:szCs w:val="18"/>
                <w:lang w:val="es-PE" w:eastAsia="es-PE"/>
              </w:rPr>
              <w:t xml:space="preserve"> </w:t>
            </w:r>
            <w:r w:rsidRPr="00774D49">
              <w:rPr>
                <w:rFonts w:eastAsia="Times New Roman" w:cs="Arial"/>
                <w:sz w:val="18"/>
                <w:szCs w:val="18"/>
                <w:lang w:val="es-PE" w:eastAsia="es-PE"/>
              </w:rPr>
              <w:lastRenderedPageBreak/>
              <w:t>plásticos, cajas grandes de embalaje o canastas amplias para el almacenamiento.</w:t>
            </w:r>
          </w:p>
          <w:p w14:paraId="4905947B" w14:textId="77777777" w:rsidR="004246B5" w:rsidRPr="00774D49" w:rsidRDefault="004246B5" w:rsidP="00505D03">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t>  Letreros</w:t>
            </w:r>
            <w:proofErr w:type="gramEnd"/>
            <w:r w:rsidRPr="00774D49">
              <w:rPr>
                <w:rFonts w:eastAsia="Times New Roman" w:cs="Arial"/>
                <w:sz w:val="18"/>
                <w:szCs w:val="18"/>
                <w:lang w:val="es-PE" w:eastAsia="es-PE"/>
              </w:rPr>
              <w:t xml:space="preserve"> visuales con dibujos claros que diferencien tamaños (grande / pequeño).</w:t>
            </w:r>
          </w:p>
          <w:p w14:paraId="761E10B7" w14:textId="77777777" w:rsidR="004246B5" w:rsidRPr="00774D49" w:rsidRDefault="004246B5" w:rsidP="00505D03">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t>  Tizas</w:t>
            </w:r>
            <w:proofErr w:type="gramEnd"/>
            <w:r w:rsidRPr="00774D49">
              <w:rPr>
                <w:rFonts w:eastAsia="Times New Roman" w:cs="Arial"/>
                <w:sz w:val="18"/>
                <w:szCs w:val="18"/>
                <w:lang w:val="es-PE" w:eastAsia="es-PE"/>
              </w:rPr>
              <w:t xml:space="preserve"> escolares de colores gruesas, recipientes con agua y cartulinas oscuras.</w:t>
            </w:r>
          </w:p>
          <w:p w14:paraId="7A743B1B" w14:textId="77777777" w:rsidR="004246B5" w:rsidRPr="00774D49" w:rsidRDefault="004246B5" w:rsidP="00505D03">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t>  Aros</w:t>
            </w:r>
            <w:proofErr w:type="gramEnd"/>
            <w:r w:rsidRPr="00774D49">
              <w:rPr>
                <w:rFonts w:eastAsia="Times New Roman" w:cs="Arial"/>
                <w:sz w:val="18"/>
                <w:szCs w:val="18"/>
                <w:lang w:val="es-PE" w:eastAsia="es-PE"/>
              </w:rPr>
              <w:t xml:space="preserve"> plásticos de psicomotricidad y pelotas de tela ligeras.</w:t>
            </w:r>
          </w:p>
          <w:p w14:paraId="580C7A1C" w14:textId="77777777" w:rsidR="004246B5" w:rsidRPr="00774D49" w:rsidRDefault="004246B5" w:rsidP="00505D03">
            <w:pPr>
              <w:rPr>
                <w:rFonts w:cs="Arial"/>
                <w:sz w:val="18"/>
                <w:szCs w:val="18"/>
                <w:lang w:val="es-PE"/>
              </w:rPr>
            </w:pPr>
            <w:proofErr w:type="gramStart"/>
            <w:r w:rsidRPr="00774D49">
              <w:rPr>
                <w:rFonts w:eastAsia="Times New Roman" w:cs="Arial"/>
                <w:sz w:val="18"/>
                <w:szCs w:val="18"/>
                <w:lang w:val="es-PE" w:eastAsia="es-PE"/>
              </w:rPr>
              <w:t>  Fotografías</w:t>
            </w:r>
            <w:proofErr w:type="gramEnd"/>
            <w:r w:rsidRPr="00774D49">
              <w:rPr>
                <w:rFonts w:eastAsia="Times New Roman" w:cs="Arial"/>
                <w:sz w:val="18"/>
                <w:szCs w:val="18"/>
                <w:lang w:val="es-PE" w:eastAsia="es-PE"/>
              </w:rPr>
              <w:t xml:space="preserve"> impresas de las actividades de los niños (caja de espera) y panel de asistencia.</w:t>
            </w:r>
          </w:p>
        </w:tc>
        <w:tc>
          <w:tcPr>
            <w:tcW w:w="1680" w:type="dxa"/>
            <w:vAlign w:val="center"/>
          </w:tcPr>
          <w:p w14:paraId="71B57563" w14:textId="77777777" w:rsidR="004246B5" w:rsidRPr="00774D49" w:rsidRDefault="004246B5" w:rsidP="00E44D81">
            <w:pPr>
              <w:spacing w:after="0" w:line="240" w:lineRule="auto"/>
              <w:rPr>
                <w:rFonts w:eastAsia="Times New Roman" w:cs="Arial"/>
                <w:sz w:val="18"/>
                <w:szCs w:val="18"/>
                <w:lang w:val="es-PE" w:eastAsia="es-PE"/>
              </w:rPr>
            </w:pPr>
            <w:proofErr w:type="gramStart"/>
            <w:r w:rsidRPr="00774D49">
              <w:rPr>
                <w:rFonts w:eastAsia="Times New Roman" w:cs="Arial"/>
                <w:sz w:val="18"/>
                <w:szCs w:val="18"/>
                <w:lang w:val="es-PE" w:eastAsia="es-PE"/>
              </w:rPr>
              <w:lastRenderedPageBreak/>
              <w:t xml:space="preserve">  </w:t>
            </w:r>
            <w:r w:rsidRPr="00774D49">
              <w:rPr>
                <w:rFonts w:eastAsia="Times New Roman" w:cs="Arial"/>
                <w:b/>
                <w:bCs/>
                <w:sz w:val="18"/>
                <w:szCs w:val="18"/>
                <w:lang w:val="es-PE" w:eastAsia="es-PE"/>
              </w:rPr>
              <w:t>Observar</w:t>
            </w:r>
            <w:proofErr w:type="gramEnd"/>
            <w:r w:rsidRPr="00774D49">
              <w:rPr>
                <w:rFonts w:eastAsia="Times New Roman" w:cs="Arial"/>
                <w:b/>
                <w:bCs/>
                <w:sz w:val="18"/>
                <w:szCs w:val="18"/>
                <w:lang w:val="es-PE" w:eastAsia="es-PE"/>
              </w:rPr>
              <w:t xml:space="preserve"> cómo se</w:t>
            </w:r>
            <w:r w:rsidRPr="00774D49">
              <w:rPr>
                <w:rFonts w:eastAsia="Times New Roman" w:cs="Arial"/>
                <w:sz w:val="18"/>
                <w:szCs w:val="18"/>
                <w:lang w:val="es-PE" w:eastAsia="es-PE"/>
              </w:rPr>
              <w:t xml:space="preserve"> organiza el niño o niña para agrupar, clasificar y guardar las cajas en sus </w:t>
            </w:r>
            <w:r w:rsidRPr="00774D49">
              <w:rPr>
                <w:rFonts w:eastAsia="Times New Roman" w:cs="Arial"/>
                <w:sz w:val="18"/>
                <w:szCs w:val="18"/>
                <w:lang w:val="es-PE" w:eastAsia="es-PE"/>
              </w:rPr>
              <w:lastRenderedPageBreak/>
              <w:t>respectivos lugares, respetando el criterio de tamaño indicado en los letreros visuales del sector.</w:t>
            </w:r>
          </w:p>
          <w:p w14:paraId="59654269" w14:textId="77777777" w:rsidR="004246B5" w:rsidRPr="00774D49" w:rsidRDefault="004246B5" w:rsidP="00E44D81">
            <w:pPr>
              <w:rPr>
                <w:rFonts w:cs="Arial"/>
                <w:sz w:val="18"/>
                <w:szCs w:val="18"/>
                <w:lang w:val="es-PE"/>
              </w:rPr>
            </w:pPr>
            <w:proofErr w:type="gramStart"/>
            <w:r w:rsidRPr="00774D49">
              <w:rPr>
                <w:rFonts w:eastAsia="Times New Roman" w:cs="Arial"/>
                <w:sz w:val="18"/>
                <w:szCs w:val="18"/>
                <w:lang w:val="es-PE" w:eastAsia="es-PE"/>
              </w:rPr>
              <w:t xml:space="preserve">  </w:t>
            </w:r>
            <w:r w:rsidRPr="00774D49">
              <w:rPr>
                <w:rFonts w:eastAsia="Times New Roman" w:cs="Arial"/>
                <w:b/>
                <w:bCs/>
                <w:sz w:val="18"/>
                <w:szCs w:val="18"/>
                <w:lang w:val="es-PE" w:eastAsia="es-PE"/>
              </w:rPr>
              <w:t>Observar</w:t>
            </w:r>
            <w:proofErr w:type="gramEnd"/>
            <w:r w:rsidRPr="00774D49">
              <w:rPr>
                <w:rFonts w:eastAsia="Times New Roman" w:cs="Arial"/>
                <w:b/>
                <w:bCs/>
                <w:sz w:val="18"/>
                <w:szCs w:val="18"/>
                <w:lang w:val="es-PE" w:eastAsia="es-PE"/>
              </w:rPr>
              <w:t xml:space="preserve"> cómo se</w:t>
            </w:r>
            <w:r w:rsidRPr="00774D49">
              <w:rPr>
                <w:rFonts w:eastAsia="Times New Roman" w:cs="Arial"/>
                <w:sz w:val="18"/>
                <w:szCs w:val="18"/>
                <w:lang w:val="es-PE" w:eastAsia="es-PE"/>
              </w:rPr>
              <w:t xml:space="preserve"> muestra colaborativo, solidario y participativo con sus compañeros en el cuidado, orden y limpieza de los materiales comunitarios del aula.</w:t>
            </w:r>
          </w:p>
        </w:tc>
      </w:tr>
      <w:tr w:rsidR="009A514E" w:rsidRPr="00774D49" w14:paraId="5DE68EF6" w14:textId="77777777" w:rsidTr="0036774D">
        <w:trPr>
          <w:jc w:val="center"/>
        </w:trPr>
        <w:tc>
          <w:tcPr>
            <w:tcW w:w="2378" w:type="dxa"/>
            <w:gridSpan w:val="2"/>
            <w:vAlign w:val="center"/>
          </w:tcPr>
          <w:p w14:paraId="0A390054" w14:textId="4390E13B" w:rsidR="009A514E" w:rsidRPr="009A514E" w:rsidRDefault="009A514E" w:rsidP="007C4A5F">
            <w:pPr>
              <w:rPr>
                <w:rFonts w:cs="Arial"/>
                <w:b/>
                <w:bCs/>
                <w:sz w:val="18"/>
                <w:szCs w:val="18"/>
                <w:lang w:val="es-PE"/>
              </w:rPr>
            </w:pPr>
            <w:r w:rsidRPr="009A514E">
              <w:rPr>
                <w:rFonts w:cs="Arial"/>
                <w:b/>
                <w:bCs/>
                <w:sz w:val="18"/>
                <w:szCs w:val="18"/>
                <w:lang w:val="es-PE"/>
              </w:rPr>
              <w:lastRenderedPageBreak/>
              <w:t>Áreas a observar:</w:t>
            </w:r>
          </w:p>
        </w:tc>
        <w:tc>
          <w:tcPr>
            <w:tcW w:w="4785" w:type="dxa"/>
            <w:vAlign w:val="center"/>
          </w:tcPr>
          <w:p w14:paraId="47CE4499" w14:textId="77777777" w:rsidR="009A514E" w:rsidRPr="00774D49" w:rsidRDefault="009A514E" w:rsidP="00050ADE">
            <w:pPr>
              <w:rPr>
                <w:rFonts w:cs="Arial"/>
                <w:b/>
                <w:bCs/>
                <w:sz w:val="18"/>
                <w:szCs w:val="18"/>
                <w:lang w:val="es-PE"/>
              </w:rPr>
            </w:pPr>
          </w:p>
        </w:tc>
        <w:tc>
          <w:tcPr>
            <w:tcW w:w="1740" w:type="dxa"/>
            <w:vAlign w:val="center"/>
          </w:tcPr>
          <w:p w14:paraId="4F2A7042" w14:textId="77777777" w:rsidR="009A514E" w:rsidRPr="00774D49" w:rsidRDefault="009A514E" w:rsidP="00505D03">
            <w:pPr>
              <w:spacing w:after="0" w:line="240" w:lineRule="auto"/>
              <w:rPr>
                <w:rFonts w:eastAsia="Times New Roman" w:cs="Arial"/>
                <w:sz w:val="18"/>
                <w:szCs w:val="18"/>
                <w:lang w:val="es-PE" w:eastAsia="es-PE"/>
              </w:rPr>
            </w:pPr>
          </w:p>
        </w:tc>
        <w:tc>
          <w:tcPr>
            <w:tcW w:w="1680" w:type="dxa"/>
            <w:vAlign w:val="center"/>
          </w:tcPr>
          <w:p w14:paraId="2A21632D" w14:textId="77777777" w:rsidR="009A514E" w:rsidRPr="00774D49" w:rsidRDefault="009A514E" w:rsidP="00E44D81">
            <w:pPr>
              <w:spacing w:after="0" w:line="240" w:lineRule="auto"/>
              <w:rPr>
                <w:rFonts w:eastAsia="Times New Roman" w:cs="Arial"/>
                <w:sz w:val="18"/>
                <w:szCs w:val="18"/>
                <w:lang w:val="es-PE" w:eastAsia="es-PE"/>
              </w:rPr>
            </w:pPr>
          </w:p>
        </w:tc>
      </w:tr>
    </w:tbl>
    <w:p w14:paraId="65AAE8A9" w14:textId="77777777" w:rsidR="004246B5" w:rsidRPr="00774D49" w:rsidRDefault="004246B5">
      <w:pPr>
        <w:rPr>
          <w:rFonts w:cs="Arial"/>
          <w:lang w:val="es-PE"/>
        </w:rPr>
      </w:pPr>
    </w:p>
    <w:p w14:paraId="5726C431" w14:textId="77777777" w:rsidR="004246B5" w:rsidRPr="00774D49" w:rsidRDefault="004246B5" w:rsidP="004C69C2">
      <w:pPr>
        <w:rPr>
          <w:rFonts w:eastAsiaTheme="majorEastAsia" w:cs="Arial"/>
          <w:b/>
          <w:bCs/>
          <w:color w:val="C71585"/>
          <w:sz w:val="24"/>
          <w:szCs w:val="26"/>
          <w:lang w:val="es-PE"/>
        </w:rPr>
      </w:pPr>
    </w:p>
    <w:p w14:paraId="05417C1F" w14:textId="77777777" w:rsidR="004246B5" w:rsidRPr="00774D49" w:rsidRDefault="004246B5" w:rsidP="004C69C2">
      <w:pPr>
        <w:rPr>
          <w:rFonts w:eastAsiaTheme="majorEastAsia" w:cs="Arial"/>
          <w:b/>
          <w:bCs/>
          <w:color w:val="C71585"/>
          <w:sz w:val="24"/>
          <w:szCs w:val="26"/>
          <w:lang w:val="es-PE"/>
        </w:rPr>
      </w:pPr>
      <w:r w:rsidRPr="00774D49">
        <w:rPr>
          <w:rFonts w:eastAsiaTheme="majorEastAsia" w:cs="Arial"/>
          <w:b/>
          <w:bCs/>
          <w:color w:val="C71585"/>
          <w:sz w:val="24"/>
          <w:szCs w:val="26"/>
          <w:lang w:val="es-PE"/>
        </w:rPr>
        <w:t>SEMANA 4: Expreso y comunico mis descubrimientos</w:t>
      </w:r>
    </w:p>
    <w:tbl>
      <w:tblPr>
        <w:tblStyle w:val="Tablaconcuadrcula"/>
        <w:tblW w:w="0" w:type="auto"/>
        <w:jc w:val="center"/>
        <w:tblLook w:val="04A0" w:firstRow="1" w:lastRow="0" w:firstColumn="1" w:lastColumn="0" w:noHBand="0" w:noVBand="1"/>
      </w:tblPr>
      <w:tblGrid>
        <w:gridCol w:w="693"/>
        <w:gridCol w:w="1673"/>
        <w:gridCol w:w="4928"/>
        <w:gridCol w:w="1795"/>
        <w:gridCol w:w="1673"/>
      </w:tblGrid>
      <w:tr w:rsidR="004246B5" w:rsidRPr="00774D49" w14:paraId="0FC2DBE6" w14:textId="77777777" w:rsidTr="00895ADD">
        <w:trPr>
          <w:jc w:val="center"/>
        </w:trPr>
        <w:tc>
          <w:tcPr>
            <w:tcW w:w="693" w:type="dxa"/>
            <w:shd w:val="clear" w:color="auto" w:fill="FFF2CC"/>
            <w:vAlign w:val="center"/>
          </w:tcPr>
          <w:p w14:paraId="3C436F74" w14:textId="77777777" w:rsidR="004246B5" w:rsidRPr="00774D49" w:rsidRDefault="004246B5" w:rsidP="007C4A5F">
            <w:pPr>
              <w:jc w:val="center"/>
              <w:rPr>
                <w:rFonts w:cs="Arial"/>
                <w:sz w:val="20"/>
                <w:szCs w:val="20"/>
                <w:lang w:val="es-PE"/>
              </w:rPr>
            </w:pPr>
            <w:r w:rsidRPr="00774D49">
              <w:rPr>
                <w:rFonts w:cs="Arial"/>
                <w:b/>
                <w:sz w:val="20"/>
                <w:szCs w:val="20"/>
                <w:lang w:val="es-PE"/>
              </w:rPr>
              <w:t>Día</w:t>
            </w:r>
          </w:p>
        </w:tc>
        <w:tc>
          <w:tcPr>
            <w:tcW w:w="1673" w:type="dxa"/>
            <w:shd w:val="clear" w:color="auto" w:fill="FFF2CC"/>
            <w:vAlign w:val="center"/>
          </w:tcPr>
          <w:p w14:paraId="021785D8" w14:textId="77777777" w:rsidR="004246B5" w:rsidRPr="00774D49" w:rsidRDefault="004246B5" w:rsidP="007C4A5F">
            <w:pPr>
              <w:jc w:val="center"/>
              <w:rPr>
                <w:rFonts w:cs="Arial"/>
                <w:sz w:val="20"/>
                <w:szCs w:val="20"/>
                <w:lang w:val="es-PE"/>
              </w:rPr>
            </w:pPr>
            <w:r w:rsidRPr="00774D49">
              <w:rPr>
                <w:rFonts w:cs="Arial"/>
                <w:b/>
                <w:sz w:val="20"/>
                <w:szCs w:val="20"/>
                <w:lang w:val="es-PE"/>
              </w:rPr>
              <w:t>Provocación / contexto</w:t>
            </w:r>
          </w:p>
        </w:tc>
        <w:tc>
          <w:tcPr>
            <w:tcW w:w="4928" w:type="dxa"/>
            <w:shd w:val="clear" w:color="auto" w:fill="FFF2CC"/>
            <w:vAlign w:val="center"/>
          </w:tcPr>
          <w:p w14:paraId="5B7654A2" w14:textId="77777777" w:rsidR="004246B5" w:rsidRPr="00774D49" w:rsidRDefault="004246B5" w:rsidP="007C4A5F">
            <w:pPr>
              <w:jc w:val="center"/>
              <w:rPr>
                <w:rFonts w:cs="Arial"/>
                <w:sz w:val="20"/>
                <w:szCs w:val="20"/>
                <w:lang w:val="es-PE"/>
              </w:rPr>
            </w:pPr>
            <w:r w:rsidRPr="00774D49">
              <w:rPr>
                <w:rFonts w:cs="Arial"/>
                <w:b/>
                <w:sz w:val="20"/>
                <w:szCs w:val="20"/>
                <w:lang w:val="es-PE"/>
              </w:rPr>
              <w:t>Descripción de la experiencia</w:t>
            </w:r>
          </w:p>
        </w:tc>
        <w:tc>
          <w:tcPr>
            <w:tcW w:w="1795" w:type="dxa"/>
            <w:shd w:val="clear" w:color="auto" w:fill="FFF2CC"/>
            <w:vAlign w:val="center"/>
          </w:tcPr>
          <w:p w14:paraId="6599A84A" w14:textId="77777777" w:rsidR="004246B5" w:rsidRPr="00774D49" w:rsidRDefault="004246B5" w:rsidP="007C4A5F">
            <w:pPr>
              <w:jc w:val="center"/>
              <w:rPr>
                <w:rFonts w:cs="Arial"/>
                <w:sz w:val="20"/>
                <w:szCs w:val="20"/>
                <w:lang w:val="es-PE"/>
              </w:rPr>
            </w:pPr>
            <w:r w:rsidRPr="00774D49">
              <w:rPr>
                <w:rFonts w:cs="Arial"/>
                <w:b/>
                <w:sz w:val="20"/>
                <w:szCs w:val="20"/>
                <w:lang w:val="es-PE"/>
              </w:rPr>
              <w:t>Materiales</w:t>
            </w:r>
          </w:p>
        </w:tc>
        <w:tc>
          <w:tcPr>
            <w:tcW w:w="1673" w:type="dxa"/>
            <w:shd w:val="clear" w:color="auto" w:fill="FFF2CC"/>
            <w:vAlign w:val="center"/>
          </w:tcPr>
          <w:p w14:paraId="52D9FCC4" w14:textId="77777777" w:rsidR="004246B5" w:rsidRPr="00774D49" w:rsidRDefault="004246B5" w:rsidP="007C4A5F">
            <w:pPr>
              <w:jc w:val="center"/>
              <w:rPr>
                <w:rFonts w:cs="Arial"/>
                <w:sz w:val="20"/>
                <w:szCs w:val="20"/>
                <w:lang w:val="es-PE"/>
              </w:rPr>
            </w:pPr>
            <w:r w:rsidRPr="00774D49">
              <w:rPr>
                <w:rFonts w:cs="Arial"/>
                <w:b/>
                <w:sz w:val="20"/>
                <w:szCs w:val="20"/>
                <w:lang w:val="es-PE"/>
              </w:rPr>
              <w:t>Qué observaré</w:t>
            </w:r>
          </w:p>
        </w:tc>
      </w:tr>
      <w:tr w:rsidR="004246B5" w:rsidRPr="00774D49" w14:paraId="1B6A9884" w14:textId="77777777" w:rsidTr="00895ADD">
        <w:trPr>
          <w:jc w:val="center"/>
        </w:trPr>
        <w:tc>
          <w:tcPr>
            <w:tcW w:w="693" w:type="dxa"/>
            <w:vAlign w:val="center"/>
          </w:tcPr>
          <w:p w14:paraId="417AC139" w14:textId="77777777" w:rsidR="004246B5" w:rsidRPr="00774D49" w:rsidRDefault="004246B5" w:rsidP="007C4A5F">
            <w:pPr>
              <w:rPr>
                <w:rFonts w:cs="Arial"/>
                <w:sz w:val="20"/>
                <w:szCs w:val="20"/>
                <w:lang w:val="es-PE"/>
              </w:rPr>
            </w:pPr>
            <w:r w:rsidRPr="00774D49">
              <w:rPr>
                <w:rFonts w:cs="Arial"/>
                <w:sz w:val="20"/>
                <w:szCs w:val="20"/>
                <w:lang w:val="es-PE"/>
              </w:rPr>
              <w:t>Día 16</w:t>
            </w:r>
          </w:p>
        </w:tc>
        <w:tc>
          <w:tcPr>
            <w:tcW w:w="1673" w:type="dxa"/>
            <w:vAlign w:val="center"/>
          </w:tcPr>
          <w:p w14:paraId="1D538A2A" w14:textId="77777777" w:rsidR="004246B5" w:rsidRPr="00774D49" w:rsidRDefault="004246B5" w:rsidP="007C4A5F">
            <w:pPr>
              <w:rPr>
                <w:rFonts w:cs="Arial"/>
                <w:sz w:val="20"/>
                <w:szCs w:val="20"/>
                <w:lang w:val="es-PE"/>
              </w:rPr>
            </w:pPr>
            <w:r w:rsidRPr="00774D49">
              <w:rPr>
                <w:rFonts w:cs="Arial"/>
                <w:sz w:val="20"/>
                <w:szCs w:val="20"/>
                <w:lang w:val="es-PE"/>
              </w:rPr>
              <w:t>Recordamos nuestras aventuras y elegimos qué compartir</w:t>
            </w:r>
          </w:p>
        </w:tc>
        <w:tc>
          <w:tcPr>
            <w:tcW w:w="4928" w:type="dxa"/>
            <w:vAlign w:val="center"/>
          </w:tcPr>
          <w:p w14:paraId="28E83AA9" w14:textId="77777777" w:rsidR="004246B5" w:rsidRPr="00774D49" w:rsidRDefault="004246B5" w:rsidP="00627956">
            <w:pPr>
              <w:rPr>
                <w:rFonts w:cs="Arial"/>
                <w:b/>
                <w:bCs/>
                <w:sz w:val="20"/>
                <w:szCs w:val="20"/>
                <w:lang w:val="es-PE"/>
              </w:rPr>
            </w:pPr>
            <w:r w:rsidRPr="00774D49">
              <w:rPr>
                <w:rFonts w:cs="Arial"/>
                <w:b/>
                <w:bCs/>
                <w:sz w:val="20"/>
                <w:szCs w:val="20"/>
                <w:lang w:val="es-PE"/>
              </w:rPr>
              <w:t>Rutinas de Entrada (08:00 - 08:30)</w:t>
            </w:r>
          </w:p>
          <w:p w14:paraId="701F3138" w14:textId="77777777" w:rsidR="004246B5" w:rsidRPr="00774D49" w:rsidRDefault="004246B5" w:rsidP="004246B5">
            <w:pPr>
              <w:numPr>
                <w:ilvl w:val="0"/>
                <w:numId w:val="112"/>
              </w:numPr>
              <w:rPr>
                <w:rFonts w:cs="Arial"/>
                <w:sz w:val="20"/>
                <w:szCs w:val="20"/>
                <w:lang w:val="es-PE"/>
              </w:rPr>
            </w:pPr>
            <w:r w:rsidRPr="00774D49">
              <w:rPr>
                <w:rFonts w:cs="Arial"/>
                <w:b/>
                <w:bCs/>
                <w:sz w:val="20"/>
                <w:szCs w:val="20"/>
                <w:lang w:val="es-PE"/>
              </w:rPr>
              <w:t>Recepción:</w:t>
            </w:r>
            <w:r w:rsidRPr="00774D49">
              <w:rPr>
                <w:rFonts w:cs="Arial"/>
                <w:sz w:val="20"/>
                <w:szCs w:val="20"/>
                <w:lang w:val="es-PE"/>
              </w:rPr>
              <w:t xml:space="preserve"> Recibimiento personalizado y afectuoso a la altura del niño, saludándolo por su nombre con palabras amables, agachándose para establecer contacto visual directo y brindándole un entorno de absoluta calma y seguridad emocional en su ingreso al aula.</w:t>
            </w:r>
          </w:p>
          <w:p w14:paraId="77B02AA6" w14:textId="77777777" w:rsidR="004246B5" w:rsidRPr="00774D49" w:rsidRDefault="004246B5" w:rsidP="004246B5">
            <w:pPr>
              <w:numPr>
                <w:ilvl w:val="0"/>
                <w:numId w:val="112"/>
              </w:numPr>
              <w:rPr>
                <w:rFonts w:cs="Arial"/>
                <w:sz w:val="20"/>
                <w:szCs w:val="20"/>
                <w:lang w:val="es-PE"/>
              </w:rPr>
            </w:pPr>
            <w:r w:rsidRPr="00774D49">
              <w:rPr>
                <w:rFonts w:cs="Arial"/>
                <w:sz w:val="20"/>
                <w:szCs w:val="20"/>
                <w:lang w:val="es-PE"/>
              </w:rPr>
              <w:t>Se realiza la verificación del estado físico y emocional de cada estudiante, entablando un breve diálogo de confianza con el padre de familia o cuidador para recoger datos relevantes del bienestar del niño al iniciar la mañana.</w:t>
            </w:r>
          </w:p>
          <w:p w14:paraId="3C612581" w14:textId="77777777" w:rsidR="004246B5" w:rsidRPr="00774D49" w:rsidRDefault="004246B5" w:rsidP="004246B5">
            <w:pPr>
              <w:numPr>
                <w:ilvl w:val="0"/>
                <w:numId w:val="112"/>
              </w:numPr>
              <w:rPr>
                <w:rFonts w:cs="Arial"/>
                <w:sz w:val="20"/>
                <w:szCs w:val="20"/>
                <w:lang w:val="es-PE"/>
              </w:rPr>
            </w:pPr>
            <w:r w:rsidRPr="00774D49">
              <w:rPr>
                <w:rFonts w:cs="Arial"/>
                <w:sz w:val="20"/>
                <w:szCs w:val="20"/>
                <w:lang w:val="es-PE"/>
              </w:rPr>
              <w:t>Se permite el uso de un objeto de apego (como un peluche, mantita o juguete pequeño traído de casa) si el niño lo requiere para manejar la ansiedad de la separación familiar y facilitar su transición armónica al espacio escolar.</w:t>
            </w:r>
          </w:p>
          <w:p w14:paraId="75E8A1CC" w14:textId="77777777" w:rsidR="004246B5" w:rsidRPr="00774D49" w:rsidRDefault="004246B5" w:rsidP="004246B5">
            <w:pPr>
              <w:numPr>
                <w:ilvl w:val="0"/>
                <w:numId w:val="112"/>
              </w:numPr>
              <w:rPr>
                <w:rFonts w:cs="Arial"/>
                <w:sz w:val="20"/>
                <w:szCs w:val="20"/>
                <w:lang w:val="es-PE"/>
              </w:rPr>
            </w:pPr>
            <w:r w:rsidRPr="00774D49">
              <w:rPr>
                <w:rFonts w:cs="Arial"/>
                <w:sz w:val="20"/>
                <w:szCs w:val="20"/>
                <w:lang w:val="es-PE"/>
              </w:rPr>
              <w:t xml:space="preserve">Se acompaña al niño a colocar su mochila, lonchera y abrigo en su respectivo casillero asignado, promoviendo el reconocimiento de su espacio personal a través de las </w:t>
            </w:r>
            <w:r w:rsidRPr="00774D49">
              <w:rPr>
                <w:rFonts w:cs="Arial"/>
                <w:sz w:val="20"/>
                <w:szCs w:val="20"/>
                <w:lang w:val="es-PE"/>
              </w:rPr>
              <w:lastRenderedPageBreak/>
              <w:t>etiquetas visuales con su fotografía.</w:t>
            </w:r>
          </w:p>
          <w:p w14:paraId="78940A70" w14:textId="77777777" w:rsidR="004246B5" w:rsidRPr="00774D49" w:rsidRDefault="004246B5" w:rsidP="004246B5">
            <w:pPr>
              <w:numPr>
                <w:ilvl w:val="0"/>
                <w:numId w:val="112"/>
              </w:numPr>
              <w:rPr>
                <w:rFonts w:cs="Arial"/>
                <w:sz w:val="20"/>
                <w:szCs w:val="20"/>
                <w:lang w:val="es-PE"/>
              </w:rPr>
            </w:pPr>
            <w:r w:rsidRPr="00774D49">
              <w:rPr>
                <w:rFonts w:cs="Arial"/>
                <w:b/>
                <w:bCs/>
                <w:sz w:val="20"/>
                <w:szCs w:val="20"/>
                <w:lang w:val="es-PE"/>
              </w:rPr>
              <w:t>Cajas de Espera:</w:t>
            </w:r>
            <w:r w:rsidRPr="00774D49">
              <w:rPr>
                <w:rFonts w:cs="Arial"/>
                <w:sz w:val="20"/>
                <w:szCs w:val="20"/>
                <w:lang w:val="es-PE"/>
              </w:rPr>
              <w:t xml:space="preserve"> Colocación de canastas plásticas en las mesas con los álbumes de fotos grupales y las producciones impresas que se acumularon durante las tres semanas anteriores (dibujos con barro, fotos de las torres y caminos) para una transición tranquila, permitiendo que los niños las miren, reconozcan sus rostros y conversen libremente mientras llegan sus compañeros.</w:t>
            </w:r>
          </w:p>
          <w:p w14:paraId="62616A4A" w14:textId="77777777" w:rsidR="004246B5" w:rsidRPr="00774D49" w:rsidRDefault="004246B5" w:rsidP="004246B5">
            <w:pPr>
              <w:numPr>
                <w:ilvl w:val="0"/>
                <w:numId w:val="112"/>
              </w:numPr>
              <w:rPr>
                <w:rFonts w:cs="Arial"/>
                <w:sz w:val="20"/>
                <w:szCs w:val="20"/>
                <w:lang w:val="es-PE"/>
              </w:rPr>
            </w:pPr>
            <w:r w:rsidRPr="00774D49">
              <w:rPr>
                <w:rFonts w:cs="Arial"/>
                <w:b/>
                <w:bCs/>
                <w:sz w:val="20"/>
                <w:szCs w:val="20"/>
                <w:lang w:val="es-PE"/>
              </w:rPr>
              <w:t>Actividades Permanentes:</w:t>
            </w:r>
            <w:r w:rsidRPr="00774D49">
              <w:rPr>
                <w:rFonts w:cs="Arial"/>
                <w:sz w:val="20"/>
                <w:szCs w:val="20"/>
                <w:lang w:val="es-PE"/>
              </w:rPr>
              <w:t xml:space="preserve"> Asamblea breve en semicírculo sobre cojines individuales distribuidos en el piso para delimitar el espacio físico de cada estudiante.</w:t>
            </w:r>
          </w:p>
          <w:p w14:paraId="4E377F9C" w14:textId="77777777" w:rsidR="004246B5" w:rsidRPr="00774D49" w:rsidRDefault="004246B5" w:rsidP="004246B5">
            <w:pPr>
              <w:numPr>
                <w:ilvl w:val="0"/>
                <w:numId w:val="112"/>
              </w:numPr>
              <w:rPr>
                <w:rFonts w:cs="Arial"/>
                <w:sz w:val="20"/>
                <w:szCs w:val="20"/>
                <w:lang w:val="es-PE"/>
              </w:rPr>
            </w:pPr>
            <w:r w:rsidRPr="00774D49">
              <w:rPr>
                <w:rFonts w:cs="Arial"/>
                <w:sz w:val="20"/>
                <w:szCs w:val="20"/>
                <w:lang w:val="es-PE"/>
              </w:rPr>
              <w:t>Cantamos la canción del saludo del aula para integrarnos, aplaudiendo y realizando movimientos corporales rítmicos acordes a la melodía.</w:t>
            </w:r>
          </w:p>
          <w:p w14:paraId="42275EA3" w14:textId="77777777" w:rsidR="004246B5" w:rsidRPr="00774D49" w:rsidRDefault="004246B5" w:rsidP="004246B5">
            <w:pPr>
              <w:numPr>
                <w:ilvl w:val="0"/>
                <w:numId w:val="112"/>
              </w:numPr>
              <w:rPr>
                <w:rFonts w:cs="Arial"/>
                <w:sz w:val="20"/>
                <w:szCs w:val="20"/>
                <w:lang w:val="es-PE"/>
              </w:rPr>
            </w:pPr>
            <w:r w:rsidRPr="00774D49">
              <w:rPr>
                <w:rFonts w:cs="Arial"/>
                <w:sz w:val="20"/>
                <w:szCs w:val="20"/>
                <w:lang w:val="es-PE"/>
              </w:rPr>
              <w:t>Registramos la asistencia de manera visual y participativa, invitando a cada niño a buscar la tarjeta con su fotografía y colocarla en el panel de asistencia de “Los que vinieron hoy a la escuela”.</w:t>
            </w:r>
          </w:p>
          <w:p w14:paraId="7B665A52" w14:textId="77777777" w:rsidR="004246B5" w:rsidRPr="00774D49" w:rsidRDefault="004246B5" w:rsidP="004246B5">
            <w:pPr>
              <w:numPr>
                <w:ilvl w:val="0"/>
                <w:numId w:val="112"/>
              </w:numPr>
              <w:rPr>
                <w:rFonts w:cs="Arial"/>
                <w:sz w:val="20"/>
                <w:szCs w:val="20"/>
                <w:lang w:val="es-PE"/>
              </w:rPr>
            </w:pPr>
            <w:r w:rsidRPr="00774D49">
              <w:rPr>
                <w:rFonts w:cs="Arial"/>
                <w:sz w:val="20"/>
                <w:szCs w:val="20"/>
                <w:lang w:val="es-PE"/>
              </w:rPr>
              <w:t>Revisamos el calendario de forma lúdica, identificando el día de la semana con apoyo de una canción corta y actualizando el cartel del clima (soleado, lluvioso o nublado) asomándonos brevemente a la ventana del aula.</w:t>
            </w:r>
          </w:p>
          <w:p w14:paraId="20A3E417" w14:textId="77777777" w:rsidR="004246B5" w:rsidRPr="00774D49" w:rsidRDefault="004246B5" w:rsidP="00627956">
            <w:pPr>
              <w:rPr>
                <w:rFonts w:cs="Arial"/>
                <w:b/>
                <w:bCs/>
                <w:sz w:val="20"/>
                <w:szCs w:val="20"/>
                <w:lang w:val="es-PE"/>
              </w:rPr>
            </w:pPr>
            <w:r w:rsidRPr="00774D49">
              <w:rPr>
                <w:rFonts w:cs="Arial"/>
                <w:b/>
                <w:bCs/>
                <w:sz w:val="20"/>
                <w:szCs w:val="20"/>
                <w:lang w:val="es-PE"/>
              </w:rPr>
              <w:t>Juego Libre en los espacios (08:30 - 09:30)</w:t>
            </w:r>
          </w:p>
          <w:p w14:paraId="4A721A33" w14:textId="77777777" w:rsidR="004246B5" w:rsidRPr="00774D49" w:rsidRDefault="004246B5" w:rsidP="004246B5">
            <w:pPr>
              <w:numPr>
                <w:ilvl w:val="0"/>
                <w:numId w:val="113"/>
              </w:numPr>
              <w:rPr>
                <w:rFonts w:cs="Arial"/>
                <w:sz w:val="20"/>
                <w:szCs w:val="20"/>
                <w:lang w:val="es-PE"/>
              </w:rPr>
            </w:pPr>
            <w:r w:rsidRPr="00774D49">
              <w:rPr>
                <w:rFonts w:cs="Arial"/>
                <w:b/>
                <w:bCs/>
                <w:sz w:val="20"/>
                <w:szCs w:val="20"/>
                <w:lang w:val="es-PE"/>
              </w:rPr>
              <w:t>Planificación y Organización (Fase 1):</w:t>
            </w:r>
            <w:r w:rsidRPr="00774D49">
              <w:rPr>
                <w:rFonts w:cs="Arial"/>
                <w:sz w:val="20"/>
                <w:szCs w:val="20"/>
                <w:lang w:val="es-PE"/>
              </w:rPr>
              <w:t xml:space="preserve"> Los niños se sientan en círculo en el espacio de asamblea principal, recuerdan las normas de convivencia básicas para el juego (compartir los materiales, cuidar a los amigos y no correr) y eligen de forma autónoma a qué sector desean ir (Construcción, Lectura o Arte).</w:t>
            </w:r>
          </w:p>
          <w:p w14:paraId="1663FA2F" w14:textId="77777777" w:rsidR="004246B5" w:rsidRPr="00774D49" w:rsidRDefault="004246B5" w:rsidP="004246B5">
            <w:pPr>
              <w:numPr>
                <w:ilvl w:val="0"/>
                <w:numId w:val="113"/>
              </w:numPr>
              <w:rPr>
                <w:rFonts w:cs="Arial"/>
                <w:sz w:val="20"/>
                <w:szCs w:val="20"/>
                <w:lang w:val="es-PE"/>
              </w:rPr>
            </w:pPr>
            <w:r w:rsidRPr="00774D49">
              <w:rPr>
                <w:rFonts w:cs="Arial"/>
                <w:sz w:val="20"/>
                <w:szCs w:val="20"/>
                <w:lang w:val="es-PE"/>
              </w:rPr>
              <w:t>Se organizan en pequeños grupos y la docente les distribuye collares o carnés identificadores con el color del sector seleccionado para la autorregulación del aforo y asegurar que cada espacio cuente con la cantidad adecuada de niños.</w:t>
            </w:r>
          </w:p>
          <w:p w14:paraId="1481A6E2" w14:textId="77777777" w:rsidR="004246B5" w:rsidRPr="00774D49" w:rsidRDefault="004246B5" w:rsidP="004246B5">
            <w:pPr>
              <w:numPr>
                <w:ilvl w:val="0"/>
                <w:numId w:val="113"/>
              </w:numPr>
              <w:rPr>
                <w:rFonts w:cs="Arial"/>
                <w:sz w:val="20"/>
                <w:szCs w:val="20"/>
                <w:lang w:val="es-PE"/>
              </w:rPr>
            </w:pPr>
            <w:r w:rsidRPr="00774D49">
              <w:rPr>
                <w:rFonts w:cs="Arial"/>
                <w:b/>
                <w:bCs/>
                <w:sz w:val="20"/>
                <w:szCs w:val="20"/>
                <w:lang w:val="es-PE"/>
              </w:rPr>
              <w:t>Desarrollo o Ejecución (Fase 2):</w:t>
            </w:r>
            <w:r w:rsidRPr="00774D49">
              <w:rPr>
                <w:rFonts w:cs="Arial"/>
                <w:sz w:val="20"/>
                <w:szCs w:val="20"/>
                <w:lang w:val="es-PE"/>
              </w:rPr>
              <w:t xml:space="preserve"> Los niños se desplazan a los sectores elegidos y juegan libremente con los materiales dispuestos en los estantes bajos de manera autónoma.</w:t>
            </w:r>
          </w:p>
          <w:p w14:paraId="4CEBDC5B" w14:textId="77777777" w:rsidR="004246B5" w:rsidRPr="00774D49" w:rsidRDefault="004246B5" w:rsidP="004246B5">
            <w:pPr>
              <w:numPr>
                <w:ilvl w:val="0"/>
                <w:numId w:val="113"/>
              </w:numPr>
              <w:rPr>
                <w:rFonts w:cs="Arial"/>
                <w:sz w:val="20"/>
                <w:szCs w:val="20"/>
                <w:lang w:val="es-PE"/>
              </w:rPr>
            </w:pPr>
            <w:r w:rsidRPr="00774D49">
              <w:rPr>
                <w:rFonts w:cs="Arial"/>
                <w:sz w:val="20"/>
                <w:szCs w:val="20"/>
                <w:lang w:val="es-PE"/>
              </w:rPr>
              <w:t>La docente realiza un acompañamiento indirecto y observa el juego sin interrumpir las iniciativas de los niños, identificando las interacciones sociales, las formas de comunicación, los conflictos espontáneos y registrando estas evidencias de manera descriptiva en su cuaderno de campo.</w:t>
            </w:r>
          </w:p>
          <w:p w14:paraId="0F716800" w14:textId="77777777" w:rsidR="004246B5" w:rsidRPr="00774D49" w:rsidRDefault="004246B5" w:rsidP="004246B5">
            <w:pPr>
              <w:numPr>
                <w:ilvl w:val="0"/>
                <w:numId w:val="113"/>
              </w:numPr>
              <w:rPr>
                <w:rFonts w:cs="Arial"/>
                <w:sz w:val="20"/>
                <w:szCs w:val="20"/>
                <w:lang w:val="es-PE"/>
              </w:rPr>
            </w:pPr>
            <w:r w:rsidRPr="00774D49">
              <w:rPr>
                <w:rFonts w:cs="Arial"/>
                <w:b/>
                <w:bCs/>
                <w:sz w:val="20"/>
                <w:szCs w:val="20"/>
                <w:lang w:val="es-PE"/>
              </w:rPr>
              <w:t>Orden, Socialización y Representación (Fase 3):</w:t>
            </w:r>
            <w:r w:rsidRPr="00774D49">
              <w:rPr>
                <w:rFonts w:cs="Arial"/>
                <w:sz w:val="20"/>
                <w:szCs w:val="20"/>
                <w:lang w:val="es-PE"/>
              </w:rPr>
              <w:t xml:space="preserve"> Cantamos una canción de orden </w:t>
            </w:r>
            <w:r w:rsidRPr="00774D49">
              <w:rPr>
                <w:rFonts w:cs="Arial"/>
                <w:sz w:val="20"/>
                <w:szCs w:val="20"/>
                <w:lang w:val="es-PE"/>
              </w:rPr>
              <w:lastRenderedPageBreak/>
              <w:t>tradicional del nivel Inicial para anticipar el cierre del juego.</w:t>
            </w:r>
          </w:p>
          <w:p w14:paraId="0CAF92C8" w14:textId="77777777" w:rsidR="004246B5" w:rsidRPr="00774D49" w:rsidRDefault="004246B5" w:rsidP="004246B5">
            <w:pPr>
              <w:numPr>
                <w:ilvl w:val="0"/>
                <w:numId w:val="113"/>
              </w:numPr>
              <w:rPr>
                <w:rFonts w:cs="Arial"/>
                <w:sz w:val="20"/>
                <w:szCs w:val="20"/>
                <w:lang w:val="es-PE"/>
              </w:rPr>
            </w:pPr>
            <w:r w:rsidRPr="00774D49">
              <w:rPr>
                <w:rFonts w:cs="Arial"/>
                <w:sz w:val="20"/>
                <w:szCs w:val="20"/>
                <w:lang w:val="es-PE"/>
              </w:rPr>
              <w:t>Los niños guardan de manera colaborativa los materiales en las canastas rotuladas con siluetas y dibujos, colocándolas de vuelta en los estantes correspondientes.</w:t>
            </w:r>
          </w:p>
          <w:p w14:paraId="469EC0C6" w14:textId="77777777" w:rsidR="004246B5" w:rsidRPr="00774D49" w:rsidRDefault="004246B5" w:rsidP="004246B5">
            <w:pPr>
              <w:numPr>
                <w:ilvl w:val="0"/>
                <w:numId w:val="113"/>
              </w:numPr>
              <w:rPr>
                <w:rFonts w:cs="Arial"/>
                <w:sz w:val="20"/>
                <w:szCs w:val="20"/>
                <w:lang w:val="es-PE"/>
              </w:rPr>
            </w:pPr>
            <w:r w:rsidRPr="00774D49">
              <w:rPr>
                <w:rFonts w:cs="Arial"/>
                <w:sz w:val="20"/>
                <w:szCs w:val="20"/>
                <w:lang w:val="es-PE"/>
              </w:rPr>
              <w:t xml:space="preserve">Nos reunimos nuevamente en la asamblea para verbalizar brevemente a qué jugaron, con </w:t>
            </w:r>
            <w:proofErr w:type="spellStart"/>
            <w:r w:rsidRPr="00774D49">
              <w:rPr>
                <w:rFonts w:cs="Arial"/>
                <w:sz w:val="20"/>
                <w:szCs w:val="20"/>
                <w:lang w:val="es-PE"/>
              </w:rPr>
              <w:t>quiénes</w:t>
            </w:r>
            <w:proofErr w:type="spellEnd"/>
            <w:r w:rsidRPr="00774D49">
              <w:rPr>
                <w:rFonts w:cs="Arial"/>
                <w:sz w:val="20"/>
                <w:szCs w:val="20"/>
                <w:lang w:val="es-PE"/>
              </w:rPr>
              <w:t xml:space="preserve"> compartieron los juguetes y cómo se sintieron durante el momento de juego libre.</w:t>
            </w:r>
          </w:p>
          <w:p w14:paraId="535635A9" w14:textId="77777777" w:rsidR="004246B5" w:rsidRPr="00774D49" w:rsidRDefault="004246B5" w:rsidP="00627956">
            <w:pPr>
              <w:rPr>
                <w:rFonts w:cs="Arial"/>
                <w:b/>
                <w:bCs/>
                <w:sz w:val="20"/>
                <w:szCs w:val="20"/>
                <w:lang w:val="es-PE"/>
              </w:rPr>
            </w:pPr>
            <w:r w:rsidRPr="00774D49">
              <w:rPr>
                <w:rFonts w:cs="Arial"/>
                <w:b/>
                <w:bCs/>
                <w:sz w:val="20"/>
                <w:szCs w:val="20"/>
                <w:lang w:val="es-PE"/>
              </w:rPr>
              <w:t>Actividad Significativa / Sesión Central (09:30 - 10:30)</w:t>
            </w:r>
          </w:p>
          <w:p w14:paraId="2D55640B" w14:textId="77777777" w:rsidR="004246B5" w:rsidRPr="00774D49" w:rsidRDefault="004246B5" w:rsidP="004246B5">
            <w:pPr>
              <w:numPr>
                <w:ilvl w:val="0"/>
                <w:numId w:val="114"/>
              </w:numPr>
              <w:rPr>
                <w:rFonts w:cs="Arial"/>
                <w:sz w:val="20"/>
                <w:szCs w:val="20"/>
                <w:lang w:val="es-PE"/>
              </w:rPr>
            </w:pPr>
            <w:r w:rsidRPr="00774D49">
              <w:rPr>
                <w:rFonts w:cs="Arial"/>
                <w:b/>
                <w:bCs/>
                <w:sz w:val="20"/>
                <w:szCs w:val="20"/>
                <w:lang w:val="es-PE"/>
              </w:rPr>
              <w:t>Inicio (Antes):</w:t>
            </w:r>
            <w:r w:rsidRPr="00774D49">
              <w:rPr>
                <w:rFonts w:cs="Arial"/>
                <w:sz w:val="20"/>
                <w:szCs w:val="20"/>
                <w:lang w:val="es-PE"/>
              </w:rPr>
              <w:t xml:space="preserve"> La docente capta la atención de los niños en la asamblea utilizando una melodía suave de introducción y saca de un baúl una selección de los materiales favoritos que usaron en el mes (las botellas de trasvases, conchitas para masas y algunas cajas decoradas).</w:t>
            </w:r>
          </w:p>
          <w:p w14:paraId="3FEBD70F" w14:textId="77777777" w:rsidR="004246B5" w:rsidRPr="00774D49" w:rsidRDefault="004246B5" w:rsidP="004246B5">
            <w:pPr>
              <w:numPr>
                <w:ilvl w:val="0"/>
                <w:numId w:val="114"/>
              </w:numPr>
              <w:rPr>
                <w:rFonts w:cs="Arial"/>
                <w:sz w:val="20"/>
                <w:szCs w:val="20"/>
                <w:lang w:val="es-PE"/>
              </w:rPr>
            </w:pPr>
            <w:r w:rsidRPr="00774D49">
              <w:rPr>
                <w:rFonts w:cs="Arial"/>
                <w:sz w:val="20"/>
                <w:szCs w:val="20"/>
                <w:lang w:val="es-PE"/>
              </w:rPr>
              <w:t>Al ver los objetos reunidos, genera sorpresa, recuerdos e interés colectivo en el grupo.</w:t>
            </w:r>
          </w:p>
          <w:p w14:paraId="55A624DA" w14:textId="77777777" w:rsidR="004246B5" w:rsidRPr="00774D49" w:rsidRDefault="004246B5" w:rsidP="004246B5">
            <w:pPr>
              <w:numPr>
                <w:ilvl w:val="0"/>
                <w:numId w:val="114"/>
              </w:numPr>
              <w:rPr>
                <w:rFonts w:cs="Arial"/>
                <w:sz w:val="20"/>
                <w:szCs w:val="20"/>
                <w:lang w:val="es-PE"/>
              </w:rPr>
            </w:pPr>
            <w:r w:rsidRPr="00774D49">
              <w:rPr>
                <w:rFonts w:cs="Arial"/>
                <w:sz w:val="20"/>
                <w:szCs w:val="20"/>
                <w:lang w:val="es-PE"/>
              </w:rPr>
              <w:t>Plantea las preguntas de conflicto cognitivo e indagación: ¿Se acuerdan de cuando jugamos con estos materiales? ¿Cuál de todos estos juegos les gustó más? ¿Qué les gustaría enseñarle a sus papás o amigos de otra aula sobre lo que descubrimos en el salón?</w:t>
            </w:r>
          </w:p>
          <w:p w14:paraId="61E0A732" w14:textId="77777777" w:rsidR="004246B5" w:rsidRPr="00774D49" w:rsidRDefault="004246B5" w:rsidP="004246B5">
            <w:pPr>
              <w:numPr>
                <w:ilvl w:val="0"/>
                <w:numId w:val="114"/>
              </w:numPr>
              <w:rPr>
                <w:rFonts w:cs="Arial"/>
                <w:sz w:val="20"/>
                <w:szCs w:val="20"/>
                <w:lang w:val="es-PE"/>
              </w:rPr>
            </w:pPr>
            <w:r w:rsidRPr="00774D49">
              <w:rPr>
                <w:rFonts w:cs="Arial"/>
                <w:b/>
                <w:bCs/>
                <w:sz w:val="20"/>
                <w:szCs w:val="20"/>
                <w:lang w:val="es-PE"/>
              </w:rPr>
              <w:t>Desarrollo (Durante):</w:t>
            </w:r>
            <w:r w:rsidRPr="00774D49">
              <w:rPr>
                <w:rFonts w:cs="Arial"/>
                <w:sz w:val="20"/>
                <w:szCs w:val="20"/>
                <w:lang w:val="es-PE"/>
              </w:rPr>
              <w:t xml:space="preserve"> Los niños se acercan libremente y se organizan en círculo en el espacio central del aula, la cual ha sido acondicionada para mostrar los rincones del mes.</w:t>
            </w:r>
          </w:p>
          <w:p w14:paraId="027B0781" w14:textId="77777777" w:rsidR="004246B5" w:rsidRPr="00774D49" w:rsidRDefault="004246B5" w:rsidP="004246B5">
            <w:pPr>
              <w:numPr>
                <w:ilvl w:val="0"/>
                <w:numId w:val="114"/>
              </w:numPr>
              <w:rPr>
                <w:rFonts w:cs="Arial"/>
                <w:sz w:val="20"/>
                <w:szCs w:val="20"/>
                <w:lang w:val="es-PE"/>
              </w:rPr>
            </w:pPr>
            <w:r w:rsidRPr="00774D49">
              <w:rPr>
                <w:rFonts w:cs="Arial"/>
                <w:sz w:val="20"/>
                <w:szCs w:val="20"/>
                <w:lang w:val="es-PE"/>
              </w:rPr>
              <w:t>Exploran con todos sus sentidos los materiales del baúl: tocan las texturas conocidas, cogen las botellas, manipulan los personajes de cartón creados previamente y observan los diferentes objetos.</w:t>
            </w:r>
          </w:p>
          <w:p w14:paraId="44DB8747" w14:textId="77777777" w:rsidR="004246B5" w:rsidRPr="00774D49" w:rsidRDefault="004246B5" w:rsidP="004246B5">
            <w:pPr>
              <w:numPr>
                <w:ilvl w:val="0"/>
                <w:numId w:val="114"/>
              </w:numPr>
              <w:rPr>
                <w:rFonts w:cs="Arial"/>
                <w:sz w:val="20"/>
                <w:szCs w:val="20"/>
                <w:lang w:val="es-PE"/>
              </w:rPr>
            </w:pPr>
            <w:r w:rsidRPr="00774D49">
              <w:rPr>
                <w:rFonts w:cs="Arial"/>
                <w:sz w:val="20"/>
                <w:szCs w:val="20"/>
                <w:lang w:val="es-PE"/>
              </w:rPr>
              <w:t>Juegan de manera libre a revivir las experiencias pasadas, prueban de nuevo los trasvases de forma espontánea o se agrupan para reconstruir una pequeña torre, manifestando de forma activa sus preferencias por determinadas actividades.</w:t>
            </w:r>
          </w:p>
          <w:p w14:paraId="34E1771A" w14:textId="77777777" w:rsidR="004246B5" w:rsidRPr="00774D49" w:rsidRDefault="004246B5" w:rsidP="004246B5">
            <w:pPr>
              <w:numPr>
                <w:ilvl w:val="0"/>
                <w:numId w:val="114"/>
              </w:numPr>
              <w:rPr>
                <w:rFonts w:cs="Arial"/>
                <w:sz w:val="20"/>
                <w:szCs w:val="20"/>
                <w:lang w:val="es-PE"/>
              </w:rPr>
            </w:pPr>
            <w:r w:rsidRPr="00774D49">
              <w:rPr>
                <w:rFonts w:cs="Arial"/>
                <w:sz w:val="20"/>
                <w:szCs w:val="20"/>
                <w:lang w:val="es-PE"/>
              </w:rPr>
              <w:t>La docente acompaña la asamblea respetando los ritmos individuales de expresión de cada niño, interviniendo para mediar el lenguaje mediante la técnica de expansión de frases y el uso de gestos de apoyo (</w:t>
            </w:r>
            <w:proofErr w:type="spellStart"/>
            <w:r w:rsidRPr="00774D49">
              <w:rPr>
                <w:rFonts w:cs="Arial"/>
                <w:sz w:val="20"/>
                <w:szCs w:val="20"/>
                <w:lang w:val="es-PE"/>
              </w:rPr>
              <w:t>Ej</w:t>
            </w:r>
            <w:proofErr w:type="spellEnd"/>
            <w:r w:rsidRPr="00774D49">
              <w:rPr>
                <w:rFonts w:cs="Arial"/>
                <w:sz w:val="20"/>
                <w:szCs w:val="20"/>
                <w:lang w:val="es-PE"/>
              </w:rPr>
              <w:t>: Si el niño abraza su personaje y dice “este”, la docente responde con afecto: “Sí, ese es tu personaje de cartón con orejas de lana, te gustó mucho crearlo y quieres guardarlo para enseñarlo”</w:t>
            </w:r>
            <w:proofErr w:type="gramStart"/>
            <w:r w:rsidRPr="00774D49">
              <w:rPr>
                <w:rFonts w:cs="Arial"/>
                <w:sz w:val="20"/>
                <w:szCs w:val="20"/>
                <w:lang w:val="es-PE"/>
              </w:rPr>
              <w:t>) .</w:t>
            </w:r>
            <w:proofErr w:type="gramEnd"/>
          </w:p>
          <w:p w14:paraId="48A2F5CA" w14:textId="77777777" w:rsidR="004246B5" w:rsidRPr="00774D49" w:rsidRDefault="004246B5" w:rsidP="004246B5">
            <w:pPr>
              <w:numPr>
                <w:ilvl w:val="0"/>
                <w:numId w:val="114"/>
              </w:numPr>
              <w:rPr>
                <w:rFonts w:cs="Arial"/>
                <w:sz w:val="20"/>
                <w:szCs w:val="20"/>
                <w:lang w:val="es-PE"/>
              </w:rPr>
            </w:pPr>
            <w:r w:rsidRPr="00774D49">
              <w:rPr>
                <w:rFonts w:cs="Arial"/>
                <w:b/>
                <w:bCs/>
                <w:sz w:val="20"/>
                <w:szCs w:val="20"/>
                <w:lang w:val="es-PE"/>
              </w:rPr>
              <w:t>Cierre (Después):</w:t>
            </w:r>
            <w:r w:rsidRPr="00774D49">
              <w:rPr>
                <w:rFonts w:cs="Arial"/>
                <w:sz w:val="20"/>
                <w:szCs w:val="20"/>
                <w:lang w:val="es-PE"/>
              </w:rPr>
              <w:t xml:space="preserve"> Regresamos a la asamblea sentándonos sobre los cojines individuales.</w:t>
            </w:r>
          </w:p>
          <w:p w14:paraId="2EBC1BF4" w14:textId="77777777" w:rsidR="004246B5" w:rsidRPr="00774D49" w:rsidRDefault="004246B5" w:rsidP="004246B5">
            <w:pPr>
              <w:numPr>
                <w:ilvl w:val="0"/>
                <w:numId w:val="114"/>
              </w:numPr>
              <w:rPr>
                <w:rFonts w:cs="Arial"/>
                <w:sz w:val="20"/>
                <w:szCs w:val="20"/>
                <w:lang w:val="es-PE"/>
              </w:rPr>
            </w:pPr>
            <w:r w:rsidRPr="00774D49">
              <w:rPr>
                <w:rFonts w:cs="Arial"/>
                <w:sz w:val="20"/>
                <w:szCs w:val="20"/>
                <w:lang w:val="es-PE"/>
              </w:rPr>
              <w:t xml:space="preserve">Dialogamos de forma reflexiva mediante </w:t>
            </w:r>
            <w:r w:rsidRPr="00774D49">
              <w:rPr>
                <w:rFonts w:cs="Arial"/>
                <w:sz w:val="20"/>
                <w:szCs w:val="20"/>
                <w:lang w:val="es-PE"/>
              </w:rPr>
              <w:lastRenderedPageBreak/>
              <w:t>preguntas sencillas de metacognición: ¿Qué juego elegimos hoy como el más divertido del aula? ¿Cómo les gustaría ordenar el salón para recibir visitas?</w:t>
            </w:r>
          </w:p>
          <w:p w14:paraId="018923C1" w14:textId="77777777" w:rsidR="004246B5" w:rsidRPr="00774D49" w:rsidRDefault="004246B5" w:rsidP="004246B5">
            <w:pPr>
              <w:numPr>
                <w:ilvl w:val="0"/>
                <w:numId w:val="114"/>
              </w:numPr>
              <w:rPr>
                <w:rFonts w:cs="Arial"/>
                <w:sz w:val="20"/>
                <w:szCs w:val="20"/>
                <w:lang w:val="es-PE"/>
              </w:rPr>
            </w:pPr>
            <w:r w:rsidRPr="00774D49">
              <w:rPr>
                <w:rFonts w:cs="Arial"/>
                <w:sz w:val="20"/>
                <w:szCs w:val="20"/>
                <w:lang w:val="es-PE"/>
              </w:rPr>
              <w:t>Guardamos con cuidado los materiales seleccionados en una mesa central especial que servirá como punto de partida para la muestra final del mes de junio.</w:t>
            </w:r>
          </w:p>
          <w:p w14:paraId="052D5ADD" w14:textId="77777777" w:rsidR="004246B5" w:rsidRPr="00774D49" w:rsidRDefault="004246B5" w:rsidP="00627956">
            <w:pPr>
              <w:rPr>
                <w:rFonts w:cs="Arial"/>
                <w:b/>
                <w:bCs/>
                <w:sz w:val="20"/>
                <w:szCs w:val="20"/>
                <w:lang w:val="es-PE"/>
              </w:rPr>
            </w:pPr>
            <w:r w:rsidRPr="00774D49">
              <w:rPr>
                <w:rFonts w:cs="Arial"/>
                <w:b/>
                <w:bCs/>
                <w:sz w:val="20"/>
                <w:szCs w:val="20"/>
                <w:lang w:val="es-PE"/>
              </w:rPr>
              <w:t>Aseo, Refrigerio y Recreo (10:30 - 11:30)</w:t>
            </w:r>
          </w:p>
          <w:p w14:paraId="38038928" w14:textId="77777777" w:rsidR="004246B5" w:rsidRPr="00774D49" w:rsidRDefault="004246B5" w:rsidP="004246B5">
            <w:pPr>
              <w:numPr>
                <w:ilvl w:val="0"/>
                <w:numId w:val="115"/>
              </w:numPr>
              <w:rPr>
                <w:rFonts w:cs="Arial"/>
                <w:sz w:val="20"/>
                <w:szCs w:val="20"/>
                <w:lang w:val="es-PE"/>
              </w:rPr>
            </w:pPr>
            <w:r w:rsidRPr="00774D49">
              <w:rPr>
                <w:rFonts w:cs="Arial"/>
                <w:b/>
                <w:bCs/>
                <w:sz w:val="20"/>
                <w:szCs w:val="20"/>
                <w:lang w:val="es-PE"/>
              </w:rPr>
              <w:t>Higiene:</w:t>
            </w:r>
            <w:r w:rsidRPr="00774D49">
              <w:rPr>
                <w:rFonts w:cs="Arial"/>
                <w:sz w:val="20"/>
                <w:szCs w:val="20"/>
                <w:lang w:val="es-PE"/>
              </w:rPr>
              <w:t xml:space="preserve"> Traslado ordenado al espacio de los lavaderos en grupos pequeños. Lavado de manos guiado paso a paso por la docente, utilizando jabón líquido y modelando el frotado correcto de palmas, muñecas y dedos tras la manipulación de los diversos objetos del baúl de recuerdos.</w:t>
            </w:r>
          </w:p>
          <w:p w14:paraId="7AB1A3B2" w14:textId="77777777" w:rsidR="004246B5" w:rsidRPr="00774D49" w:rsidRDefault="004246B5" w:rsidP="004246B5">
            <w:pPr>
              <w:numPr>
                <w:ilvl w:val="0"/>
                <w:numId w:val="115"/>
              </w:numPr>
              <w:rPr>
                <w:rFonts w:cs="Arial"/>
                <w:sz w:val="20"/>
                <w:szCs w:val="20"/>
                <w:lang w:val="es-PE"/>
              </w:rPr>
            </w:pPr>
            <w:r w:rsidRPr="00774D49">
              <w:rPr>
                <w:rFonts w:cs="Arial"/>
                <w:sz w:val="20"/>
                <w:szCs w:val="20"/>
                <w:lang w:val="es-PE"/>
              </w:rPr>
              <w:t>Se fomenta el uso responsable del agua al cerrar el caño mientras se enjabonan y se apoya de forma visual con carteles explicativos pegados a la altura de su vista, finalizando con el secado autónomo usando papel toalla.</w:t>
            </w:r>
          </w:p>
          <w:p w14:paraId="0BE1CE4A" w14:textId="77777777" w:rsidR="004246B5" w:rsidRPr="00774D49" w:rsidRDefault="004246B5" w:rsidP="004246B5">
            <w:pPr>
              <w:numPr>
                <w:ilvl w:val="0"/>
                <w:numId w:val="115"/>
              </w:numPr>
              <w:rPr>
                <w:rFonts w:cs="Arial"/>
                <w:sz w:val="20"/>
                <w:szCs w:val="20"/>
                <w:lang w:val="es-PE"/>
              </w:rPr>
            </w:pPr>
            <w:r w:rsidRPr="00774D49">
              <w:rPr>
                <w:rFonts w:cs="Arial"/>
                <w:b/>
                <w:bCs/>
                <w:sz w:val="20"/>
                <w:szCs w:val="20"/>
                <w:lang w:val="es-PE"/>
              </w:rPr>
              <w:t>Alimentación:</w:t>
            </w:r>
            <w:r w:rsidRPr="00774D49">
              <w:rPr>
                <w:rFonts w:cs="Arial"/>
                <w:sz w:val="20"/>
                <w:szCs w:val="20"/>
                <w:lang w:val="es-PE"/>
              </w:rPr>
              <w:t xml:space="preserve"> Consumo de la lonchera dentro del aula en un clima de calma, respeto y buena convivencia.</w:t>
            </w:r>
          </w:p>
          <w:p w14:paraId="70B3B2A3" w14:textId="77777777" w:rsidR="004246B5" w:rsidRPr="00774D49" w:rsidRDefault="004246B5" w:rsidP="004246B5">
            <w:pPr>
              <w:numPr>
                <w:ilvl w:val="0"/>
                <w:numId w:val="115"/>
              </w:numPr>
              <w:rPr>
                <w:rFonts w:cs="Arial"/>
                <w:sz w:val="20"/>
                <w:szCs w:val="20"/>
                <w:lang w:val="es-PE"/>
              </w:rPr>
            </w:pPr>
            <w:r w:rsidRPr="00774D49">
              <w:rPr>
                <w:rFonts w:cs="Arial"/>
                <w:sz w:val="20"/>
                <w:szCs w:val="20"/>
                <w:lang w:val="es-PE"/>
              </w:rPr>
              <w:t>Se promueve la autonomía individual incentivando a los niños a sacar sus individuales, abrir los cierres de sus mochilas, destapar sus envases plásticos por sí mismos y limpiar con un paño su espacio de la mesa al terminar de comer.</w:t>
            </w:r>
          </w:p>
          <w:p w14:paraId="38D91B8A" w14:textId="77777777" w:rsidR="004246B5" w:rsidRPr="00774D49" w:rsidRDefault="004246B5" w:rsidP="004246B5">
            <w:pPr>
              <w:numPr>
                <w:ilvl w:val="0"/>
                <w:numId w:val="115"/>
              </w:numPr>
              <w:rPr>
                <w:rFonts w:cs="Arial"/>
                <w:sz w:val="20"/>
                <w:szCs w:val="20"/>
                <w:lang w:val="es-PE"/>
              </w:rPr>
            </w:pPr>
            <w:r w:rsidRPr="00774D49">
              <w:rPr>
                <w:rFonts w:cs="Arial"/>
                <w:b/>
                <w:bCs/>
                <w:sz w:val="20"/>
                <w:szCs w:val="20"/>
                <w:lang w:val="es-PE"/>
              </w:rPr>
              <w:t>Recreo:</w:t>
            </w:r>
            <w:r w:rsidRPr="00774D49">
              <w:rPr>
                <w:rFonts w:cs="Arial"/>
                <w:sz w:val="20"/>
                <w:szCs w:val="20"/>
                <w:lang w:val="es-PE"/>
              </w:rPr>
              <w:t xml:space="preserve"> Espacio de juego libre, socialización y esparcimiento motriz en el patio exterior de la institución educativa.</w:t>
            </w:r>
          </w:p>
          <w:p w14:paraId="7C024E94" w14:textId="77777777" w:rsidR="004246B5" w:rsidRPr="00774D49" w:rsidRDefault="004246B5" w:rsidP="004246B5">
            <w:pPr>
              <w:numPr>
                <w:ilvl w:val="0"/>
                <w:numId w:val="115"/>
              </w:numPr>
              <w:rPr>
                <w:rFonts w:cs="Arial"/>
                <w:sz w:val="20"/>
                <w:szCs w:val="20"/>
                <w:lang w:val="es-PE"/>
              </w:rPr>
            </w:pPr>
            <w:r w:rsidRPr="00774D49">
              <w:rPr>
                <w:rFonts w:cs="Arial"/>
                <w:sz w:val="20"/>
                <w:szCs w:val="20"/>
                <w:lang w:val="es-PE"/>
              </w:rPr>
              <w:t>Se realiza bajo la supervisión constante, activa y el cuidado protector de la docente para garantizar la seguridad física y prevenir accidentes entre los niños.</w:t>
            </w:r>
          </w:p>
          <w:p w14:paraId="7F8D6E9C" w14:textId="77777777" w:rsidR="004246B5" w:rsidRPr="00774D49" w:rsidRDefault="004246B5" w:rsidP="00627956">
            <w:pPr>
              <w:rPr>
                <w:rFonts w:cs="Arial"/>
                <w:b/>
                <w:bCs/>
                <w:sz w:val="20"/>
                <w:szCs w:val="20"/>
                <w:lang w:val="es-PE"/>
              </w:rPr>
            </w:pPr>
            <w:r w:rsidRPr="00774D49">
              <w:rPr>
                <w:rFonts w:cs="Arial"/>
                <w:b/>
                <w:bCs/>
                <w:sz w:val="20"/>
                <w:szCs w:val="20"/>
                <w:lang w:val="es-PE"/>
              </w:rPr>
              <w:t>Actividad Psicomotriz Corta (11:30 - 12:00)</w:t>
            </w:r>
          </w:p>
          <w:p w14:paraId="6FD957C5" w14:textId="77777777" w:rsidR="004246B5" w:rsidRPr="00774D49" w:rsidRDefault="004246B5" w:rsidP="004246B5">
            <w:pPr>
              <w:numPr>
                <w:ilvl w:val="0"/>
                <w:numId w:val="116"/>
              </w:numPr>
              <w:rPr>
                <w:rFonts w:cs="Arial"/>
                <w:sz w:val="20"/>
                <w:szCs w:val="20"/>
                <w:lang w:val="es-PE"/>
              </w:rPr>
            </w:pPr>
            <w:r w:rsidRPr="00774D49">
              <w:rPr>
                <w:rFonts w:cs="Arial"/>
                <w:b/>
                <w:bCs/>
                <w:sz w:val="20"/>
                <w:szCs w:val="20"/>
                <w:lang w:val="es-PE"/>
              </w:rPr>
              <w:t>Desarrollo Motriz:</w:t>
            </w:r>
            <w:r w:rsidRPr="00774D49">
              <w:rPr>
                <w:rFonts w:cs="Arial"/>
                <w:sz w:val="20"/>
                <w:szCs w:val="20"/>
                <w:lang w:val="es-PE"/>
              </w:rPr>
              <w:t xml:space="preserve"> En el espacio de psicomotricidad o zona despejada del aula, la docente propone el juego de imitación motriz “El espejo de los movimientos”.</w:t>
            </w:r>
          </w:p>
          <w:p w14:paraId="00091F93" w14:textId="77777777" w:rsidR="004246B5" w:rsidRPr="00774D49" w:rsidRDefault="004246B5" w:rsidP="004246B5">
            <w:pPr>
              <w:numPr>
                <w:ilvl w:val="0"/>
                <w:numId w:val="116"/>
              </w:numPr>
              <w:rPr>
                <w:rFonts w:cs="Arial"/>
                <w:sz w:val="20"/>
                <w:szCs w:val="20"/>
                <w:lang w:val="es-PE"/>
              </w:rPr>
            </w:pPr>
            <w:r w:rsidRPr="00774D49">
              <w:rPr>
                <w:rFonts w:cs="Arial"/>
                <w:sz w:val="20"/>
                <w:szCs w:val="20"/>
                <w:lang w:val="es-PE"/>
              </w:rPr>
              <w:t>Los niños se ubican de pie esparcidos por el espacio físico. La docente realiza movimientos lentos (estirar brazos, equilibrarse en un pie o agacharse) y los niños juegan a imitar las posturas de forma autónoma, controlando su cuerpo en el espacio, ensayando su equilibrio estático y riendo en una interacción armoniosa.</w:t>
            </w:r>
          </w:p>
          <w:p w14:paraId="790CF961" w14:textId="77777777" w:rsidR="004246B5" w:rsidRPr="00774D49" w:rsidRDefault="004246B5" w:rsidP="00627956">
            <w:pPr>
              <w:rPr>
                <w:rFonts w:cs="Arial"/>
                <w:b/>
                <w:bCs/>
                <w:sz w:val="20"/>
                <w:szCs w:val="20"/>
                <w:lang w:val="es-PE"/>
              </w:rPr>
            </w:pPr>
            <w:r w:rsidRPr="00774D49">
              <w:rPr>
                <w:rFonts w:cs="Arial"/>
                <w:b/>
                <w:bCs/>
                <w:sz w:val="20"/>
                <w:szCs w:val="20"/>
                <w:lang w:val="es-PE"/>
              </w:rPr>
              <w:t>El Taller de Expresión Artística (12:00 - 12:30)</w:t>
            </w:r>
          </w:p>
          <w:p w14:paraId="01C7FA2D" w14:textId="77777777" w:rsidR="004246B5" w:rsidRPr="00774D49" w:rsidRDefault="004246B5" w:rsidP="004246B5">
            <w:pPr>
              <w:numPr>
                <w:ilvl w:val="0"/>
                <w:numId w:val="117"/>
              </w:numPr>
              <w:rPr>
                <w:rFonts w:cs="Arial"/>
                <w:sz w:val="20"/>
                <w:szCs w:val="20"/>
                <w:lang w:val="es-PE"/>
              </w:rPr>
            </w:pPr>
            <w:r w:rsidRPr="00774D49">
              <w:rPr>
                <w:rFonts w:cs="Arial"/>
                <w:b/>
                <w:bCs/>
                <w:sz w:val="20"/>
                <w:szCs w:val="20"/>
                <w:lang w:val="es-PE"/>
              </w:rPr>
              <w:t>Taller Gráfico-Plástico:</w:t>
            </w:r>
            <w:r w:rsidRPr="00774D49">
              <w:rPr>
                <w:rFonts w:cs="Arial"/>
                <w:sz w:val="20"/>
                <w:szCs w:val="20"/>
                <w:lang w:val="es-PE"/>
              </w:rPr>
              <w:t xml:space="preserve"> Colocamos cartulinas grandes de colores claros en las mesas de trabajo.</w:t>
            </w:r>
          </w:p>
          <w:p w14:paraId="6FD53BE1" w14:textId="77777777" w:rsidR="004246B5" w:rsidRPr="00774D49" w:rsidRDefault="004246B5" w:rsidP="004246B5">
            <w:pPr>
              <w:numPr>
                <w:ilvl w:val="0"/>
                <w:numId w:val="117"/>
              </w:numPr>
              <w:rPr>
                <w:rFonts w:cs="Arial"/>
                <w:sz w:val="20"/>
                <w:szCs w:val="20"/>
                <w:lang w:val="es-PE"/>
              </w:rPr>
            </w:pPr>
            <w:r w:rsidRPr="00774D49">
              <w:rPr>
                <w:rFonts w:cs="Arial"/>
                <w:sz w:val="20"/>
                <w:szCs w:val="20"/>
                <w:lang w:val="es-PE"/>
              </w:rPr>
              <w:t>Ofrecemos canastas centrales con crayolas gruesas de cera de colores variados e idóneos para el agarre palmar de los niños.</w:t>
            </w:r>
          </w:p>
          <w:p w14:paraId="62671509" w14:textId="77777777" w:rsidR="004246B5" w:rsidRPr="00774D49" w:rsidRDefault="004246B5" w:rsidP="004246B5">
            <w:pPr>
              <w:numPr>
                <w:ilvl w:val="0"/>
                <w:numId w:val="117"/>
              </w:numPr>
              <w:rPr>
                <w:rFonts w:cs="Arial"/>
                <w:sz w:val="20"/>
                <w:szCs w:val="20"/>
                <w:lang w:val="es-PE"/>
              </w:rPr>
            </w:pPr>
            <w:r w:rsidRPr="00774D49">
              <w:rPr>
                <w:rFonts w:cs="Arial"/>
                <w:sz w:val="20"/>
                <w:szCs w:val="20"/>
                <w:lang w:val="es-PE"/>
              </w:rPr>
              <w:lastRenderedPageBreak/>
              <w:t>Los niños realizan trazos, líneas, garabatos libres y dibujos espontáneos de forma autónoma sobre el soporte cartón, expresando gráficamente lo que más recuerdan de sus juegos del mes.</w:t>
            </w:r>
          </w:p>
          <w:p w14:paraId="279ED336" w14:textId="77777777" w:rsidR="004246B5" w:rsidRPr="00774D49" w:rsidRDefault="004246B5" w:rsidP="004246B5">
            <w:pPr>
              <w:numPr>
                <w:ilvl w:val="0"/>
                <w:numId w:val="117"/>
              </w:numPr>
              <w:rPr>
                <w:rFonts w:cs="Arial"/>
                <w:sz w:val="20"/>
                <w:szCs w:val="20"/>
                <w:lang w:val="es-PE"/>
              </w:rPr>
            </w:pPr>
            <w:r w:rsidRPr="00774D49">
              <w:rPr>
                <w:rFonts w:cs="Arial"/>
                <w:sz w:val="20"/>
                <w:szCs w:val="20"/>
                <w:lang w:val="es-PE"/>
              </w:rPr>
              <w:t>La docente acompaña el proceso priorizando la libertad creativa, el desarrollo de la motricidad fina y la expresión plástica individual, evitando imponer un dibujo predeterminado o corregir el trazo infantil.</w:t>
            </w:r>
          </w:p>
          <w:p w14:paraId="13198966" w14:textId="77777777" w:rsidR="004246B5" w:rsidRPr="00774D49" w:rsidRDefault="004246B5" w:rsidP="00627956">
            <w:pPr>
              <w:rPr>
                <w:rFonts w:cs="Arial"/>
                <w:b/>
                <w:bCs/>
                <w:sz w:val="20"/>
                <w:szCs w:val="20"/>
                <w:lang w:val="es-PE"/>
              </w:rPr>
            </w:pPr>
            <w:r w:rsidRPr="00774D49">
              <w:rPr>
                <w:rFonts w:cs="Arial"/>
                <w:b/>
                <w:bCs/>
                <w:sz w:val="20"/>
                <w:szCs w:val="20"/>
                <w:lang w:val="es-PE"/>
              </w:rPr>
              <w:t>Rutinas de Salida (12:30)</w:t>
            </w:r>
          </w:p>
          <w:p w14:paraId="55B8CC2B" w14:textId="77777777" w:rsidR="004246B5" w:rsidRPr="00774D49" w:rsidRDefault="004246B5" w:rsidP="004246B5">
            <w:pPr>
              <w:numPr>
                <w:ilvl w:val="0"/>
                <w:numId w:val="118"/>
              </w:numPr>
              <w:rPr>
                <w:rFonts w:cs="Arial"/>
                <w:sz w:val="20"/>
                <w:szCs w:val="20"/>
                <w:lang w:val="es-PE"/>
              </w:rPr>
            </w:pPr>
            <w:r w:rsidRPr="00774D49">
              <w:rPr>
                <w:rFonts w:cs="Arial"/>
                <w:b/>
                <w:bCs/>
                <w:sz w:val="20"/>
                <w:szCs w:val="20"/>
                <w:lang w:val="es-PE"/>
              </w:rPr>
              <w:t>Cierre:</w:t>
            </w:r>
            <w:r w:rsidRPr="00774D49">
              <w:rPr>
                <w:rFonts w:cs="Arial"/>
                <w:sz w:val="20"/>
                <w:szCs w:val="20"/>
                <w:lang w:val="es-PE"/>
              </w:rPr>
              <w:t xml:space="preserve"> Breve recuento final en asamblea sobre las experiencias de recuerdos y los dibujos que más les causaron alegría y satisfacción durante el día en el aula de clases.</w:t>
            </w:r>
          </w:p>
          <w:p w14:paraId="2D7D7DB7" w14:textId="77777777" w:rsidR="004246B5" w:rsidRPr="00774D49" w:rsidRDefault="004246B5" w:rsidP="004246B5">
            <w:pPr>
              <w:numPr>
                <w:ilvl w:val="0"/>
                <w:numId w:val="118"/>
              </w:numPr>
              <w:rPr>
                <w:rFonts w:cs="Arial"/>
                <w:sz w:val="20"/>
                <w:szCs w:val="20"/>
                <w:lang w:val="es-PE"/>
              </w:rPr>
            </w:pPr>
            <w:r w:rsidRPr="00774D49">
              <w:rPr>
                <w:rFonts w:cs="Arial"/>
                <w:sz w:val="20"/>
                <w:szCs w:val="20"/>
                <w:lang w:val="es-PE"/>
              </w:rPr>
              <w:t>Se acompaña y orienta a los niños en el orden de sus mochilas, colocación autónoma de abrigos y recojo de sus pertenencias personales de forma independiente.</w:t>
            </w:r>
          </w:p>
          <w:p w14:paraId="424CA521" w14:textId="77777777" w:rsidR="004246B5" w:rsidRPr="00774D49" w:rsidRDefault="004246B5" w:rsidP="004246B5">
            <w:pPr>
              <w:numPr>
                <w:ilvl w:val="0"/>
                <w:numId w:val="118"/>
              </w:numPr>
              <w:rPr>
                <w:rFonts w:cs="Arial"/>
                <w:sz w:val="20"/>
                <w:szCs w:val="20"/>
                <w:lang w:val="es-PE"/>
              </w:rPr>
            </w:pPr>
            <w:r w:rsidRPr="00774D49">
              <w:rPr>
                <w:rFonts w:cs="Arial"/>
                <w:sz w:val="20"/>
                <w:szCs w:val="20"/>
                <w:lang w:val="es-PE"/>
              </w:rPr>
              <w:t>Despedida afectuosa y personalizada a cada estudiante en la puerta del aula, entregándolo formalmente a su padre, madre o adulto responsable autorizado.</w:t>
            </w:r>
          </w:p>
          <w:p w14:paraId="1167C00D" w14:textId="77777777" w:rsidR="004246B5" w:rsidRPr="00774D49" w:rsidRDefault="004246B5" w:rsidP="007C4A5F">
            <w:pPr>
              <w:rPr>
                <w:rFonts w:cs="Arial"/>
                <w:sz w:val="20"/>
                <w:szCs w:val="20"/>
                <w:lang w:val="es-PE"/>
              </w:rPr>
            </w:pPr>
          </w:p>
        </w:tc>
        <w:tc>
          <w:tcPr>
            <w:tcW w:w="1795" w:type="dxa"/>
            <w:vAlign w:val="center"/>
          </w:tcPr>
          <w:p w14:paraId="543F7D20" w14:textId="77777777" w:rsidR="004246B5" w:rsidRPr="00774D49" w:rsidRDefault="004246B5" w:rsidP="00627956">
            <w:pPr>
              <w:spacing w:after="0" w:line="240" w:lineRule="auto"/>
              <w:rPr>
                <w:rFonts w:eastAsia="Times New Roman" w:cs="Arial"/>
                <w:sz w:val="20"/>
                <w:szCs w:val="20"/>
                <w:lang w:val="es-PE" w:eastAsia="es-PE"/>
              </w:rPr>
            </w:pPr>
            <w:r w:rsidRPr="00774D49">
              <w:rPr>
                <w:rFonts w:eastAsia="Times New Roman" w:cs="Arial"/>
                <w:sz w:val="20"/>
                <w:szCs w:val="20"/>
                <w:lang w:val="es-PE" w:eastAsia="es-PE"/>
              </w:rPr>
              <w:lastRenderedPageBreak/>
              <w:t xml:space="preserve"> Baúl de recuerdos o caja decorada grande.</w:t>
            </w:r>
          </w:p>
          <w:p w14:paraId="22B01CA1" w14:textId="77777777" w:rsidR="004246B5" w:rsidRPr="00774D49" w:rsidRDefault="004246B5" w:rsidP="00627956">
            <w:pPr>
              <w:spacing w:after="0" w:line="240" w:lineRule="auto"/>
              <w:rPr>
                <w:rFonts w:eastAsia="Times New Roman" w:cs="Arial"/>
                <w:sz w:val="20"/>
                <w:szCs w:val="20"/>
                <w:lang w:val="es-PE" w:eastAsia="es-PE"/>
              </w:rPr>
            </w:pPr>
          </w:p>
          <w:p w14:paraId="59470475" w14:textId="77777777" w:rsidR="004246B5" w:rsidRPr="00774D49" w:rsidRDefault="004246B5" w:rsidP="00627956">
            <w:pPr>
              <w:spacing w:after="0" w:line="240" w:lineRule="auto"/>
              <w:rPr>
                <w:rFonts w:eastAsia="Times New Roman" w:cs="Arial"/>
                <w:sz w:val="20"/>
                <w:szCs w:val="20"/>
                <w:lang w:val="es-PE" w:eastAsia="es-PE"/>
              </w:rPr>
            </w:pPr>
            <w:r w:rsidRPr="00774D49">
              <w:rPr>
                <w:rFonts w:eastAsia="Times New Roman" w:cs="Arial"/>
                <w:sz w:val="20"/>
                <w:szCs w:val="20"/>
                <w:lang w:val="es-PE" w:eastAsia="es-PE"/>
              </w:rPr>
              <w:t>Selección de objetos del mes (botellas de trasvases, conchitas, cajas pequeñas, personajes creados)</w:t>
            </w:r>
          </w:p>
          <w:p w14:paraId="1482F0A5" w14:textId="77777777" w:rsidR="004246B5" w:rsidRPr="00774D49" w:rsidRDefault="004246B5" w:rsidP="00627956">
            <w:pPr>
              <w:spacing w:after="0" w:line="240" w:lineRule="auto"/>
              <w:rPr>
                <w:rFonts w:eastAsia="Times New Roman" w:cs="Arial"/>
                <w:sz w:val="20"/>
                <w:szCs w:val="20"/>
                <w:lang w:val="es-PE" w:eastAsia="es-PE"/>
              </w:rPr>
            </w:pPr>
          </w:p>
          <w:p w14:paraId="7E56B23E" w14:textId="77777777" w:rsidR="004246B5" w:rsidRPr="00774D49" w:rsidRDefault="004246B5" w:rsidP="00627956">
            <w:pPr>
              <w:spacing w:after="0" w:line="240" w:lineRule="auto"/>
              <w:rPr>
                <w:rFonts w:eastAsia="Times New Roman" w:cs="Arial"/>
                <w:sz w:val="20"/>
                <w:szCs w:val="20"/>
                <w:lang w:val="es-PE" w:eastAsia="es-PE"/>
              </w:rPr>
            </w:pPr>
            <w:r w:rsidRPr="00774D49">
              <w:rPr>
                <w:rFonts w:eastAsia="Times New Roman" w:cs="Arial"/>
                <w:sz w:val="20"/>
                <w:szCs w:val="20"/>
                <w:lang w:val="es-PE" w:eastAsia="es-PE"/>
              </w:rPr>
              <w:t>Álbumes de fotos impresas de los niños realizando las actividades (espera).</w:t>
            </w:r>
          </w:p>
          <w:p w14:paraId="5F00FF97" w14:textId="77777777" w:rsidR="004246B5" w:rsidRPr="00774D49" w:rsidRDefault="004246B5" w:rsidP="00627956">
            <w:pPr>
              <w:spacing w:after="0" w:line="240" w:lineRule="auto"/>
              <w:rPr>
                <w:rFonts w:eastAsia="Times New Roman" w:cs="Arial"/>
                <w:sz w:val="20"/>
                <w:szCs w:val="20"/>
                <w:lang w:val="es-PE" w:eastAsia="es-PE"/>
              </w:rPr>
            </w:pPr>
          </w:p>
          <w:p w14:paraId="445A227D" w14:textId="77777777" w:rsidR="004246B5" w:rsidRPr="00774D49" w:rsidRDefault="004246B5" w:rsidP="00627956">
            <w:pPr>
              <w:spacing w:after="0" w:line="240" w:lineRule="auto"/>
              <w:rPr>
                <w:rFonts w:eastAsia="Times New Roman" w:cs="Arial"/>
                <w:sz w:val="20"/>
                <w:szCs w:val="20"/>
                <w:lang w:val="es-PE" w:eastAsia="es-PE"/>
              </w:rPr>
            </w:pPr>
            <w:r w:rsidRPr="00774D49">
              <w:rPr>
                <w:rFonts w:eastAsia="Times New Roman" w:cs="Arial"/>
                <w:sz w:val="20"/>
                <w:szCs w:val="20"/>
                <w:lang w:val="es-PE" w:eastAsia="es-PE"/>
              </w:rPr>
              <w:t>Cartulinas de colores claras y canastas con crayolas de cera gruesas.</w:t>
            </w:r>
          </w:p>
          <w:p w14:paraId="50E9FF0F" w14:textId="77777777" w:rsidR="004246B5" w:rsidRPr="00774D49" w:rsidRDefault="004246B5" w:rsidP="00627956">
            <w:pPr>
              <w:rPr>
                <w:rFonts w:eastAsia="Times New Roman" w:cs="Arial"/>
                <w:sz w:val="20"/>
                <w:szCs w:val="20"/>
                <w:lang w:val="es-PE" w:eastAsia="es-PE"/>
              </w:rPr>
            </w:pPr>
          </w:p>
          <w:p w14:paraId="3BEAC0A2" w14:textId="77777777" w:rsidR="004246B5" w:rsidRPr="00774D49" w:rsidRDefault="004246B5" w:rsidP="00627956">
            <w:pPr>
              <w:rPr>
                <w:rFonts w:cs="Arial"/>
                <w:sz w:val="20"/>
                <w:szCs w:val="20"/>
                <w:lang w:val="es-PE"/>
              </w:rPr>
            </w:pPr>
            <w:r w:rsidRPr="00774D49">
              <w:rPr>
                <w:rFonts w:eastAsia="Times New Roman" w:cs="Arial"/>
                <w:sz w:val="20"/>
                <w:szCs w:val="20"/>
                <w:lang w:val="es-PE" w:eastAsia="es-PE"/>
              </w:rPr>
              <w:t xml:space="preserve">Cojines individuales para </w:t>
            </w:r>
            <w:r w:rsidRPr="00774D49">
              <w:rPr>
                <w:rFonts w:eastAsia="Times New Roman" w:cs="Arial"/>
                <w:sz w:val="20"/>
                <w:szCs w:val="20"/>
                <w:lang w:val="es-PE" w:eastAsia="es-PE"/>
              </w:rPr>
              <w:lastRenderedPageBreak/>
              <w:t>la asamblea y panel visual de asistencia.</w:t>
            </w:r>
          </w:p>
        </w:tc>
        <w:tc>
          <w:tcPr>
            <w:tcW w:w="1673" w:type="dxa"/>
            <w:vAlign w:val="center"/>
          </w:tcPr>
          <w:p w14:paraId="37ECED0E" w14:textId="77777777" w:rsidR="004246B5" w:rsidRPr="00774D49" w:rsidRDefault="004246B5" w:rsidP="007C4A5F">
            <w:pPr>
              <w:rPr>
                <w:rFonts w:cs="Arial"/>
                <w:sz w:val="20"/>
                <w:szCs w:val="20"/>
                <w:lang w:val="es-PE"/>
              </w:rPr>
            </w:pPr>
            <w:r w:rsidRPr="00774D49">
              <w:rPr>
                <w:rFonts w:cs="Arial"/>
                <w:sz w:val="20"/>
                <w:szCs w:val="20"/>
                <w:lang w:val="es-PE"/>
              </w:rPr>
              <w:lastRenderedPageBreak/>
              <w:t>Observar cómo se expresa el niño o niña al manifestar verbal o gestualmente sus preferencias por las actividades y materiales utilizados durante el mes.</w:t>
            </w:r>
          </w:p>
          <w:p w14:paraId="174F02A3" w14:textId="77777777" w:rsidR="004246B5" w:rsidRPr="00774D49" w:rsidRDefault="004246B5" w:rsidP="007C4A5F">
            <w:pPr>
              <w:rPr>
                <w:rFonts w:cs="Arial"/>
                <w:sz w:val="20"/>
                <w:szCs w:val="20"/>
                <w:lang w:val="es-PE"/>
              </w:rPr>
            </w:pPr>
          </w:p>
          <w:p w14:paraId="4D24E4CE" w14:textId="77777777" w:rsidR="004246B5" w:rsidRPr="00774D49" w:rsidRDefault="004246B5" w:rsidP="007C4A5F">
            <w:pPr>
              <w:rPr>
                <w:rFonts w:cs="Arial"/>
                <w:sz w:val="20"/>
                <w:szCs w:val="20"/>
                <w:lang w:val="es-PE"/>
              </w:rPr>
            </w:pPr>
            <w:r w:rsidRPr="00774D49">
              <w:rPr>
                <w:rFonts w:cs="Arial"/>
                <w:sz w:val="20"/>
                <w:szCs w:val="20"/>
                <w:lang w:val="es-PE"/>
              </w:rPr>
              <w:t>Observar cómo se comunica con sus compañeros al compartir cojines y recordar juntos las experiencias lúdicas vividas en el aula.</w:t>
            </w:r>
          </w:p>
        </w:tc>
      </w:tr>
      <w:tr w:rsidR="00895ADD" w:rsidRPr="00774D49" w14:paraId="094F085E" w14:textId="77777777" w:rsidTr="00895ADD">
        <w:trPr>
          <w:jc w:val="center"/>
        </w:trPr>
        <w:tc>
          <w:tcPr>
            <w:tcW w:w="2366" w:type="dxa"/>
            <w:gridSpan w:val="2"/>
            <w:vAlign w:val="center"/>
          </w:tcPr>
          <w:p w14:paraId="6D3E9D27" w14:textId="42427611" w:rsidR="00895ADD" w:rsidRPr="00774D49" w:rsidRDefault="00895ADD" w:rsidP="007C4A5F">
            <w:pPr>
              <w:rPr>
                <w:rFonts w:cs="Arial"/>
                <w:sz w:val="20"/>
                <w:szCs w:val="20"/>
                <w:lang w:val="es-PE"/>
              </w:rPr>
            </w:pPr>
            <w:r w:rsidRPr="00895ADD">
              <w:rPr>
                <w:rFonts w:cs="Arial"/>
                <w:b/>
                <w:bCs/>
                <w:szCs w:val="19"/>
                <w:lang w:val="es-PE"/>
              </w:rPr>
              <w:lastRenderedPageBreak/>
              <w:t>Áreas a observar:</w:t>
            </w:r>
          </w:p>
        </w:tc>
        <w:tc>
          <w:tcPr>
            <w:tcW w:w="4928" w:type="dxa"/>
            <w:vAlign w:val="center"/>
          </w:tcPr>
          <w:p w14:paraId="161FD708" w14:textId="6BA04A57" w:rsidR="00895ADD" w:rsidRPr="009A514E" w:rsidRDefault="009A514E" w:rsidP="00627956">
            <w:pPr>
              <w:rPr>
                <w:rFonts w:cs="Arial"/>
                <w:sz w:val="20"/>
                <w:szCs w:val="20"/>
                <w:lang w:val="es-PE"/>
              </w:rPr>
            </w:pPr>
            <w:r w:rsidRPr="009A514E">
              <w:rPr>
                <w:rFonts w:cs="Arial"/>
                <w:sz w:val="20"/>
                <w:szCs w:val="20"/>
                <w:lang w:val="es-PE"/>
              </w:rPr>
              <w:t>Personal Social, Comunicación, y Matemática.</w:t>
            </w:r>
          </w:p>
        </w:tc>
        <w:tc>
          <w:tcPr>
            <w:tcW w:w="1795" w:type="dxa"/>
            <w:vAlign w:val="center"/>
          </w:tcPr>
          <w:p w14:paraId="5E891D1B" w14:textId="77777777" w:rsidR="00895ADD" w:rsidRPr="00774D49" w:rsidRDefault="00895ADD" w:rsidP="00627956">
            <w:pPr>
              <w:spacing w:after="0" w:line="240" w:lineRule="auto"/>
              <w:rPr>
                <w:rFonts w:eastAsia="Times New Roman" w:cs="Arial"/>
                <w:sz w:val="20"/>
                <w:szCs w:val="20"/>
                <w:lang w:val="es-PE" w:eastAsia="es-PE"/>
              </w:rPr>
            </w:pPr>
          </w:p>
        </w:tc>
        <w:tc>
          <w:tcPr>
            <w:tcW w:w="1673" w:type="dxa"/>
            <w:vAlign w:val="center"/>
          </w:tcPr>
          <w:p w14:paraId="4D2E6E6C" w14:textId="77777777" w:rsidR="00895ADD" w:rsidRPr="00774D49" w:rsidRDefault="00895ADD" w:rsidP="007C4A5F">
            <w:pPr>
              <w:rPr>
                <w:rFonts w:cs="Arial"/>
                <w:sz w:val="20"/>
                <w:szCs w:val="20"/>
                <w:lang w:val="es-PE"/>
              </w:rPr>
            </w:pPr>
          </w:p>
        </w:tc>
      </w:tr>
      <w:tr w:rsidR="004246B5" w:rsidRPr="00774D49" w14:paraId="15214926" w14:textId="77777777" w:rsidTr="00895ADD">
        <w:trPr>
          <w:jc w:val="center"/>
        </w:trPr>
        <w:tc>
          <w:tcPr>
            <w:tcW w:w="693" w:type="dxa"/>
            <w:vAlign w:val="center"/>
          </w:tcPr>
          <w:p w14:paraId="6369C616" w14:textId="77777777" w:rsidR="004246B5" w:rsidRPr="00774D49" w:rsidRDefault="004246B5" w:rsidP="007C4A5F">
            <w:pPr>
              <w:rPr>
                <w:rFonts w:cs="Arial"/>
                <w:sz w:val="20"/>
                <w:szCs w:val="20"/>
                <w:lang w:val="es-PE"/>
              </w:rPr>
            </w:pPr>
            <w:r w:rsidRPr="00774D49">
              <w:rPr>
                <w:rFonts w:cs="Arial"/>
                <w:sz w:val="20"/>
                <w:szCs w:val="20"/>
                <w:lang w:val="es-PE"/>
              </w:rPr>
              <w:t>Día 17</w:t>
            </w:r>
          </w:p>
        </w:tc>
        <w:tc>
          <w:tcPr>
            <w:tcW w:w="1673" w:type="dxa"/>
            <w:vAlign w:val="center"/>
          </w:tcPr>
          <w:p w14:paraId="6BE1146E" w14:textId="77777777" w:rsidR="004246B5" w:rsidRPr="00774D49" w:rsidRDefault="004246B5" w:rsidP="007C4A5F">
            <w:pPr>
              <w:rPr>
                <w:rFonts w:cs="Arial"/>
                <w:sz w:val="20"/>
                <w:szCs w:val="20"/>
                <w:lang w:val="es-PE"/>
              </w:rPr>
            </w:pPr>
            <w:r w:rsidRPr="00774D49">
              <w:rPr>
                <w:rFonts w:cs="Arial"/>
                <w:sz w:val="20"/>
                <w:szCs w:val="20"/>
                <w:lang w:val="es-PE"/>
              </w:rPr>
              <w:t>Preparamos los carteles para nuestra exposición</w:t>
            </w:r>
          </w:p>
        </w:tc>
        <w:tc>
          <w:tcPr>
            <w:tcW w:w="4928" w:type="dxa"/>
            <w:vAlign w:val="center"/>
          </w:tcPr>
          <w:p w14:paraId="34D9A304" w14:textId="77777777" w:rsidR="004246B5" w:rsidRPr="00774D49" w:rsidRDefault="004246B5" w:rsidP="00EF208A">
            <w:pPr>
              <w:rPr>
                <w:rFonts w:cs="Arial"/>
                <w:b/>
                <w:bCs/>
                <w:sz w:val="20"/>
                <w:szCs w:val="20"/>
                <w:lang w:val="es-PE"/>
              </w:rPr>
            </w:pPr>
            <w:r w:rsidRPr="00774D49">
              <w:rPr>
                <w:rFonts w:cs="Arial"/>
                <w:b/>
                <w:bCs/>
                <w:sz w:val="20"/>
                <w:szCs w:val="20"/>
                <w:lang w:val="es-PE"/>
              </w:rPr>
              <w:t>Rutinas de Entrada (08:00 - 08:30)</w:t>
            </w:r>
          </w:p>
          <w:p w14:paraId="1C4FAF64" w14:textId="77777777" w:rsidR="004246B5" w:rsidRPr="00774D49" w:rsidRDefault="004246B5" w:rsidP="004246B5">
            <w:pPr>
              <w:numPr>
                <w:ilvl w:val="0"/>
                <w:numId w:val="119"/>
              </w:numPr>
              <w:rPr>
                <w:rFonts w:cs="Arial"/>
                <w:sz w:val="20"/>
                <w:szCs w:val="20"/>
                <w:lang w:val="es-PE"/>
              </w:rPr>
            </w:pPr>
            <w:r w:rsidRPr="00774D49">
              <w:rPr>
                <w:rFonts w:cs="Arial"/>
                <w:b/>
                <w:bCs/>
                <w:sz w:val="20"/>
                <w:szCs w:val="20"/>
                <w:lang w:val="es-PE"/>
              </w:rPr>
              <w:t>Recepción:</w:t>
            </w:r>
            <w:r w:rsidRPr="00774D49">
              <w:rPr>
                <w:rFonts w:cs="Arial"/>
                <w:sz w:val="20"/>
                <w:szCs w:val="20"/>
                <w:lang w:val="es-PE"/>
              </w:rPr>
              <w:t xml:space="preserve"> Recibimiento personalizado y afectuoso a la altura del niño, saludándolo por su nombre con palabras amables, agachándose para establecer contacto visual directo y brindándole un entorno de absoluta calma y seguridad emocional en su ingreso al aula.</w:t>
            </w:r>
          </w:p>
          <w:p w14:paraId="38084820" w14:textId="77777777" w:rsidR="004246B5" w:rsidRPr="00774D49" w:rsidRDefault="004246B5" w:rsidP="004246B5">
            <w:pPr>
              <w:numPr>
                <w:ilvl w:val="0"/>
                <w:numId w:val="119"/>
              </w:numPr>
              <w:rPr>
                <w:rFonts w:cs="Arial"/>
                <w:sz w:val="20"/>
                <w:szCs w:val="20"/>
                <w:lang w:val="es-PE"/>
              </w:rPr>
            </w:pPr>
            <w:r w:rsidRPr="00774D49">
              <w:rPr>
                <w:rFonts w:cs="Arial"/>
                <w:sz w:val="20"/>
                <w:szCs w:val="20"/>
                <w:lang w:val="es-PE"/>
              </w:rPr>
              <w:t>Se realiza la verificación del estado físico y emocional de cada estudiante, entablando un breve diálogo de confianza con el padre de familia o cuidador para recoger datos relevantes del bienestar del niño al iniciar la mañana.</w:t>
            </w:r>
          </w:p>
          <w:p w14:paraId="30C3C154" w14:textId="77777777" w:rsidR="004246B5" w:rsidRPr="00774D49" w:rsidRDefault="004246B5" w:rsidP="004246B5">
            <w:pPr>
              <w:numPr>
                <w:ilvl w:val="0"/>
                <w:numId w:val="119"/>
              </w:numPr>
              <w:rPr>
                <w:rFonts w:cs="Arial"/>
                <w:sz w:val="20"/>
                <w:szCs w:val="20"/>
                <w:lang w:val="es-PE"/>
              </w:rPr>
            </w:pPr>
            <w:r w:rsidRPr="00774D49">
              <w:rPr>
                <w:rFonts w:cs="Arial"/>
                <w:sz w:val="20"/>
                <w:szCs w:val="20"/>
                <w:lang w:val="es-PE"/>
              </w:rPr>
              <w:t>Se permite el uso de un objeto de apego (como un peluche, mantita o juguete pequeño traído de casa) si el niño lo requiere para manejar la ansiedad de la separación familiar y facilitar su transición armónica al espacio escolar.</w:t>
            </w:r>
          </w:p>
          <w:p w14:paraId="60DC74DA" w14:textId="77777777" w:rsidR="004246B5" w:rsidRPr="00774D49" w:rsidRDefault="004246B5" w:rsidP="004246B5">
            <w:pPr>
              <w:numPr>
                <w:ilvl w:val="0"/>
                <w:numId w:val="119"/>
              </w:numPr>
              <w:rPr>
                <w:rFonts w:cs="Arial"/>
                <w:sz w:val="20"/>
                <w:szCs w:val="20"/>
                <w:lang w:val="es-PE"/>
              </w:rPr>
            </w:pPr>
            <w:r w:rsidRPr="00774D49">
              <w:rPr>
                <w:rFonts w:cs="Arial"/>
                <w:sz w:val="20"/>
                <w:szCs w:val="20"/>
                <w:lang w:val="es-PE"/>
              </w:rPr>
              <w:t>Se acompaña al niño a colocar su mochila, lonchera y abrigo en su respectivo casillero asignado, promoviendo el reconocimiento de su espacio personal a través de las etiquetas visuales con su fotografía.</w:t>
            </w:r>
          </w:p>
          <w:p w14:paraId="047BB806" w14:textId="77777777" w:rsidR="004246B5" w:rsidRPr="00774D49" w:rsidRDefault="004246B5" w:rsidP="004246B5">
            <w:pPr>
              <w:numPr>
                <w:ilvl w:val="0"/>
                <w:numId w:val="119"/>
              </w:numPr>
              <w:rPr>
                <w:rFonts w:cs="Arial"/>
                <w:sz w:val="20"/>
                <w:szCs w:val="20"/>
                <w:lang w:val="es-PE"/>
              </w:rPr>
            </w:pPr>
            <w:r w:rsidRPr="00774D49">
              <w:rPr>
                <w:rFonts w:cs="Arial"/>
                <w:b/>
                <w:bCs/>
                <w:sz w:val="20"/>
                <w:szCs w:val="20"/>
                <w:lang w:val="es-PE"/>
              </w:rPr>
              <w:t>Cajas de Espera:</w:t>
            </w:r>
            <w:r w:rsidRPr="00774D49">
              <w:rPr>
                <w:rFonts w:cs="Arial"/>
                <w:sz w:val="20"/>
                <w:szCs w:val="20"/>
                <w:lang w:val="es-PE"/>
              </w:rPr>
              <w:t xml:space="preserve"> Colocación de canastas plásticas en las mesas con tapas de plástico grandes de colores variados y frascos vacíos para una transición tranquila, permitiendo que los niños las manipulen, las enrosquen, las agrupen por colores y exploren de forma libre mientras llegan sus </w:t>
            </w:r>
            <w:r w:rsidRPr="00774D49">
              <w:rPr>
                <w:rFonts w:cs="Arial"/>
                <w:sz w:val="20"/>
                <w:szCs w:val="20"/>
                <w:lang w:val="es-PE"/>
              </w:rPr>
              <w:lastRenderedPageBreak/>
              <w:t>compañeros.</w:t>
            </w:r>
          </w:p>
          <w:p w14:paraId="194F7614" w14:textId="77777777" w:rsidR="004246B5" w:rsidRPr="00774D49" w:rsidRDefault="004246B5" w:rsidP="004246B5">
            <w:pPr>
              <w:numPr>
                <w:ilvl w:val="0"/>
                <w:numId w:val="119"/>
              </w:numPr>
              <w:rPr>
                <w:rFonts w:cs="Arial"/>
                <w:sz w:val="20"/>
                <w:szCs w:val="20"/>
                <w:lang w:val="es-PE"/>
              </w:rPr>
            </w:pPr>
            <w:r w:rsidRPr="00774D49">
              <w:rPr>
                <w:rFonts w:cs="Arial"/>
                <w:b/>
                <w:bCs/>
                <w:sz w:val="20"/>
                <w:szCs w:val="20"/>
                <w:lang w:val="es-PE"/>
              </w:rPr>
              <w:t>Actividades Permanentes:</w:t>
            </w:r>
            <w:r w:rsidRPr="00774D49">
              <w:rPr>
                <w:rFonts w:cs="Arial"/>
                <w:sz w:val="20"/>
                <w:szCs w:val="20"/>
                <w:lang w:val="es-PE"/>
              </w:rPr>
              <w:t xml:space="preserve"> Asamblea breve en semicírculo sobre cojines individuales distribuidos en el piso para delimitar el espacio físico de cada estudiante.</w:t>
            </w:r>
          </w:p>
          <w:p w14:paraId="1871A413" w14:textId="77777777" w:rsidR="004246B5" w:rsidRPr="00774D49" w:rsidRDefault="004246B5" w:rsidP="004246B5">
            <w:pPr>
              <w:numPr>
                <w:ilvl w:val="0"/>
                <w:numId w:val="119"/>
              </w:numPr>
              <w:rPr>
                <w:rFonts w:cs="Arial"/>
                <w:sz w:val="20"/>
                <w:szCs w:val="20"/>
                <w:lang w:val="es-PE"/>
              </w:rPr>
            </w:pPr>
            <w:r w:rsidRPr="00774D49">
              <w:rPr>
                <w:rFonts w:cs="Arial"/>
                <w:sz w:val="20"/>
                <w:szCs w:val="20"/>
                <w:lang w:val="es-PE"/>
              </w:rPr>
              <w:t>Cantamos la canción del saludo del aula para integrarnos, aplaudiendo y realizando movimientos corporales rítmicos acordes a la melodía.</w:t>
            </w:r>
          </w:p>
          <w:p w14:paraId="5AB03954" w14:textId="77777777" w:rsidR="004246B5" w:rsidRPr="00774D49" w:rsidRDefault="004246B5" w:rsidP="004246B5">
            <w:pPr>
              <w:numPr>
                <w:ilvl w:val="0"/>
                <w:numId w:val="119"/>
              </w:numPr>
              <w:rPr>
                <w:rFonts w:cs="Arial"/>
                <w:sz w:val="20"/>
                <w:szCs w:val="20"/>
                <w:lang w:val="es-PE"/>
              </w:rPr>
            </w:pPr>
            <w:r w:rsidRPr="00774D49">
              <w:rPr>
                <w:rFonts w:cs="Arial"/>
                <w:sz w:val="20"/>
                <w:szCs w:val="20"/>
                <w:lang w:val="es-PE"/>
              </w:rPr>
              <w:t>Registramos la asistencia de manera visual y participativa, invitando a cada niño a buscar la tarjeta con su fotografía y colocarla en el panel de asistencia de “Los que vinieron hoy”.</w:t>
            </w:r>
          </w:p>
          <w:p w14:paraId="35942FD8" w14:textId="77777777" w:rsidR="004246B5" w:rsidRPr="00774D49" w:rsidRDefault="004246B5" w:rsidP="004246B5">
            <w:pPr>
              <w:numPr>
                <w:ilvl w:val="0"/>
                <w:numId w:val="119"/>
              </w:numPr>
              <w:rPr>
                <w:rFonts w:cs="Arial"/>
                <w:sz w:val="20"/>
                <w:szCs w:val="20"/>
                <w:lang w:val="es-PE"/>
              </w:rPr>
            </w:pPr>
            <w:r w:rsidRPr="00774D49">
              <w:rPr>
                <w:rFonts w:cs="Arial"/>
                <w:sz w:val="20"/>
                <w:szCs w:val="20"/>
                <w:lang w:val="es-PE"/>
              </w:rPr>
              <w:t>Revisamos el calendario de forma lúdica, identificando el día de la semana con apoyo de una canción corta y actualizando el cartel del clima (soleado, lluvioso o nublado) asomándonos brevemente a la ventana del aula.</w:t>
            </w:r>
          </w:p>
          <w:p w14:paraId="10FC53A1" w14:textId="77777777" w:rsidR="004246B5" w:rsidRPr="00774D49" w:rsidRDefault="004246B5" w:rsidP="00EF208A">
            <w:pPr>
              <w:rPr>
                <w:rFonts w:cs="Arial"/>
                <w:b/>
                <w:bCs/>
                <w:sz w:val="20"/>
                <w:szCs w:val="20"/>
                <w:lang w:val="es-PE"/>
              </w:rPr>
            </w:pPr>
            <w:r w:rsidRPr="00774D49">
              <w:rPr>
                <w:rFonts w:cs="Arial"/>
                <w:b/>
                <w:bCs/>
                <w:sz w:val="20"/>
                <w:szCs w:val="20"/>
                <w:lang w:val="es-PE"/>
              </w:rPr>
              <w:t>Juego Libre en los espacios (08:30 - 09:30)</w:t>
            </w:r>
          </w:p>
          <w:p w14:paraId="3B20F904" w14:textId="77777777" w:rsidR="004246B5" w:rsidRPr="00774D49" w:rsidRDefault="004246B5" w:rsidP="004246B5">
            <w:pPr>
              <w:numPr>
                <w:ilvl w:val="0"/>
                <w:numId w:val="120"/>
              </w:numPr>
              <w:rPr>
                <w:rFonts w:cs="Arial"/>
                <w:sz w:val="20"/>
                <w:szCs w:val="20"/>
                <w:lang w:val="es-PE"/>
              </w:rPr>
            </w:pPr>
            <w:r w:rsidRPr="00774D49">
              <w:rPr>
                <w:rFonts w:cs="Arial"/>
                <w:b/>
                <w:bCs/>
                <w:sz w:val="20"/>
                <w:szCs w:val="20"/>
                <w:lang w:val="es-PE"/>
              </w:rPr>
              <w:t>Planificación y Organización (Fase 1):</w:t>
            </w:r>
            <w:r w:rsidRPr="00774D49">
              <w:rPr>
                <w:rFonts w:cs="Arial"/>
                <w:sz w:val="20"/>
                <w:szCs w:val="20"/>
                <w:lang w:val="es-PE"/>
              </w:rPr>
              <w:t xml:space="preserve"> Los niños se sientan en círculo en el espacio de asamblea principal, recuerdan las normas de convivencia básicas para el juego (compartir los materiales, cuidar a los amigos y no correr) y eligen de forma autónoma a qué sector desean ir (Construcción, Lectura o Arte).</w:t>
            </w:r>
          </w:p>
          <w:p w14:paraId="7AFDEAC3" w14:textId="77777777" w:rsidR="004246B5" w:rsidRPr="00774D49" w:rsidRDefault="004246B5" w:rsidP="004246B5">
            <w:pPr>
              <w:numPr>
                <w:ilvl w:val="0"/>
                <w:numId w:val="120"/>
              </w:numPr>
              <w:rPr>
                <w:rFonts w:cs="Arial"/>
                <w:sz w:val="20"/>
                <w:szCs w:val="20"/>
                <w:lang w:val="es-PE"/>
              </w:rPr>
            </w:pPr>
            <w:r w:rsidRPr="00774D49">
              <w:rPr>
                <w:rFonts w:cs="Arial"/>
                <w:sz w:val="20"/>
                <w:szCs w:val="20"/>
                <w:lang w:val="es-PE"/>
              </w:rPr>
              <w:t>Se organizan en pequeños grupos y la docente les distribuye collares o carnés identificadores con el color del sector seleccionado para la autorregulación del aforo y asegurar que cada espacio cuente con la cantidad adecuada de niños.</w:t>
            </w:r>
          </w:p>
          <w:p w14:paraId="7A2432A6" w14:textId="77777777" w:rsidR="004246B5" w:rsidRPr="00774D49" w:rsidRDefault="004246B5" w:rsidP="004246B5">
            <w:pPr>
              <w:numPr>
                <w:ilvl w:val="0"/>
                <w:numId w:val="120"/>
              </w:numPr>
              <w:rPr>
                <w:rFonts w:cs="Arial"/>
                <w:sz w:val="20"/>
                <w:szCs w:val="20"/>
                <w:lang w:val="es-PE"/>
              </w:rPr>
            </w:pPr>
            <w:r w:rsidRPr="00774D49">
              <w:rPr>
                <w:rFonts w:cs="Arial"/>
                <w:b/>
                <w:bCs/>
                <w:sz w:val="20"/>
                <w:szCs w:val="20"/>
                <w:lang w:val="es-PE"/>
              </w:rPr>
              <w:t>Desarrollo o Ejecución (Fase 2):</w:t>
            </w:r>
            <w:r w:rsidRPr="00774D49">
              <w:rPr>
                <w:rFonts w:cs="Arial"/>
                <w:sz w:val="20"/>
                <w:szCs w:val="20"/>
                <w:lang w:val="es-PE"/>
              </w:rPr>
              <w:t xml:space="preserve"> Los niños se desplazan a los sectores elegidos y juegan libremente con los materiales dispuestos en los estantes bajos de manera autónoma.</w:t>
            </w:r>
          </w:p>
          <w:p w14:paraId="59B7F53A" w14:textId="77777777" w:rsidR="004246B5" w:rsidRPr="00774D49" w:rsidRDefault="004246B5" w:rsidP="004246B5">
            <w:pPr>
              <w:numPr>
                <w:ilvl w:val="0"/>
                <w:numId w:val="120"/>
              </w:numPr>
              <w:rPr>
                <w:rFonts w:cs="Arial"/>
                <w:sz w:val="20"/>
                <w:szCs w:val="20"/>
                <w:lang w:val="es-PE"/>
              </w:rPr>
            </w:pPr>
            <w:r w:rsidRPr="00774D49">
              <w:rPr>
                <w:rFonts w:cs="Arial"/>
                <w:sz w:val="20"/>
                <w:szCs w:val="20"/>
                <w:lang w:val="es-PE"/>
              </w:rPr>
              <w:t>La docente realiza un acompañamiento indirecto y observa el juego sin interrumpir las iniciativas de los niños, identificando las interacciones sociales, las formas de comunicación, los conflictos espontáneos y registrando estas evidencias de manera descriptiva en su cuaderno de campo.</w:t>
            </w:r>
          </w:p>
          <w:p w14:paraId="014793B5" w14:textId="77777777" w:rsidR="004246B5" w:rsidRPr="00774D49" w:rsidRDefault="004246B5" w:rsidP="004246B5">
            <w:pPr>
              <w:numPr>
                <w:ilvl w:val="0"/>
                <w:numId w:val="120"/>
              </w:numPr>
              <w:rPr>
                <w:rFonts w:cs="Arial"/>
                <w:sz w:val="20"/>
                <w:szCs w:val="20"/>
                <w:lang w:val="es-PE"/>
              </w:rPr>
            </w:pPr>
            <w:r w:rsidRPr="00774D49">
              <w:rPr>
                <w:rFonts w:cs="Arial"/>
                <w:b/>
                <w:bCs/>
                <w:sz w:val="20"/>
                <w:szCs w:val="20"/>
                <w:lang w:val="es-PE"/>
              </w:rPr>
              <w:t>Orden, Socialización y Representación (Fase 3):</w:t>
            </w:r>
            <w:r w:rsidRPr="00774D49">
              <w:rPr>
                <w:rFonts w:cs="Arial"/>
                <w:sz w:val="20"/>
                <w:szCs w:val="20"/>
                <w:lang w:val="es-PE"/>
              </w:rPr>
              <w:t xml:space="preserve"> Cantamos una canción de orden tradicional del nivel Inicial para anticipar el cierre del juego.</w:t>
            </w:r>
          </w:p>
          <w:p w14:paraId="31FA2DDE" w14:textId="77777777" w:rsidR="004246B5" w:rsidRPr="00774D49" w:rsidRDefault="004246B5" w:rsidP="004246B5">
            <w:pPr>
              <w:numPr>
                <w:ilvl w:val="0"/>
                <w:numId w:val="120"/>
              </w:numPr>
              <w:rPr>
                <w:rFonts w:cs="Arial"/>
                <w:sz w:val="20"/>
                <w:szCs w:val="20"/>
                <w:lang w:val="es-PE"/>
              </w:rPr>
            </w:pPr>
            <w:r w:rsidRPr="00774D49">
              <w:rPr>
                <w:rFonts w:cs="Arial"/>
                <w:sz w:val="20"/>
                <w:szCs w:val="20"/>
                <w:lang w:val="es-PE"/>
              </w:rPr>
              <w:t>Los niños guardan de manera colaborativa los materiales en las canastas rotuladas con siluetas y dibujos, colocándolas de vuelta en los estantes correspondientes.</w:t>
            </w:r>
          </w:p>
          <w:p w14:paraId="65BE7072" w14:textId="77777777" w:rsidR="004246B5" w:rsidRPr="00774D49" w:rsidRDefault="004246B5" w:rsidP="004246B5">
            <w:pPr>
              <w:numPr>
                <w:ilvl w:val="0"/>
                <w:numId w:val="120"/>
              </w:numPr>
              <w:rPr>
                <w:rFonts w:cs="Arial"/>
                <w:sz w:val="20"/>
                <w:szCs w:val="20"/>
                <w:lang w:val="es-PE"/>
              </w:rPr>
            </w:pPr>
            <w:r w:rsidRPr="00774D49">
              <w:rPr>
                <w:rFonts w:cs="Arial"/>
                <w:sz w:val="20"/>
                <w:szCs w:val="20"/>
                <w:lang w:val="es-PE"/>
              </w:rPr>
              <w:t xml:space="preserve">Nos reunimos nuevamente en la asamblea para verbalizar brevemente a qué jugaron, con </w:t>
            </w:r>
            <w:proofErr w:type="spellStart"/>
            <w:r w:rsidRPr="00774D49">
              <w:rPr>
                <w:rFonts w:cs="Arial"/>
                <w:sz w:val="20"/>
                <w:szCs w:val="20"/>
                <w:lang w:val="es-PE"/>
              </w:rPr>
              <w:t>quiénes</w:t>
            </w:r>
            <w:proofErr w:type="spellEnd"/>
            <w:r w:rsidRPr="00774D49">
              <w:rPr>
                <w:rFonts w:cs="Arial"/>
                <w:sz w:val="20"/>
                <w:szCs w:val="20"/>
                <w:lang w:val="es-PE"/>
              </w:rPr>
              <w:t xml:space="preserve"> compartieron los juguetes y </w:t>
            </w:r>
            <w:r w:rsidRPr="00774D49">
              <w:rPr>
                <w:rFonts w:cs="Arial"/>
                <w:sz w:val="20"/>
                <w:szCs w:val="20"/>
                <w:lang w:val="es-PE"/>
              </w:rPr>
              <w:lastRenderedPageBreak/>
              <w:t>cómo se sintieron durante el momento de juego libre.</w:t>
            </w:r>
          </w:p>
          <w:p w14:paraId="55EC9FBD" w14:textId="77777777" w:rsidR="004246B5" w:rsidRPr="00774D49" w:rsidRDefault="004246B5" w:rsidP="00EF208A">
            <w:pPr>
              <w:rPr>
                <w:rFonts w:cs="Arial"/>
                <w:b/>
                <w:bCs/>
                <w:sz w:val="20"/>
                <w:szCs w:val="20"/>
                <w:lang w:val="es-PE"/>
              </w:rPr>
            </w:pPr>
            <w:r w:rsidRPr="00774D49">
              <w:rPr>
                <w:rFonts w:cs="Arial"/>
                <w:b/>
                <w:bCs/>
                <w:sz w:val="20"/>
                <w:szCs w:val="20"/>
                <w:lang w:val="es-PE"/>
              </w:rPr>
              <w:t>Actividad Significativa / Sesión Central (09:30 - 10:30)</w:t>
            </w:r>
          </w:p>
          <w:p w14:paraId="71B90168" w14:textId="77777777" w:rsidR="004246B5" w:rsidRPr="00774D49" w:rsidRDefault="004246B5" w:rsidP="004246B5">
            <w:pPr>
              <w:numPr>
                <w:ilvl w:val="0"/>
                <w:numId w:val="121"/>
              </w:numPr>
              <w:rPr>
                <w:rFonts w:cs="Arial"/>
                <w:sz w:val="20"/>
                <w:szCs w:val="20"/>
                <w:lang w:val="es-PE"/>
              </w:rPr>
            </w:pPr>
            <w:r w:rsidRPr="00774D49">
              <w:rPr>
                <w:rFonts w:cs="Arial"/>
                <w:b/>
                <w:bCs/>
                <w:sz w:val="20"/>
                <w:szCs w:val="20"/>
                <w:lang w:val="es-PE"/>
              </w:rPr>
              <w:t>Inicio (Antes):</w:t>
            </w:r>
            <w:r w:rsidRPr="00774D49">
              <w:rPr>
                <w:rFonts w:cs="Arial"/>
                <w:sz w:val="20"/>
                <w:szCs w:val="20"/>
                <w:lang w:val="es-PE"/>
              </w:rPr>
              <w:t xml:space="preserve"> La docente capta la atención de los niños en la asamblea utilizando una melodía suave de introducción y presenta un cartón grande y plano en blanco colocado sobre un caballete, junto a un sobre lleno de las fotos del mes e imágenes grandes de la naturaleza.</w:t>
            </w:r>
          </w:p>
          <w:p w14:paraId="6177D443" w14:textId="77777777" w:rsidR="004246B5" w:rsidRPr="00774D49" w:rsidRDefault="004246B5" w:rsidP="004246B5">
            <w:pPr>
              <w:numPr>
                <w:ilvl w:val="0"/>
                <w:numId w:val="121"/>
              </w:numPr>
              <w:rPr>
                <w:rFonts w:cs="Arial"/>
                <w:sz w:val="20"/>
                <w:szCs w:val="20"/>
                <w:lang w:val="es-PE"/>
              </w:rPr>
            </w:pPr>
            <w:r w:rsidRPr="00774D49">
              <w:rPr>
                <w:rFonts w:cs="Arial"/>
                <w:sz w:val="20"/>
                <w:szCs w:val="20"/>
                <w:lang w:val="es-PE"/>
              </w:rPr>
              <w:t>Al ver los materiales listos para armar un cuadro grande, genera curiosidad, misterio e interés en el grupo.</w:t>
            </w:r>
          </w:p>
          <w:p w14:paraId="4D16F451" w14:textId="77777777" w:rsidR="004246B5" w:rsidRPr="00774D49" w:rsidRDefault="004246B5" w:rsidP="004246B5">
            <w:pPr>
              <w:numPr>
                <w:ilvl w:val="0"/>
                <w:numId w:val="121"/>
              </w:numPr>
              <w:rPr>
                <w:rFonts w:cs="Arial"/>
                <w:sz w:val="20"/>
                <w:szCs w:val="20"/>
                <w:lang w:val="es-PE"/>
              </w:rPr>
            </w:pPr>
            <w:r w:rsidRPr="00774D49">
              <w:rPr>
                <w:rFonts w:cs="Arial"/>
                <w:sz w:val="20"/>
                <w:szCs w:val="20"/>
                <w:lang w:val="es-PE"/>
              </w:rPr>
              <w:t>Plantea las preguntas de conflicto cognitivo e indagación: ¿Qué podemos poner en este cartel tan grande para contarles a todos lo que hicimos? ¿Dónde pegaríamos esta foto donde estamos jugando con el agua y el barro? ¿Cómo podemos adornar el borde del cartel para que se vea muy hermoso el día de la exposición?</w:t>
            </w:r>
          </w:p>
          <w:p w14:paraId="04A7A970" w14:textId="77777777" w:rsidR="004246B5" w:rsidRPr="00774D49" w:rsidRDefault="004246B5" w:rsidP="004246B5">
            <w:pPr>
              <w:numPr>
                <w:ilvl w:val="0"/>
                <w:numId w:val="121"/>
              </w:numPr>
              <w:rPr>
                <w:rFonts w:cs="Arial"/>
                <w:sz w:val="20"/>
                <w:szCs w:val="20"/>
                <w:lang w:val="es-PE"/>
              </w:rPr>
            </w:pPr>
            <w:r w:rsidRPr="00774D49">
              <w:rPr>
                <w:rFonts w:cs="Arial"/>
                <w:b/>
                <w:bCs/>
                <w:sz w:val="20"/>
                <w:szCs w:val="20"/>
                <w:lang w:val="es-PE"/>
              </w:rPr>
              <w:t>Desarrollo (Durante):</w:t>
            </w:r>
            <w:r w:rsidRPr="00774D49">
              <w:rPr>
                <w:rFonts w:cs="Arial"/>
                <w:sz w:val="20"/>
                <w:szCs w:val="20"/>
                <w:lang w:val="es-PE"/>
              </w:rPr>
              <w:t xml:space="preserve"> Los niños se acercan libremente y se organizan en grupos pequeños alrededor de las mesas de trabajo unidas, acondicionadas con individuales protectores.</w:t>
            </w:r>
          </w:p>
          <w:p w14:paraId="2F1BD148" w14:textId="77777777" w:rsidR="004246B5" w:rsidRPr="00774D49" w:rsidRDefault="004246B5" w:rsidP="004246B5">
            <w:pPr>
              <w:numPr>
                <w:ilvl w:val="0"/>
                <w:numId w:val="121"/>
              </w:numPr>
              <w:rPr>
                <w:rFonts w:cs="Arial"/>
                <w:sz w:val="20"/>
                <w:szCs w:val="20"/>
                <w:lang w:val="es-PE"/>
              </w:rPr>
            </w:pPr>
            <w:r w:rsidRPr="00774D49">
              <w:rPr>
                <w:rFonts w:cs="Arial"/>
                <w:sz w:val="20"/>
                <w:szCs w:val="20"/>
                <w:lang w:val="es-PE"/>
              </w:rPr>
              <w:t>Exploran con todos sus sentidos los materiales distribuidos de forma masiva en bandejas centrales: manipulan cartones grandes, tocan las fotos impresas donde se reconocen a sí mismos, sienten las texturas de siluetas de papel de colores y cogen rodillos plásticos pequeños con goma escolar líquida.</w:t>
            </w:r>
          </w:p>
          <w:p w14:paraId="59387558" w14:textId="77777777" w:rsidR="004246B5" w:rsidRPr="00774D49" w:rsidRDefault="004246B5" w:rsidP="004246B5">
            <w:pPr>
              <w:numPr>
                <w:ilvl w:val="0"/>
                <w:numId w:val="121"/>
              </w:numPr>
              <w:rPr>
                <w:rFonts w:cs="Arial"/>
                <w:sz w:val="20"/>
                <w:szCs w:val="20"/>
                <w:lang w:val="es-PE"/>
              </w:rPr>
            </w:pPr>
            <w:r w:rsidRPr="00774D49">
              <w:rPr>
                <w:rFonts w:cs="Arial"/>
                <w:sz w:val="20"/>
                <w:szCs w:val="20"/>
                <w:lang w:val="es-PE"/>
              </w:rPr>
              <w:t>Juegan de manera libre y colaborativa a colocar las fotos sobre el cartel siguiendo las sugerencias espaciales de la docente, esparcen pegamento de forma autónoma usando sus dedos o pinceles gruesos, y pegan las imágenes junto a decoraciones libres hechas con huellas, armando un gran panel informativo comunitaria sobre sus experiencias del mes.</w:t>
            </w:r>
          </w:p>
          <w:p w14:paraId="65FAA807" w14:textId="77777777" w:rsidR="004246B5" w:rsidRPr="00774D49" w:rsidRDefault="004246B5" w:rsidP="004246B5">
            <w:pPr>
              <w:numPr>
                <w:ilvl w:val="0"/>
                <w:numId w:val="121"/>
              </w:numPr>
              <w:rPr>
                <w:rFonts w:cs="Arial"/>
                <w:sz w:val="20"/>
                <w:szCs w:val="20"/>
                <w:lang w:val="es-PE"/>
              </w:rPr>
            </w:pPr>
            <w:r w:rsidRPr="00774D49">
              <w:rPr>
                <w:rFonts w:cs="Arial"/>
                <w:sz w:val="20"/>
                <w:szCs w:val="20"/>
                <w:lang w:val="es-PE"/>
              </w:rPr>
              <w:t>La docente acompaña el proceso respetando los ritmos individuales de cada niño, interviniendo para mediar el lenguaje mediante la técnica de expansión de frases y el dictado de palabras sencillas que la docente escribe abajo (</w:t>
            </w:r>
            <w:proofErr w:type="spellStart"/>
            <w:r w:rsidRPr="00774D49">
              <w:rPr>
                <w:rFonts w:cs="Arial"/>
                <w:sz w:val="20"/>
                <w:szCs w:val="20"/>
                <w:lang w:val="es-PE"/>
              </w:rPr>
              <w:t>Ej</w:t>
            </w:r>
            <w:proofErr w:type="spellEnd"/>
            <w:r w:rsidRPr="00774D49">
              <w:rPr>
                <w:rFonts w:cs="Arial"/>
                <w:sz w:val="20"/>
                <w:szCs w:val="20"/>
                <w:lang w:val="es-PE"/>
              </w:rPr>
              <w:t>: Si el niño apunta la foto del barro y dice “agua”, la docente responde con afecto: “Sí, es el agua con la tierra que mezclamos para hacer barro, vamos a pegar tu foto en esta parte del cartel”).</w:t>
            </w:r>
          </w:p>
          <w:p w14:paraId="5C0D066F" w14:textId="77777777" w:rsidR="004246B5" w:rsidRPr="00774D49" w:rsidRDefault="004246B5" w:rsidP="004246B5">
            <w:pPr>
              <w:numPr>
                <w:ilvl w:val="0"/>
                <w:numId w:val="121"/>
              </w:numPr>
              <w:rPr>
                <w:rFonts w:cs="Arial"/>
                <w:sz w:val="20"/>
                <w:szCs w:val="20"/>
                <w:lang w:val="es-PE"/>
              </w:rPr>
            </w:pPr>
            <w:r w:rsidRPr="00774D49">
              <w:rPr>
                <w:rFonts w:cs="Arial"/>
                <w:b/>
                <w:bCs/>
                <w:sz w:val="20"/>
                <w:szCs w:val="20"/>
                <w:lang w:val="es-PE"/>
              </w:rPr>
              <w:t>Cierre (Después):</w:t>
            </w:r>
            <w:r w:rsidRPr="00774D49">
              <w:rPr>
                <w:rFonts w:cs="Arial"/>
                <w:sz w:val="20"/>
                <w:szCs w:val="20"/>
                <w:lang w:val="es-PE"/>
              </w:rPr>
              <w:t xml:space="preserve"> Regresamos a la asamblea breve sentándonos en círculo frente a los carteles informativos terminados y expuestos al frente.</w:t>
            </w:r>
          </w:p>
          <w:p w14:paraId="7ABCADC2" w14:textId="77777777" w:rsidR="004246B5" w:rsidRPr="00774D49" w:rsidRDefault="004246B5" w:rsidP="004246B5">
            <w:pPr>
              <w:numPr>
                <w:ilvl w:val="0"/>
                <w:numId w:val="121"/>
              </w:numPr>
              <w:rPr>
                <w:rFonts w:cs="Arial"/>
                <w:sz w:val="20"/>
                <w:szCs w:val="20"/>
                <w:lang w:val="es-PE"/>
              </w:rPr>
            </w:pPr>
            <w:r w:rsidRPr="00774D49">
              <w:rPr>
                <w:rFonts w:cs="Arial"/>
                <w:sz w:val="20"/>
                <w:szCs w:val="20"/>
                <w:lang w:val="es-PE"/>
              </w:rPr>
              <w:t xml:space="preserve">Dialogamos de forma reflexiva mediante </w:t>
            </w:r>
            <w:r w:rsidRPr="00774D49">
              <w:rPr>
                <w:rFonts w:cs="Arial"/>
                <w:sz w:val="20"/>
                <w:szCs w:val="20"/>
                <w:lang w:val="es-PE"/>
              </w:rPr>
              <w:lastRenderedPageBreak/>
              <w:t>preguntas sencillas de metacognición: ¿Cómo quedó nuestro cartel de la exposición? ¿Qué foto te gustó más pegar en el cartón? ¿Qué le pusiste para decorar el borde?</w:t>
            </w:r>
          </w:p>
          <w:p w14:paraId="3362D8B9" w14:textId="77777777" w:rsidR="004246B5" w:rsidRPr="00774D49" w:rsidRDefault="004246B5" w:rsidP="004246B5">
            <w:pPr>
              <w:numPr>
                <w:ilvl w:val="0"/>
                <w:numId w:val="121"/>
              </w:numPr>
              <w:rPr>
                <w:rFonts w:cs="Arial"/>
                <w:sz w:val="20"/>
                <w:szCs w:val="20"/>
                <w:lang w:val="es-PE"/>
              </w:rPr>
            </w:pPr>
            <w:r w:rsidRPr="00774D49">
              <w:rPr>
                <w:rFonts w:cs="Arial"/>
                <w:sz w:val="20"/>
                <w:szCs w:val="20"/>
                <w:lang w:val="es-PE"/>
              </w:rPr>
              <w:t>Colocamos los paneles en una zona alta y segura del aula para que sequen por completo, limpiamos el espacio comunitario de trabajo y guardamos los retazos de papel sobrantes en sus canastas.</w:t>
            </w:r>
          </w:p>
          <w:p w14:paraId="722104C0" w14:textId="77777777" w:rsidR="004246B5" w:rsidRPr="00774D49" w:rsidRDefault="004246B5" w:rsidP="00EF208A">
            <w:pPr>
              <w:rPr>
                <w:rFonts w:cs="Arial"/>
                <w:b/>
                <w:bCs/>
                <w:sz w:val="20"/>
                <w:szCs w:val="20"/>
                <w:lang w:val="es-PE"/>
              </w:rPr>
            </w:pPr>
            <w:r w:rsidRPr="00774D49">
              <w:rPr>
                <w:rFonts w:cs="Arial"/>
                <w:b/>
                <w:bCs/>
                <w:sz w:val="20"/>
                <w:szCs w:val="20"/>
                <w:lang w:val="es-PE"/>
              </w:rPr>
              <w:t>Aseo, Refrigerio y Recreo (10:30 - 11:30)</w:t>
            </w:r>
          </w:p>
          <w:p w14:paraId="77C027E4" w14:textId="77777777" w:rsidR="004246B5" w:rsidRPr="00774D49" w:rsidRDefault="004246B5" w:rsidP="004246B5">
            <w:pPr>
              <w:numPr>
                <w:ilvl w:val="0"/>
                <w:numId w:val="122"/>
              </w:numPr>
              <w:rPr>
                <w:rFonts w:cs="Arial"/>
                <w:sz w:val="20"/>
                <w:szCs w:val="20"/>
                <w:lang w:val="es-PE"/>
              </w:rPr>
            </w:pPr>
            <w:r w:rsidRPr="00774D49">
              <w:rPr>
                <w:rFonts w:cs="Arial"/>
                <w:b/>
                <w:bCs/>
                <w:sz w:val="20"/>
                <w:szCs w:val="20"/>
                <w:lang w:val="es-PE"/>
              </w:rPr>
              <w:t>Higiene:</w:t>
            </w:r>
            <w:r w:rsidRPr="00774D49">
              <w:rPr>
                <w:rFonts w:cs="Arial"/>
                <w:sz w:val="20"/>
                <w:szCs w:val="20"/>
                <w:lang w:val="es-PE"/>
              </w:rPr>
              <w:t xml:space="preserve"> Traslado ordenado al espacio de los lavaderos en grupos pequeños. Lavado de manos guiado paso a paso por la docente, utilizando jabón líquido y modelando el frotado correcto de palmas, muñecas y dedos tras la manipulación de la goma, las fotografías y los carteles.</w:t>
            </w:r>
          </w:p>
          <w:p w14:paraId="21C756A2" w14:textId="77777777" w:rsidR="004246B5" w:rsidRPr="00774D49" w:rsidRDefault="004246B5" w:rsidP="004246B5">
            <w:pPr>
              <w:numPr>
                <w:ilvl w:val="0"/>
                <w:numId w:val="122"/>
              </w:numPr>
              <w:rPr>
                <w:rFonts w:cs="Arial"/>
                <w:sz w:val="20"/>
                <w:szCs w:val="20"/>
                <w:lang w:val="es-PE"/>
              </w:rPr>
            </w:pPr>
            <w:r w:rsidRPr="00774D49">
              <w:rPr>
                <w:rFonts w:cs="Arial"/>
                <w:sz w:val="20"/>
                <w:szCs w:val="20"/>
                <w:lang w:val="es-PE"/>
              </w:rPr>
              <w:t>Se fomenta el uso responsable del agua al cerrar el caño mientras se enjabonan y se apoya de forma visual con carteles explicativos pegados a la altura de su vista, finalizando con el secado autónomo usando papel toalla.</w:t>
            </w:r>
          </w:p>
          <w:p w14:paraId="7753419E" w14:textId="77777777" w:rsidR="004246B5" w:rsidRPr="00774D49" w:rsidRDefault="004246B5" w:rsidP="004246B5">
            <w:pPr>
              <w:numPr>
                <w:ilvl w:val="0"/>
                <w:numId w:val="122"/>
              </w:numPr>
              <w:rPr>
                <w:rFonts w:cs="Arial"/>
                <w:sz w:val="20"/>
                <w:szCs w:val="20"/>
                <w:lang w:val="es-PE"/>
              </w:rPr>
            </w:pPr>
            <w:r w:rsidRPr="00774D49">
              <w:rPr>
                <w:rFonts w:cs="Arial"/>
                <w:b/>
                <w:bCs/>
                <w:sz w:val="20"/>
                <w:szCs w:val="20"/>
                <w:lang w:val="es-PE"/>
              </w:rPr>
              <w:t>Alimentación:</w:t>
            </w:r>
            <w:r w:rsidRPr="00774D49">
              <w:rPr>
                <w:rFonts w:cs="Arial"/>
                <w:sz w:val="20"/>
                <w:szCs w:val="20"/>
                <w:lang w:val="es-PE"/>
              </w:rPr>
              <w:t xml:space="preserve"> Consumo de la lonchera dentro del aula en un clima de calma, respeto y buena convivencia.</w:t>
            </w:r>
          </w:p>
          <w:p w14:paraId="50093027" w14:textId="77777777" w:rsidR="004246B5" w:rsidRPr="00774D49" w:rsidRDefault="004246B5" w:rsidP="004246B5">
            <w:pPr>
              <w:numPr>
                <w:ilvl w:val="0"/>
                <w:numId w:val="122"/>
              </w:numPr>
              <w:rPr>
                <w:rFonts w:cs="Arial"/>
                <w:sz w:val="20"/>
                <w:szCs w:val="20"/>
                <w:lang w:val="es-PE"/>
              </w:rPr>
            </w:pPr>
            <w:r w:rsidRPr="00774D49">
              <w:rPr>
                <w:rFonts w:cs="Arial"/>
                <w:sz w:val="20"/>
                <w:szCs w:val="20"/>
                <w:lang w:val="es-PE"/>
              </w:rPr>
              <w:t>Se promueve la autonomía individual incentivando a los niños a sacar sus individuales, abrir los cierres de sus mochilas, destapar sus envases plásticos por sí mismos y limpiar con un paño su espacio de la mesa al terminar de comer.</w:t>
            </w:r>
          </w:p>
          <w:p w14:paraId="0B89156C" w14:textId="77777777" w:rsidR="004246B5" w:rsidRPr="00774D49" w:rsidRDefault="004246B5" w:rsidP="004246B5">
            <w:pPr>
              <w:numPr>
                <w:ilvl w:val="0"/>
                <w:numId w:val="122"/>
              </w:numPr>
              <w:rPr>
                <w:rFonts w:cs="Arial"/>
                <w:sz w:val="20"/>
                <w:szCs w:val="20"/>
                <w:lang w:val="es-PE"/>
              </w:rPr>
            </w:pPr>
            <w:r w:rsidRPr="00774D49">
              <w:rPr>
                <w:rFonts w:cs="Arial"/>
                <w:b/>
                <w:bCs/>
                <w:sz w:val="20"/>
                <w:szCs w:val="20"/>
                <w:lang w:val="es-PE"/>
              </w:rPr>
              <w:t>Recreo:</w:t>
            </w:r>
            <w:r w:rsidRPr="00774D49">
              <w:rPr>
                <w:rFonts w:cs="Arial"/>
                <w:sz w:val="20"/>
                <w:szCs w:val="20"/>
                <w:lang w:val="es-PE"/>
              </w:rPr>
              <w:t xml:space="preserve"> Espacio de juego libre, socialización y esparcimiento motriz en el patio exterior de la institución educativa.</w:t>
            </w:r>
          </w:p>
          <w:p w14:paraId="25078E21" w14:textId="77777777" w:rsidR="004246B5" w:rsidRPr="00774D49" w:rsidRDefault="004246B5" w:rsidP="004246B5">
            <w:pPr>
              <w:numPr>
                <w:ilvl w:val="0"/>
                <w:numId w:val="122"/>
              </w:numPr>
              <w:rPr>
                <w:rFonts w:cs="Arial"/>
                <w:sz w:val="20"/>
                <w:szCs w:val="20"/>
                <w:lang w:val="es-PE"/>
              </w:rPr>
            </w:pPr>
            <w:r w:rsidRPr="00774D49">
              <w:rPr>
                <w:rFonts w:cs="Arial"/>
                <w:sz w:val="20"/>
                <w:szCs w:val="20"/>
                <w:lang w:val="es-PE"/>
              </w:rPr>
              <w:t>Se realiza bajo la supervisión constante, activa y el cuidado protector de la docente para garantizar la seguridad física y prevenir accidentes entre los niños.</w:t>
            </w:r>
          </w:p>
          <w:p w14:paraId="2DE43CD0" w14:textId="77777777" w:rsidR="004246B5" w:rsidRPr="00774D49" w:rsidRDefault="004246B5" w:rsidP="00EF208A">
            <w:pPr>
              <w:rPr>
                <w:rFonts w:cs="Arial"/>
                <w:b/>
                <w:bCs/>
                <w:sz w:val="20"/>
                <w:szCs w:val="20"/>
                <w:lang w:val="es-PE"/>
              </w:rPr>
            </w:pPr>
            <w:r w:rsidRPr="00774D49">
              <w:rPr>
                <w:rFonts w:cs="Arial"/>
                <w:b/>
                <w:bCs/>
                <w:sz w:val="20"/>
                <w:szCs w:val="20"/>
                <w:lang w:val="es-PE"/>
              </w:rPr>
              <w:t>Actividad Psicomotriz Corta (11:30 - 12:00)</w:t>
            </w:r>
          </w:p>
          <w:p w14:paraId="27FDD394" w14:textId="77777777" w:rsidR="004246B5" w:rsidRPr="00774D49" w:rsidRDefault="004246B5" w:rsidP="004246B5">
            <w:pPr>
              <w:numPr>
                <w:ilvl w:val="0"/>
                <w:numId w:val="123"/>
              </w:numPr>
              <w:rPr>
                <w:rFonts w:cs="Arial"/>
                <w:sz w:val="20"/>
                <w:szCs w:val="20"/>
                <w:lang w:val="es-PE"/>
              </w:rPr>
            </w:pPr>
            <w:r w:rsidRPr="00774D49">
              <w:rPr>
                <w:rFonts w:cs="Arial"/>
                <w:b/>
                <w:bCs/>
                <w:sz w:val="20"/>
                <w:szCs w:val="20"/>
                <w:lang w:val="es-PE"/>
              </w:rPr>
              <w:t>Desarrollo Motriz:</w:t>
            </w:r>
            <w:r w:rsidRPr="00774D49">
              <w:rPr>
                <w:rFonts w:cs="Arial"/>
                <w:sz w:val="20"/>
                <w:szCs w:val="20"/>
                <w:lang w:val="es-PE"/>
              </w:rPr>
              <w:t xml:space="preserve"> En el espacio de psicomotricidad o zona despejada del aula, la docente propone el juego motor “El camino de los mensajeros”.</w:t>
            </w:r>
          </w:p>
          <w:p w14:paraId="4FAA8A57" w14:textId="77777777" w:rsidR="004246B5" w:rsidRPr="00774D49" w:rsidRDefault="004246B5" w:rsidP="004246B5">
            <w:pPr>
              <w:numPr>
                <w:ilvl w:val="0"/>
                <w:numId w:val="123"/>
              </w:numPr>
              <w:rPr>
                <w:rFonts w:cs="Arial"/>
                <w:sz w:val="20"/>
                <w:szCs w:val="20"/>
                <w:lang w:val="es-PE"/>
              </w:rPr>
            </w:pPr>
            <w:r w:rsidRPr="00774D49">
              <w:rPr>
                <w:rFonts w:cs="Arial"/>
                <w:sz w:val="20"/>
                <w:szCs w:val="20"/>
                <w:lang w:val="es-PE"/>
              </w:rPr>
              <w:t>Se colocan colchonetas y pequeños bloques de espuma en el piso. Los niños juegan de forma autónoma a avanzar gateando sobre las colchonetas y luego saltar con los pies juntos sobre los bloques suaves llevando un sobre de papel grande entre sus manos, coordinando sus movimientos motores, ensayando su agilidad corporal y divirtiéndose en parejas.</w:t>
            </w:r>
          </w:p>
          <w:p w14:paraId="5C8A0093" w14:textId="77777777" w:rsidR="004246B5" w:rsidRPr="00774D49" w:rsidRDefault="004246B5" w:rsidP="00EF208A">
            <w:pPr>
              <w:rPr>
                <w:rFonts w:cs="Arial"/>
                <w:b/>
                <w:bCs/>
                <w:sz w:val="20"/>
                <w:szCs w:val="20"/>
                <w:lang w:val="es-PE"/>
              </w:rPr>
            </w:pPr>
            <w:r w:rsidRPr="00774D49">
              <w:rPr>
                <w:rFonts w:cs="Arial"/>
                <w:b/>
                <w:bCs/>
                <w:sz w:val="20"/>
                <w:szCs w:val="20"/>
                <w:lang w:val="es-PE"/>
              </w:rPr>
              <w:t>El Taller de Expresión Artística (12:00 - 12:30)</w:t>
            </w:r>
          </w:p>
          <w:p w14:paraId="3544E07E" w14:textId="77777777" w:rsidR="004246B5" w:rsidRPr="00774D49" w:rsidRDefault="004246B5" w:rsidP="004246B5">
            <w:pPr>
              <w:numPr>
                <w:ilvl w:val="0"/>
                <w:numId w:val="124"/>
              </w:numPr>
              <w:rPr>
                <w:rFonts w:cs="Arial"/>
                <w:sz w:val="20"/>
                <w:szCs w:val="20"/>
                <w:lang w:val="es-PE"/>
              </w:rPr>
            </w:pPr>
            <w:r w:rsidRPr="00774D49">
              <w:rPr>
                <w:rFonts w:cs="Arial"/>
                <w:b/>
                <w:bCs/>
                <w:sz w:val="20"/>
                <w:szCs w:val="20"/>
                <w:lang w:val="es-PE"/>
              </w:rPr>
              <w:t>Taller de Danza y Expresión Corporal:</w:t>
            </w:r>
            <w:r w:rsidRPr="00774D49">
              <w:rPr>
                <w:rFonts w:cs="Arial"/>
                <w:sz w:val="20"/>
                <w:szCs w:val="20"/>
                <w:lang w:val="es-PE"/>
              </w:rPr>
              <w:t xml:space="preserve"> La docente acondiciona el espacio retirando las mesas hacia los lados y reproduce melodías </w:t>
            </w:r>
            <w:r w:rsidRPr="00774D49">
              <w:rPr>
                <w:rFonts w:cs="Arial"/>
                <w:sz w:val="20"/>
                <w:szCs w:val="20"/>
                <w:lang w:val="es-PE"/>
              </w:rPr>
              <w:lastRenderedPageBreak/>
              <w:t>instrumentales rítmicas de compás marcado.</w:t>
            </w:r>
          </w:p>
          <w:p w14:paraId="2E651A7D" w14:textId="77777777" w:rsidR="004246B5" w:rsidRPr="00774D49" w:rsidRDefault="004246B5" w:rsidP="004246B5">
            <w:pPr>
              <w:numPr>
                <w:ilvl w:val="0"/>
                <w:numId w:val="124"/>
              </w:numPr>
              <w:rPr>
                <w:rFonts w:cs="Arial"/>
                <w:sz w:val="20"/>
                <w:szCs w:val="20"/>
                <w:lang w:val="es-PE"/>
              </w:rPr>
            </w:pPr>
            <w:r w:rsidRPr="00774D49">
              <w:rPr>
                <w:rFonts w:cs="Arial"/>
                <w:sz w:val="20"/>
                <w:szCs w:val="20"/>
                <w:lang w:val="es-PE"/>
              </w:rPr>
              <w:t>Ofrecemos a los niños cintas elásticas anchas de colores unidas en los extremos para la libre manipulación grupal.</w:t>
            </w:r>
          </w:p>
          <w:p w14:paraId="77B609A5" w14:textId="77777777" w:rsidR="004246B5" w:rsidRPr="00774D49" w:rsidRDefault="004246B5" w:rsidP="004246B5">
            <w:pPr>
              <w:numPr>
                <w:ilvl w:val="0"/>
                <w:numId w:val="124"/>
              </w:numPr>
              <w:rPr>
                <w:rFonts w:cs="Arial"/>
                <w:sz w:val="20"/>
                <w:szCs w:val="20"/>
                <w:lang w:val="es-PE"/>
              </w:rPr>
            </w:pPr>
            <w:r w:rsidRPr="00774D49">
              <w:rPr>
                <w:rFonts w:cs="Arial"/>
                <w:sz w:val="20"/>
                <w:szCs w:val="20"/>
                <w:lang w:val="es-PE"/>
              </w:rPr>
              <w:t>Los niños juegan y bailan de forma autónoma sosteniendo la cinta en pequeños grupos, estirándola hacia arriba con los brazos, agachándose para moverla abajo, dando pasos laterales cortos y siguiendo los ritmos de la música de forma coordinada con sus compañeros.</w:t>
            </w:r>
          </w:p>
          <w:p w14:paraId="1D9CEFC9" w14:textId="77777777" w:rsidR="004246B5" w:rsidRPr="00774D49" w:rsidRDefault="004246B5" w:rsidP="004246B5">
            <w:pPr>
              <w:numPr>
                <w:ilvl w:val="0"/>
                <w:numId w:val="124"/>
              </w:numPr>
              <w:rPr>
                <w:rFonts w:cs="Arial"/>
                <w:sz w:val="20"/>
                <w:szCs w:val="20"/>
                <w:lang w:val="es-PE"/>
              </w:rPr>
            </w:pPr>
            <w:r w:rsidRPr="00774D49">
              <w:rPr>
                <w:rFonts w:cs="Arial"/>
                <w:sz w:val="20"/>
                <w:szCs w:val="20"/>
                <w:lang w:val="es-PE"/>
              </w:rPr>
              <w:t>La docente acompaña el proceso bailando junto a ellos, priorizando la libertad de movimiento, la noción del espacio compartido, el disfrute de la danza y la creatividad corporal de cada niño, evitando coreografías rígidas.</w:t>
            </w:r>
          </w:p>
          <w:p w14:paraId="28A7BAC7" w14:textId="77777777" w:rsidR="004246B5" w:rsidRPr="00774D49" w:rsidRDefault="004246B5" w:rsidP="00EF208A">
            <w:pPr>
              <w:rPr>
                <w:rFonts w:cs="Arial"/>
                <w:b/>
                <w:bCs/>
                <w:sz w:val="20"/>
                <w:szCs w:val="20"/>
                <w:lang w:val="es-PE"/>
              </w:rPr>
            </w:pPr>
            <w:r w:rsidRPr="00774D49">
              <w:rPr>
                <w:rFonts w:cs="Arial"/>
                <w:b/>
                <w:bCs/>
                <w:sz w:val="20"/>
                <w:szCs w:val="20"/>
                <w:lang w:val="es-PE"/>
              </w:rPr>
              <w:t>Rutinas de Salida (12:30)</w:t>
            </w:r>
          </w:p>
          <w:p w14:paraId="45B52614" w14:textId="77777777" w:rsidR="004246B5" w:rsidRPr="00774D49" w:rsidRDefault="004246B5" w:rsidP="004246B5">
            <w:pPr>
              <w:numPr>
                <w:ilvl w:val="0"/>
                <w:numId w:val="125"/>
              </w:numPr>
              <w:rPr>
                <w:rFonts w:cs="Arial"/>
                <w:sz w:val="20"/>
                <w:szCs w:val="20"/>
                <w:lang w:val="es-PE"/>
              </w:rPr>
            </w:pPr>
            <w:r w:rsidRPr="00774D49">
              <w:rPr>
                <w:rFonts w:cs="Arial"/>
                <w:b/>
                <w:bCs/>
                <w:sz w:val="20"/>
                <w:szCs w:val="20"/>
                <w:lang w:val="es-PE"/>
              </w:rPr>
              <w:t>Cierre:</w:t>
            </w:r>
            <w:r w:rsidRPr="00774D49">
              <w:rPr>
                <w:rFonts w:cs="Arial"/>
                <w:sz w:val="20"/>
                <w:szCs w:val="20"/>
                <w:lang w:val="es-PE"/>
              </w:rPr>
              <w:t xml:space="preserve"> Breve recuento final en asamblea sobre las experiencias de diseño gráfico y el taller de danza que más les causaron alegría y entusiasmo durante el día en el aula de clases.</w:t>
            </w:r>
          </w:p>
          <w:p w14:paraId="5182B989" w14:textId="77777777" w:rsidR="004246B5" w:rsidRPr="00774D49" w:rsidRDefault="004246B5" w:rsidP="004246B5">
            <w:pPr>
              <w:numPr>
                <w:ilvl w:val="0"/>
                <w:numId w:val="125"/>
              </w:numPr>
              <w:rPr>
                <w:rFonts w:cs="Arial"/>
                <w:sz w:val="20"/>
                <w:szCs w:val="20"/>
                <w:lang w:val="es-PE"/>
              </w:rPr>
            </w:pPr>
            <w:r w:rsidRPr="00774D49">
              <w:rPr>
                <w:rFonts w:cs="Arial"/>
                <w:sz w:val="20"/>
                <w:szCs w:val="20"/>
                <w:lang w:val="es-PE"/>
              </w:rPr>
              <w:t>Se acompaña y orienta a los niños en el orden de sus mochilas, colocación autónoma de abrigos y recojo de sus pertenencias personales de forma independiente.</w:t>
            </w:r>
          </w:p>
          <w:p w14:paraId="1F14A8AB" w14:textId="77777777" w:rsidR="004246B5" w:rsidRPr="00774D49" w:rsidRDefault="004246B5" w:rsidP="004246B5">
            <w:pPr>
              <w:numPr>
                <w:ilvl w:val="0"/>
                <w:numId w:val="125"/>
              </w:numPr>
              <w:rPr>
                <w:rFonts w:cs="Arial"/>
                <w:sz w:val="20"/>
                <w:szCs w:val="20"/>
                <w:lang w:val="es-PE"/>
              </w:rPr>
            </w:pPr>
            <w:r w:rsidRPr="00774D49">
              <w:rPr>
                <w:rFonts w:cs="Arial"/>
                <w:sz w:val="20"/>
                <w:szCs w:val="20"/>
                <w:lang w:val="es-PE"/>
              </w:rPr>
              <w:t>Despedida afectuosa y personalizada a cada estudiante en la puerta del aula, entregándolo formalmente a su padre, madre o adulto responsable autorizado.</w:t>
            </w:r>
          </w:p>
        </w:tc>
        <w:tc>
          <w:tcPr>
            <w:tcW w:w="1795" w:type="dxa"/>
            <w:vAlign w:val="center"/>
          </w:tcPr>
          <w:p w14:paraId="7697712C" w14:textId="77777777" w:rsidR="004246B5" w:rsidRPr="00774D49" w:rsidRDefault="004246B5" w:rsidP="007C4A5F">
            <w:pPr>
              <w:rPr>
                <w:rFonts w:cs="Arial"/>
                <w:sz w:val="20"/>
                <w:szCs w:val="20"/>
                <w:lang w:val="es-PE"/>
              </w:rPr>
            </w:pPr>
            <w:r w:rsidRPr="00774D49">
              <w:rPr>
                <w:rFonts w:cs="Arial"/>
                <w:sz w:val="20"/>
                <w:szCs w:val="20"/>
                <w:lang w:val="es-PE"/>
              </w:rPr>
              <w:lastRenderedPageBreak/>
              <w:t>Cartones planos grandes reciclados o cartulinas gruesas de base.</w:t>
            </w:r>
          </w:p>
          <w:p w14:paraId="2ADDA902" w14:textId="77777777" w:rsidR="004246B5" w:rsidRPr="00774D49" w:rsidRDefault="004246B5" w:rsidP="007C4A5F">
            <w:pPr>
              <w:rPr>
                <w:rFonts w:cs="Arial"/>
                <w:sz w:val="20"/>
                <w:szCs w:val="20"/>
                <w:lang w:val="es-PE"/>
              </w:rPr>
            </w:pPr>
            <w:r w:rsidRPr="00774D49">
              <w:rPr>
                <w:rFonts w:cs="Arial"/>
                <w:sz w:val="20"/>
                <w:szCs w:val="20"/>
                <w:lang w:val="es-PE"/>
              </w:rPr>
              <w:t>Fotografías impresas de los niños realizando las actividades del mes.</w:t>
            </w:r>
          </w:p>
          <w:p w14:paraId="14A98DAB" w14:textId="77777777" w:rsidR="004246B5" w:rsidRPr="00774D49" w:rsidRDefault="004246B5" w:rsidP="007C4A5F">
            <w:pPr>
              <w:rPr>
                <w:rFonts w:cs="Arial"/>
                <w:sz w:val="20"/>
                <w:szCs w:val="20"/>
                <w:lang w:val="es-PE"/>
              </w:rPr>
            </w:pPr>
            <w:r w:rsidRPr="00774D49">
              <w:rPr>
                <w:rFonts w:cs="Arial"/>
                <w:sz w:val="20"/>
                <w:szCs w:val="20"/>
                <w:lang w:val="es-PE"/>
              </w:rPr>
              <w:t>Siluetas de papel de colores variados y goma escolar líquida dispuesta en platos plásticos.</w:t>
            </w:r>
          </w:p>
          <w:p w14:paraId="47AC87BA" w14:textId="77777777" w:rsidR="004246B5" w:rsidRPr="00774D49" w:rsidRDefault="004246B5" w:rsidP="007C4A5F">
            <w:pPr>
              <w:rPr>
                <w:rFonts w:cs="Arial"/>
                <w:sz w:val="20"/>
                <w:szCs w:val="20"/>
                <w:lang w:val="es-PE"/>
              </w:rPr>
            </w:pPr>
            <w:r w:rsidRPr="00774D49">
              <w:rPr>
                <w:rFonts w:cs="Arial"/>
                <w:sz w:val="20"/>
                <w:szCs w:val="20"/>
                <w:lang w:val="es-PE"/>
              </w:rPr>
              <w:t>Tapas de plástico grandes y frascos vacíos (caja de espera).</w:t>
            </w:r>
          </w:p>
          <w:p w14:paraId="40DFC3A9" w14:textId="77777777" w:rsidR="004246B5" w:rsidRPr="00774D49" w:rsidRDefault="004246B5" w:rsidP="007C4A5F">
            <w:pPr>
              <w:rPr>
                <w:rFonts w:cs="Arial"/>
                <w:sz w:val="20"/>
                <w:szCs w:val="20"/>
                <w:lang w:val="es-PE"/>
              </w:rPr>
            </w:pPr>
            <w:r w:rsidRPr="00774D49">
              <w:rPr>
                <w:rFonts w:cs="Arial"/>
                <w:sz w:val="20"/>
                <w:szCs w:val="20"/>
                <w:lang w:val="es-PE"/>
              </w:rPr>
              <w:t>Colchonetas, bloques de espuma y sobres de papel grandes para psicomotricidad.</w:t>
            </w:r>
          </w:p>
          <w:p w14:paraId="6362031C" w14:textId="77777777" w:rsidR="004246B5" w:rsidRPr="00774D49" w:rsidRDefault="004246B5" w:rsidP="007C4A5F">
            <w:pPr>
              <w:rPr>
                <w:rFonts w:cs="Arial"/>
                <w:sz w:val="20"/>
                <w:szCs w:val="20"/>
                <w:lang w:val="es-PE"/>
              </w:rPr>
            </w:pPr>
            <w:r w:rsidRPr="00774D49">
              <w:rPr>
                <w:rFonts w:cs="Arial"/>
                <w:sz w:val="20"/>
                <w:szCs w:val="20"/>
                <w:lang w:val="es-PE"/>
              </w:rPr>
              <w:t>Cintas elásticas de colores y reproductor de audio con música rítmica (taller).</w:t>
            </w:r>
          </w:p>
          <w:p w14:paraId="421E2569" w14:textId="77777777" w:rsidR="004246B5" w:rsidRPr="00774D49" w:rsidRDefault="004246B5" w:rsidP="007C4A5F">
            <w:pPr>
              <w:rPr>
                <w:rFonts w:cs="Arial"/>
                <w:sz w:val="20"/>
                <w:szCs w:val="20"/>
                <w:lang w:val="es-PE"/>
              </w:rPr>
            </w:pPr>
            <w:r w:rsidRPr="00774D49">
              <w:rPr>
                <w:rFonts w:cs="Arial"/>
                <w:sz w:val="20"/>
                <w:szCs w:val="20"/>
                <w:lang w:val="es-PE"/>
              </w:rPr>
              <w:t xml:space="preserve">Cojines </w:t>
            </w:r>
            <w:r w:rsidRPr="00774D49">
              <w:rPr>
                <w:rFonts w:cs="Arial"/>
                <w:sz w:val="20"/>
                <w:szCs w:val="20"/>
                <w:lang w:val="es-PE"/>
              </w:rPr>
              <w:lastRenderedPageBreak/>
              <w:t>individuales para la asamblea y panel visual de asistencia.</w:t>
            </w:r>
          </w:p>
        </w:tc>
        <w:tc>
          <w:tcPr>
            <w:tcW w:w="1673" w:type="dxa"/>
            <w:vAlign w:val="center"/>
          </w:tcPr>
          <w:p w14:paraId="198DF7A0" w14:textId="77777777" w:rsidR="004246B5" w:rsidRPr="00774D49" w:rsidRDefault="004246B5" w:rsidP="007C4A5F">
            <w:pPr>
              <w:rPr>
                <w:rFonts w:cs="Arial"/>
                <w:sz w:val="20"/>
                <w:szCs w:val="20"/>
                <w:lang w:val="es-PE"/>
              </w:rPr>
            </w:pPr>
            <w:r w:rsidRPr="00774D49">
              <w:rPr>
                <w:rFonts w:cs="Arial"/>
                <w:sz w:val="20"/>
                <w:szCs w:val="20"/>
                <w:lang w:val="es-PE"/>
              </w:rPr>
              <w:lastRenderedPageBreak/>
              <w:t>Observar cómo se organiza el niño o niña al interactuar con las fotografías y colocarlas de forma libre sobre el cartón para armar el panel de la exposición.</w:t>
            </w:r>
          </w:p>
          <w:p w14:paraId="76617DBA" w14:textId="77777777" w:rsidR="004246B5" w:rsidRPr="00774D49" w:rsidRDefault="004246B5" w:rsidP="007C4A5F">
            <w:pPr>
              <w:rPr>
                <w:rFonts w:cs="Arial"/>
                <w:sz w:val="20"/>
                <w:szCs w:val="20"/>
                <w:lang w:val="es-PE"/>
              </w:rPr>
            </w:pPr>
            <w:r w:rsidRPr="00774D49">
              <w:rPr>
                <w:rFonts w:cs="Arial"/>
                <w:sz w:val="20"/>
                <w:szCs w:val="20"/>
                <w:lang w:val="es-PE"/>
              </w:rPr>
              <w:t>Observar cómo se comunica y comparte los materiales adhesivos con sus compañeros de mesa durante el trabajo artístico grupal.</w:t>
            </w:r>
          </w:p>
        </w:tc>
      </w:tr>
      <w:tr w:rsidR="00895ADD" w:rsidRPr="00774D49" w14:paraId="0D0814BF" w14:textId="77777777" w:rsidTr="00BC1D22">
        <w:trPr>
          <w:jc w:val="center"/>
        </w:trPr>
        <w:tc>
          <w:tcPr>
            <w:tcW w:w="2366" w:type="dxa"/>
            <w:gridSpan w:val="2"/>
            <w:vAlign w:val="center"/>
          </w:tcPr>
          <w:p w14:paraId="4EAB0E26" w14:textId="65B2244C" w:rsidR="00895ADD" w:rsidRPr="00774D49" w:rsidRDefault="00895ADD" w:rsidP="007C4A5F">
            <w:pPr>
              <w:rPr>
                <w:rFonts w:cs="Arial"/>
                <w:sz w:val="20"/>
                <w:szCs w:val="20"/>
                <w:lang w:val="es-PE"/>
              </w:rPr>
            </w:pPr>
            <w:r w:rsidRPr="00895ADD">
              <w:rPr>
                <w:rFonts w:cs="Arial"/>
                <w:b/>
                <w:bCs/>
                <w:szCs w:val="19"/>
                <w:lang w:val="es-PE"/>
              </w:rPr>
              <w:lastRenderedPageBreak/>
              <w:t>Áreas a observar:</w:t>
            </w:r>
          </w:p>
        </w:tc>
        <w:tc>
          <w:tcPr>
            <w:tcW w:w="4928" w:type="dxa"/>
            <w:vAlign w:val="center"/>
          </w:tcPr>
          <w:p w14:paraId="134AA4F2" w14:textId="79CFFB92" w:rsidR="00895ADD" w:rsidRPr="009A514E" w:rsidRDefault="009A514E" w:rsidP="00EF208A">
            <w:pPr>
              <w:rPr>
                <w:rFonts w:cs="Arial"/>
                <w:sz w:val="20"/>
                <w:szCs w:val="20"/>
                <w:lang w:val="es-PE"/>
              </w:rPr>
            </w:pPr>
            <w:r w:rsidRPr="009A514E">
              <w:rPr>
                <w:rFonts w:cs="Arial"/>
                <w:sz w:val="20"/>
                <w:szCs w:val="20"/>
                <w:lang w:val="es-PE"/>
              </w:rPr>
              <w:t>Psicomotricidad, Matemática, y Personal Social.</w:t>
            </w:r>
          </w:p>
        </w:tc>
        <w:tc>
          <w:tcPr>
            <w:tcW w:w="1795" w:type="dxa"/>
            <w:vAlign w:val="center"/>
          </w:tcPr>
          <w:p w14:paraId="31A682ED" w14:textId="77777777" w:rsidR="00895ADD" w:rsidRPr="00774D49" w:rsidRDefault="00895ADD" w:rsidP="007C4A5F">
            <w:pPr>
              <w:rPr>
                <w:rFonts w:cs="Arial"/>
                <w:sz w:val="20"/>
                <w:szCs w:val="20"/>
                <w:lang w:val="es-PE"/>
              </w:rPr>
            </w:pPr>
          </w:p>
        </w:tc>
        <w:tc>
          <w:tcPr>
            <w:tcW w:w="1673" w:type="dxa"/>
            <w:vAlign w:val="center"/>
          </w:tcPr>
          <w:p w14:paraId="5BF97B9D" w14:textId="77777777" w:rsidR="00895ADD" w:rsidRPr="00774D49" w:rsidRDefault="00895ADD" w:rsidP="007C4A5F">
            <w:pPr>
              <w:rPr>
                <w:rFonts w:cs="Arial"/>
                <w:sz w:val="20"/>
                <w:szCs w:val="20"/>
                <w:lang w:val="es-PE"/>
              </w:rPr>
            </w:pPr>
          </w:p>
        </w:tc>
      </w:tr>
      <w:tr w:rsidR="004246B5" w:rsidRPr="00774D49" w14:paraId="15C9FEEA" w14:textId="77777777" w:rsidTr="00895ADD">
        <w:trPr>
          <w:jc w:val="center"/>
        </w:trPr>
        <w:tc>
          <w:tcPr>
            <w:tcW w:w="693" w:type="dxa"/>
            <w:vAlign w:val="center"/>
          </w:tcPr>
          <w:p w14:paraId="390004F5" w14:textId="77777777" w:rsidR="004246B5" w:rsidRPr="00774D49" w:rsidRDefault="004246B5" w:rsidP="007C4A5F">
            <w:pPr>
              <w:rPr>
                <w:rFonts w:cs="Arial"/>
                <w:sz w:val="20"/>
                <w:szCs w:val="20"/>
                <w:lang w:val="es-PE"/>
              </w:rPr>
            </w:pPr>
            <w:r w:rsidRPr="00774D49">
              <w:rPr>
                <w:rFonts w:cs="Arial"/>
                <w:sz w:val="20"/>
                <w:szCs w:val="20"/>
                <w:lang w:val="es-PE"/>
              </w:rPr>
              <w:t>Día 18</w:t>
            </w:r>
          </w:p>
        </w:tc>
        <w:tc>
          <w:tcPr>
            <w:tcW w:w="1673" w:type="dxa"/>
            <w:vAlign w:val="center"/>
          </w:tcPr>
          <w:p w14:paraId="50CAEFCA" w14:textId="77777777" w:rsidR="004246B5" w:rsidRPr="00774D49" w:rsidRDefault="004246B5" w:rsidP="007C4A5F">
            <w:pPr>
              <w:rPr>
                <w:rFonts w:cs="Arial"/>
                <w:sz w:val="20"/>
                <w:szCs w:val="20"/>
                <w:lang w:val="es-PE"/>
              </w:rPr>
            </w:pPr>
            <w:r w:rsidRPr="00774D49">
              <w:rPr>
                <w:rFonts w:cs="Arial"/>
                <w:sz w:val="20"/>
                <w:szCs w:val="20"/>
                <w:lang w:val="es-PE"/>
              </w:rPr>
              <w:t>Ensayamos cómo mostrar nuestros espacios a las visitas</w:t>
            </w:r>
          </w:p>
        </w:tc>
        <w:tc>
          <w:tcPr>
            <w:tcW w:w="4928" w:type="dxa"/>
            <w:vAlign w:val="center"/>
          </w:tcPr>
          <w:p w14:paraId="145DE87C" w14:textId="77777777" w:rsidR="004246B5" w:rsidRPr="00774D49" w:rsidRDefault="004246B5" w:rsidP="008722EA">
            <w:pPr>
              <w:rPr>
                <w:rFonts w:cs="Arial"/>
                <w:b/>
                <w:bCs/>
                <w:sz w:val="20"/>
                <w:szCs w:val="20"/>
                <w:lang w:val="es-PE"/>
              </w:rPr>
            </w:pPr>
            <w:r w:rsidRPr="00774D49">
              <w:rPr>
                <w:rFonts w:cs="Arial"/>
                <w:b/>
                <w:bCs/>
                <w:sz w:val="20"/>
                <w:szCs w:val="20"/>
                <w:lang w:val="es-PE"/>
              </w:rPr>
              <w:t>Rutinas de Entrada (08:00 - 08:30)</w:t>
            </w:r>
          </w:p>
          <w:p w14:paraId="71AC9730" w14:textId="77777777" w:rsidR="004246B5" w:rsidRPr="00774D49" w:rsidRDefault="004246B5" w:rsidP="004246B5">
            <w:pPr>
              <w:numPr>
                <w:ilvl w:val="0"/>
                <w:numId w:val="126"/>
              </w:numPr>
              <w:rPr>
                <w:rFonts w:cs="Arial"/>
                <w:sz w:val="20"/>
                <w:szCs w:val="20"/>
                <w:lang w:val="es-PE"/>
              </w:rPr>
            </w:pPr>
            <w:r w:rsidRPr="00774D49">
              <w:rPr>
                <w:rFonts w:cs="Arial"/>
                <w:b/>
                <w:bCs/>
                <w:sz w:val="20"/>
                <w:szCs w:val="20"/>
                <w:lang w:val="es-PE"/>
              </w:rPr>
              <w:t>Recepción:</w:t>
            </w:r>
            <w:r w:rsidRPr="00774D49">
              <w:rPr>
                <w:rFonts w:cs="Arial"/>
                <w:sz w:val="20"/>
                <w:szCs w:val="20"/>
                <w:lang w:val="es-PE"/>
              </w:rPr>
              <w:t xml:space="preserve"> Recibimiento personalizado y afectuoso a la altura del niño, saludándolo por su nombre con palabras amables, agachándose para establecer contacto visual directo y brindándole un entorno de absoluta calma y seguridad emocional en su ingreso al aula.</w:t>
            </w:r>
          </w:p>
          <w:p w14:paraId="05310AD8" w14:textId="77777777" w:rsidR="004246B5" w:rsidRPr="00774D49" w:rsidRDefault="004246B5" w:rsidP="004246B5">
            <w:pPr>
              <w:numPr>
                <w:ilvl w:val="0"/>
                <w:numId w:val="126"/>
              </w:numPr>
              <w:rPr>
                <w:rFonts w:cs="Arial"/>
                <w:sz w:val="20"/>
                <w:szCs w:val="20"/>
                <w:lang w:val="es-PE"/>
              </w:rPr>
            </w:pPr>
            <w:r w:rsidRPr="00774D49">
              <w:rPr>
                <w:rFonts w:cs="Arial"/>
                <w:sz w:val="20"/>
                <w:szCs w:val="20"/>
                <w:lang w:val="es-PE"/>
              </w:rPr>
              <w:t>Se realiza la verificación del estado físico y emocional de cada estudiante, entablando un breve diálogo de confianza con el padre de familia o cuidador para recoger datos relevantes del bienestar del niño al iniciar la mañana.</w:t>
            </w:r>
          </w:p>
          <w:p w14:paraId="4579C46E" w14:textId="77777777" w:rsidR="004246B5" w:rsidRPr="00774D49" w:rsidRDefault="004246B5" w:rsidP="004246B5">
            <w:pPr>
              <w:numPr>
                <w:ilvl w:val="0"/>
                <w:numId w:val="126"/>
              </w:numPr>
              <w:rPr>
                <w:rFonts w:cs="Arial"/>
                <w:sz w:val="20"/>
                <w:szCs w:val="20"/>
                <w:lang w:val="es-PE"/>
              </w:rPr>
            </w:pPr>
            <w:r w:rsidRPr="00774D49">
              <w:rPr>
                <w:rFonts w:cs="Arial"/>
                <w:sz w:val="20"/>
                <w:szCs w:val="20"/>
                <w:lang w:val="es-PE"/>
              </w:rPr>
              <w:t>Se permite el uso de un objeto de apego (como un peluche, mantita o juguete pequeño traído de casa) si el niño lo requiere para manejar la ansiedad de la separación familiar y facilitar su transición armónica al espacio escolar.</w:t>
            </w:r>
          </w:p>
          <w:p w14:paraId="6B718022" w14:textId="77777777" w:rsidR="004246B5" w:rsidRPr="00774D49" w:rsidRDefault="004246B5" w:rsidP="004246B5">
            <w:pPr>
              <w:numPr>
                <w:ilvl w:val="0"/>
                <w:numId w:val="126"/>
              </w:numPr>
              <w:rPr>
                <w:rFonts w:cs="Arial"/>
                <w:sz w:val="20"/>
                <w:szCs w:val="20"/>
                <w:lang w:val="es-PE"/>
              </w:rPr>
            </w:pPr>
            <w:r w:rsidRPr="00774D49">
              <w:rPr>
                <w:rFonts w:cs="Arial"/>
                <w:sz w:val="20"/>
                <w:szCs w:val="20"/>
                <w:lang w:val="es-PE"/>
              </w:rPr>
              <w:t xml:space="preserve">Se acompaña al niño a colocar su mochila, lonchera and abrigo en su respectivo casillero asignado, promoviendo el reconocimiento de su espacio personal a través de las etiquetas visuales con su </w:t>
            </w:r>
            <w:r w:rsidRPr="00774D49">
              <w:rPr>
                <w:rFonts w:cs="Arial"/>
                <w:sz w:val="20"/>
                <w:szCs w:val="20"/>
                <w:lang w:val="es-PE"/>
              </w:rPr>
              <w:lastRenderedPageBreak/>
              <w:t>fotografía.</w:t>
            </w:r>
          </w:p>
          <w:p w14:paraId="7C4D7FD3" w14:textId="77777777" w:rsidR="004246B5" w:rsidRPr="00774D49" w:rsidRDefault="004246B5" w:rsidP="004246B5">
            <w:pPr>
              <w:numPr>
                <w:ilvl w:val="0"/>
                <w:numId w:val="126"/>
              </w:numPr>
              <w:rPr>
                <w:rFonts w:cs="Arial"/>
                <w:sz w:val="20"/>
                <w:szCs w:val="20"/>
                <w:lang w:val="es-PE"/>
              </w:rPr>
            </w:pPr>
            <w:r w:rsidRPr="00774D49">
              <w:rPr>
                <w:rFonts w:cs="Arial"/>
                <w:b/>
                <w:bCs/>
                <w:sz w:val="20"/>
                <w:szCs w:val="20"/>
                <w:lang w:val="es-PE"/>
              </w:rPr>
              <w:t>Cajas de Espera:</w:t>
            </w:r>
            <w:r w:rsidRPr="00774D49">
              <w:rPr>
                <w:rFonts w:cs="Arial"/>
                <w:sz w:val="20"/>
                <w:szCs w:val="20"/>
                <w:lang w:val="es-PE"/>
              </w:rPr>
              <w:t xml:space="preserve"> Colocación de canastas plásticas en las mesas con linternas plásticas de juguete y lentes de cartón coloridos para una transición tranquila, permitiendo que los niños las manipulen, exploren el espacio del aula jugando a enfocar objetos y simulen ser “guías exploradores” mientras llegan sus compañeros.</w:t>
            </w:r>
          </w:p>
          <w:p w14:paraId="442DBC03" w14:textId="77777777" w:rsidR="004246B5" w:rsidRPr="00774D49" w:rsidRDefault="004246B5" w:rsidP="004246B5">
            <w:pPr>
              <w:numPr>
                <w:ilvl w:val="0"/>
                <w:numId w:val="126"/>
              </w:numPr>
              <w:rPr>
                <w:rFonts w:cs="Arial"/>
                <w:sz w:val="20"/>
                <w:szCs w:val="20"/>
                <w:lang w:val="es-PE"/>
              </w:rPr>
            </w:pPr>
            <w:r w:rsidRPr="00774D49">
              <w:rPr>
                <w:rFonts w:cs="Arial"/>
                <w:b/>
                <w:bCs/>
                <w:sz w:val="20"/>
                <w:szCs w:val="20"/>
                <w:lang w:val="es-PE"/>
              </w:rPr>
              <w:t>Actividades Permanentes:</w:t>
            </w:r>
            <w:r w:rsidRPr="00774D49">
              <w:rPr>
                <w:rFonts w:cs="Arial"/>
                <w:sz w:val="20"/>
                <w:szCs w:val="20"/>
                <w:lang w:val="es-PE"/>
              </w:rPr>
              <w:t xml:space="preserve"> Asamblea breve en semicírculo sobre cojines individuales distribuidos en el piso para delimitar el espacio físico de cada estudiante.</w:t>
            </w:r>
          </w:p>
          <w:p w14:paraId="29928A65" w14:textId="77777777" w:rsidR="004246B5" w:rsidRPr="00774D49" w:rsidRDefault="004246B5" w:rsidP="004246B5">
            <w:pPr>
              <w:numPr>
                <w:ilvl w:val="0"/>
                <w:numId w:val="126"/>
              </w:numPr>
              <w:rPr>
                <w:rFonts w:cs="Arial"/>
                <w:sz w:val="20"/>
                <w:szCs w:val="20"/>
                <w:lang w:val="es-PE"/>
              </w:rPr>
            </w:pPr>
            <w:r w:rsidRPr="00774D49">
              <w:rPr>
                <w:rFonts w:cs="Arial"/>
                <w:sz w:val="20"/>
                <w:szCs w:val="20"/>
                <w:lang w:val="es-PE"/>
              </w:rPr>
              <w:t>Cantamos la canción del saludo del aula para integrarnos, aplaudiendo y realizando movimientos corporales rítmicos acordes a la melodía.</w:t>
            </w:r>
          </w:p>
          <w:p w14:paraId="75D40D38" w14:textId="77777777" w:rsidR="004246B5" w:rsidRPr="00774D49" w:rsidRDefault="004246B5" w:rsidP="004246B5">
            <w:pPr>
              <w:numPr>
                <w:ilvl w:val="0"/>
                <w:numId w:val="126"/>
              </w:numPr>
              <w:rPr>
                <w:rFonts w:cs="Arial"/>
                <w:sz w:val="20"/>
                <w:szCs w:val="20"/>
                <w:lang w:val="es-PE"/>
              </w:rPr>
            </w:pPr>
            <w:r w:rsidRPr="00774D49">
              <w:rPr>
                <w:rFonts w:cs="Arial"/>
                <w:sz w:val="20"/>
                <w:szCs w:val="20"/>
                <w:lang w:val="es-PE"/>
              </w:rPr>
              <w:t>Registramos la asistencia de manera visual y participativa, invitando a cada niño a buscar la tarjeta con su fotografía y colocarla en el panel de asistencia de “Los que vinieron hoy”.</w:t>
            </w:r>
          </w:p>
          <w:p w14:paraId="630C16F3" w14:textId="77777777" w:rsidR="004246B5" w:rsidRPr="00774D49" w:rsidRDefault="004246B5" w:rsidP="004246B5">
            <w:pPr>
              <w:numPr>
                <w:ilvl w:val="0"/>
                <w:numId w:val="126"/>
              </w:numPr>
              <w:rPr>
                <w:rFonts w:cs="Arial"/>
                <w:sz w:val="20"/>
                <w:szCs w:val="20"/>
                <w:lang w:val="es-PE"/>
              </w:rPr>
            </w:pPr>
            <w:r w:rsidRPr="00774D49">
              <w:rPr>
                <w:rFonts w:cs="Arial"/>
                <w:sz w:val="20"/>
                <w:szCs w:val="20"/>
                <w:lang w:val="es-PE"/>
              </w:rPr>
              <w:t>Revisamos el calendario de forma lúdica, identificando el día de la semana con apoyo de una canción corta y actualizando el cartel del clima (soleado, lluvioso o nublado) asomándonos brevemente a la ventana del aula.</w:t>
            </w:r>
          </w:p>
          <w:p w14:paraId="61D960FC" w14:textId="77777777" w:rsidR="004246B5" w:rsidRPr="00774D49" w:rsidRDefault="004246B5" w:rsidP="008722EA">
            <w:pPr>
              <w:rPr>
                <w:rFonts w:cs="Arial"/>
                <w:b/>
                <w:bCs/>
                <w:sz w:val="20"/>
                <w:szCs w:val="20"/>
                <w:lang w:val="es-PE"/>
              </w:rPr>
            </w:pPr>
            <w:r w:rsidRPr="00774D49">
              <w:rPr>
                <w:rFonts w:cs="Arial"/>
                <w:b/>
                <w:bCs/>
                <w:sz w:val="20"/>
                <w:szCs w:val="20"/>
                <w:lang w:val="es-PE"/>
              </w:rPr>
              <w:t>Juego Libre en los espacios (08:30 - 09:30)</w:t>
            </w:r>
          </w:p>
          <w:p w14:paraId="6B6A9549" w14:textId="77777777" w:rsidR="004246B5" w:rsidRPr="00774D49" w:rsidRDefault="004246B5" w:rsidP="004246B5">
            <w:pPr>
              <w:numPr>
                <w:ilvl w:val="0"/>
                <w:numId w:val="127"/>
              </w:numPr>
              <w:rPr>
                <w:rFonts w:cs="Arial"/>
                <w:sz w:val="20"/>
                <w:szCs w:val="20"/>
                <w:lang w:val="es-PE"/>
              </w:rPr>
            </w:pPr>
            <w:r w:rsidRPr="00774D49">
              <w:rPr>
                <w:rFonts w:cs="Arial"/>
                <w:b/>
                <w:bCs/>
                <w:sz w:val="20"/>
                <w:szCs w:val="20"/>
                <w:lang w:val="es-PE"/>
              </w:rPr>
              <w:t>Planificación y Organización (Fase 1):</w:t>
            </w:r>
            <w:r w:rsidRPr="00774D49">
              <w:rPr>
                <w:rFonts w:cs="Arial"/>
                <w:sz w:val="20"/>
                <w:szCs w:val="20"/>
                <w:lang w:val="es-PE"/>
              </w:rPr>
              <w:t xml:space="preserve"> Los niños se sientan en círculo en el espacio de asamblea principal, recuerdan las normas de convivencia básicas para el juego (compartir los materiales, cuidar a los amigos y no correr) y eligen de forma autónoma a qué sector desean ir (Construcción, Lectura o Arte).</w:t>
            </w:r>
          </w:p>
          <w:p w14:paraId="72EE0761" w14:textId="77777777" w:rsidR="004246B5" w:rsidRPr="00774D49" w:rsidRDefault="004246B5" w:rsidP="004246B5">
            <w:pPr>
              <w:numPr>
                <w:ilvl w:val="0"/>
                <w:numId w:val="127"/>
              </w:numPr>
              <w:rPr>
                <w:rFonts w:cs="Arial"/>
                <w:sz w:val="20"/>
                <w:szCs w:val="20"/>
                <w:lang w:val="es-PE"/>
              </w:rPr>
            </w:pPr>
            <w:r w:rsidRPr="00774D49">
              <w:rPr>
                <w:rFonts w:cs="Arial"/>
                <w:sz w:val="20"/>
                <w:szCs w:val="20"/>
                <w:lang w:val="es-PE"/>
              </w:rPr>
              <w:t>Se organizan en pequeños grupos y la docente les distribuye collares o carnés identificadores con el color del sector seleccionado para la autorregulación del aforo y asegurar que cada espacio cuente con la cantidad adecuada de niños.</w:t>
            </w:r>
          </w:p>
          <w:p w14:paraId="309E09CD" w14:textId="77777777" w:rsidR="004246B5" w:rsidRPr="00774D49" w:rsidRDefault="004246B5" w:rsidP="004246B5">
            <w:pPr>
              <w:numPr>
                <w:ilvl w:val="0"/>
                <w:numId w:val="127"/>
              </w:numPr>
              <w:rPr>
                <w:rFonts w:cs="Arial"/>
                <w:sz w:val="20"/>
                <w:szCs w:val="20"/>
                <w:lang w:val="es-PE"/>
              </w:rPr>
            </w:pPr>
            <w:r w:rsidRPr="00774D49">
              <w:rPr>
                <w:rFonts w:cs="Arial"/>
                <w:b/>
                <w:bCs/>
                <w:sz w:val="20"/>
                <w:szCs w:val="20"/>
                <w:lang w:val="es-PE"/>
              </w:rPr>
              <w:t>Desarrollo o Ejecución (Fase 2):</w:t>
            </w:r>
            <w:r w:rsidRPr="00774D49">
              <w:rPr>
                <w:rFonts w:cs="Arial"/>
                <w:sz w:val="20"/>
                <w:szCs w:val="20"/>
                <w:lang w:val="es-PE"/>
              </w:rPr>
              <w:t xml:space="preserve"> Los niños se desplazan a los sectores elegidos y juegan libremente con los materiales dispuestos en los estantes bajos de manera autónoma.</w:t>
            </w:r>
          </w:p>
          <w:p w14:paraId="39EAD72A" w14:textId="77777777" w:rsidR="004246B5" w:rsidRPr="00774D49" w:rsidRDefault="004246B5" w:rsidP="004246B5">
            <w:pPr>
              <w:numPr>
                <w:ilvl w:val="0"/>
                <w:numId w:val="127"/>
              </w:numPr>
              <w:rPr>
                <w:rFonts w:cs="Arial"/>
                <w:sz w:val="20"/>
                <w:szCs w:val="20"/>
                <w:lang w:val="es-PE"/>
              </w:rPr>
            </w:pPr>
            <w:r w:rsidRPr="00774D49">
              <w:rPr>
                <w:rFonts w:cs="Arial"/>
                <w:sz w:val="20"/>
                <w:szCs w:val="20"/>
                <w:lang w:val="es-PE"/>
              </w:rPr>
              <w:t>La docente realiza un acompañamiento indirecto y observa el juego sin interrumpir las iniciativas de los niños, identificando las interacciones sociales, las formas de comunicación, los conflictos espontáneos y registrando estas evidencias de manera descriptiva en su cuaderno de campo.</w:t>
            </w:r>
          </w:p>
          <w:p w14:paraId="014D29FF" w14:textId="77777777" w:rsidR="004246B5" w:rsidRPr="00774D49" w:rsidRDefault="004246B5" w:rsidP="004246B5">
            <w:pPr>
              <w:numPr>
                <w:ilvl w:val="0"/>
                <w:numId w:val="127"/>
              </w:numPr>
              <w:rPr>
                <w:rFonts w:cs="Arial"/>
                <w:sz w:val="20"/>
                <w:szCs w:val="20"/>
                <w:lang w:val="es-PE"/>
              </w:rPr>
            </w:pPr>
            <w:r w:rsidRPr="00774D49">
              <w:rPr>
                <w:rFonts w:cs="Arial"/>
                <w:b/>
                <w:bCs/>
                <w:sz w:val="20"/>
                <w:szCs w:val="20"/>
                <w:lang w:val="es-PE"/>
              </w:rPr>
              <w:t>Orden, Socialización y Representación (Fase 3):</w:t>
            </w:r>
            <w:r w:rsidRPr="00774D49">
              <w:rPr>
                <w:rFonts w:cs="Arial"/>
                <w:sz w:val="20"/>
                <w:szCs w:val="20"/>
                <w:lang w:val="es-PE"/>
              </w:rPr>
              <w:t xml:space="preserve"> Cantamos una canción de orden </w:t>
            </w:r>
            <w:r w:rsidRPr="00774D49">
              <w:rPr>
                <w:rFonts w:cs="Arial"/>
                <w:sz w:val="20"/>
                <w:szCs w:val="20"/>
                <w:lang w:val="es-PE"/>
              </w:rPr>
              <w:lastRenderedPageBreak/>
              <w:t>tradicional del nivel Inicial para anticipar el cierre del juego.</w:t>
            </w:r>
          </w:p>
          <w:p w14:paraId="0850D6E9" w14:textId="77777777" w:rsidR="004246B5" w:rsidRPr="00774D49" w:rsidRDefault="004246B5" w:rsidP="004246B5">
            <w:pPr>
              <w:numPr>
                <w:ilvl w:val="0"/>
                <w:numId w:val="127"/>
              </w:numPr>
              <w:rPr>
                <w:rFonts w:cs="Arial"/>
                <w:sz w:val="20"/>
                <w:szCs w:val="20"/>
                <w:lang w:val="es-PE"/>
              </w:rPr>
            </w:pPr>
            <w:r w:rsidRPr="00774D49">
              <w:rPr>
                <w:rFonts w:cs="Arial"/>
                <w:sz w:val="20"/>
                <w:szCs w:val="20"/>
                <w:lang w:val="es-PE"/>
              </w:rPr>
              <w:t>Los niños guardan de manera colaborativa los materiales en las canastas rotuladas con siluetas y dibujos, colocándolas de vuelta en los estantes correspondientes.</w:t>
            </w:r>
          </w:p>
          <w:p w14:paraId="20514FC3" w14:textId="77777777" w:rsidR="004246B5" w:rsidRPr="00774D49" w:rsidRDefault="004246B5" w:rsidP="004246B5">
            <w:pPr>
              <w:numPr>
                <w:ilvl w:val="0"/>
                <w:numId w:val="127"/>
              </w:numPr>
              <w:rPr>
                <w:rFonts w:cs="Arial"/>
                <w:sz w:val="20"/>
                <w:szCs w:val="20"/>
                <w:lang w:val="es-PE"/>
              </w:rPr>
            </w:pPr>
            <w:r w:rsidRPr="00774D49">
              <w:rPr>
                <w:rFonts w:cs="Arial"/>
                <w:sz w:val="20"/>
                <w:szCs w:val="20"/>
                <w:lang w:val="es-PE"/>
              </w:rPr>
              <w:t xml:space="preserve">Nos reunimos nuevamente en la asamblea para verbalizar brevemente a qué jugaron, con </w:t>
            </w:r>
            <w:proofErr w:type="spellStart"/>
            <w:r w:rsidRPr="00774D49">
              <w:rPr>
                <w:rFonts w:cs="Arial"/>
                <w:sz w:val="20"/>
                <w:szCs w:val="20"/>
                <w:lang w:val="es-PE"/>
              </w:rPr>
              <w:t>quiénes</w:t>
            </w:r>
            <w:proofErr w:type="spellEnd"/>
            <w:r w:rsidRPr="00774D49">
              <w:rPr>
                <w:rFonts w:cs="Arial"/>
                <w:sz w:val="20"/>
                <w:szCs w:val="20"/>
                <w:lang w:val="es-PE"/>
              </w:rPr>
              <w:t xml:space="preserve"> compartieron los juguetes y cómo se sintieron durante el momento de juego libre.</w:t>
            </w:r>
          </w:p>
          <w:p w14:paraId="6A6DA3C6" w14:textId="77777777" w:rsidR="004246B5" w:rsidRPr="00774D49" w:rsidRDefault="004246B5" w:rsidP="008722EA">
            <w:pPr>
              <w:rPr>
                <w:rFonts w:cs="Arial"/>
                <w:b/>
                <w:bCs/>
                <w:sz w:val="20"/>
                <w:szCs w:val="20"/>
                <w:lang w:val="es-PE"/>
              </w:rPr>
            </w:pPr>
            <w:r w:rsidRPr="00774D49">
              <w:rPr>
                <w:rFonts w:cs="Arial"/>
                <w:b/>
                <w:bCs/>
                <w:sz w:val="20"/>
                <w:szCs w:val="20"/>
                <w:lang w:val="es-PE"/>
              </w:rPr>
              <w:t>Actividad Significativa / Sesión Central (09:30 - 10:30)</w:t>
            </w:r>
          </w:p>
          <w:p w14:paraId="0B30C068" w14:textId="77777777" w:rsidR="004246B5" w:rsidRPr="00774D49" w:rsidRDefault="004246B5" w:rsidP="004246B5">
            <w:pPr>
              <w:numPr>
                <w:ilvl w:val="0"/>
                <w:numId w:val="128"/>
              </w:numPr>
              <w:rPr>
                <w:rFonts w:cs="Arial"/>
                <w:sz w:val="20"/>
                <w:szCs w:val="20"/>
                <w:lang w:val="es-PE"/>
              </w:rPr>
            </w:pPr>
            <w:r w:rsidRPr="00774D49">
              <w:rPr>
                <w:rFonts w:cs="Arial"/>
                <w:b/>
                <w:bCs/>
                <w:sz w:val="20"/>
                <w:szCs w:val="20"/>
                <w:lang w:val="es-PE"/>
              </w:rPr>
              <w:t>Inicio (Antes):</w:t>
            </w:r>
            <w:r w:rsidRPr="00774D49">
              <w:rPr>
                <w:rFonts w:cs="Arial"/>
                <w:sz w:val="20"/>
                <w:szCs w:val="20"/>
                <w:lang w:val="es-PE"/>
              </w:rPr>
              <w:t xml:space="preserve"> La docente capta la atención de los niños en la asamblea utilizando una melodía suave de introducción y saca de un baúl un micrófono de juguete y un puntero de madera liviano. Se coloca frente al rincón natural y a los carteles e imita dar una bienvenida amable a las familias.</w:t>
            </w:r>
          </w:p>
          <w:p w14:paraId="68520CED" w14:textId="77777777" w:rsidR="004246B5" w:rsidRPr="00774D49" w:rsidRDefault="004246B5" w:rsidP="004246B5">
            <w:pPr>
              <w:numPr>
                <w:ilvl w:val="0"/>
                <w:numId w:val="128"/>
              </w:numPr>
              <w:rPr>
                <w:rFonts w:cs="Arial"/>
                <w:sz w:val="20"/>
                <w:szCs w:val="20"/>
                <w:lang w:val="es-PE"/>
              </w:rPr>
            </w:pPr>
            <w:r w:rsidRPr="00774D49">
              <w:rPr>
                <w:rFonts w:cs="Arial"/>
                <w:sz w:val="20"/>
                <w:szCs w:val="20"/>
                <w:lang w:val="es-PE"/>
              </w:rPr>
              <w:t>Al ver a la docente realizar el juego de roles de una guía, genera asombro, diversión e interés colectivo en el grupo.</w:t>
            </w:r>
          </w:p>
          <w:p w14:paraId="2EC6D450" w14:textId="77777777" w:rsidR="004246B5" w:rsidRPr="00774D49" w:rsidRDefault="004246B5" w:rsidP="004246B5">
            <w:pPr>
              <w:numPr>
                <w:ilvl w:val="0"/>
                <w:numId w:val="128"/>
              </w:numPr>
              <w:rPr>
                <w:rFonts w:cs="Arial"/>
                <w:sz w:val="20"/>
                <w:szCs w:val="20"/>
                <w:lang w:val="es-PE"/>
              </w:rPr>
            </w:pPr>
            <w:r w:rsidRPr="00774D49">
              <w:rPr>
                <w:rFonts w:cs="Arial"/>
                <w:sz w:val="20"/>
                <w:szCs w:val="20"/>
                <w:lang w:val="es-PE"/>
              </w:rPr>
              <w:t xml:space="preserve">Plantea las preguntas de conflicto cognitivo e indagación: ¿Cómo podemos saludar a los papás cuando entren a ver nuestros juegos? ¿Qué objeto o dibujo de nuestro rincón les gustaría </w:t>
            </w:r>
            <w:proofErr w:type="gramStart"/>
            <w:r w:rsidRPr="00774D49">
              <w:rPr>
                <w:rFonts w:cs="Arial"/>
                <w:sz w:val="20"/>
                <w:szCs w:val="20"/>
                <w:lang w:val="es-PE"/>
              </w:rPr>
              <w:t>enseñarle primero</w:t>
            </w:r>
            <w:proofErr w:type="gramEnd"/>
            <w:r w:rsidRPr="00774D49">
              <w:rPr>
                <w:rFonts w:cs="Arial"/>
                <w:sz w:val="20"/>
                <w:szCs w:val="20"/>
                <w:lang w:val="es-PE"/>
              </w:rPr>
              <w:t xml:space="preserve"> a las visitas? ¿Qué palabras amables les dirías tú para que se sientan muy felices en nuestra aula?</w:t>
            </w:r>
          </w:p>
          <w:p w14:paraId="1CCBD057" w14:textId="77777777" w:rsidR="004246B5" w:rsidRPr="00774D49" w:rsidRDefault="004246B5" w:rsidP="004246B5">
            <w:pPr>
              <w:numPr>
                <w:ilvl w:val="0"/>
                <w:numId w:val="128"/>
              </w:numPr>
              <w:rPr>
                <w:rFonts w:cs="Arial"/>
                <w:sz w:val="20"/>
                <w:szCs w:val="20"/>
                <w:lang w:val="es-PE"/>
              </w:rPr>
            </w:pPr>
            <w:r w:rsidRPr="00774D49">
              <w:rPr>
                <w:rFonts w:cs="Arial"/>
                <w:b/>
                <w:bCs/>
                <w:sz w:val="20"/>
                <w:szCs w:val="20"/>
                <w:lang w:val="es-PE"/>
              </w:rPr>
              <w:t>Desarrollo (Durante):</w:t>
            </w:r>
            <w:r w:rsidRPr="00774D49">
              <w:rPr>
                <w:rFonts w:cs="Arial"/>
                <w:sz w:val="20"/>
                <w:szCs w:val="20"/>
                <w:lang w:val="es-PE"/>
              </w:rPr>
              <w:t xml:space="preserve"> Los niños se acercan libremente y se organizan en grupos pequeños en las distintas zonas del aula acondicionadas para la exposición (el rincón de las texturas, la zona de las grandes construcciones y la galería de carteles)</w:t>
            </w:r>
          </w:p>
          <w:p w14:paraId="520453D3" w14:textId="77777777" w:rsidR="004246B5" w:rsidRPr="00774D49" w:rsidRDefault="004246B5" w:rsidP="004246B5">
            <w:pPr>
              <w:numPr>
                <w:ilvl w:val="0"/>
                <w:numId w:val="128"/>
              </w:numPr>
              <w:rPr>
                <w:rFonts w:cs="Arial"/>
                <w:sz w:val="20"/>
                <w:szCs w:val="20"/>
                <w:lang w:val="es-PE"/>
              </w:rPr>
            </w:pPr>
            <w:r w:rsidRPr="00774D49">
              <w:rPr>
                <w:rFonts w:cs="Arial"/>
                <w:sz w:val="20"/>
                <w:szCs w:val="20"/>
                <w:lang w:val="es-PE"/>
              </w:rPr>
              <w:t>Exploran con todos sus sentidos los espacios y los materiales ensayando su rol: manipulan las tazas de trasvases, señalan las torres de cajas, tocan las fotos fijadas en los paneles informativos y usan el micrófono de juguete para simular que hablan alto frente a sus compañeros.</w:t>
            </w:r>
          </w:p>
          <w:p w14:paraId="0B10A4AA" w14:textId="77777777" w:rsidR="004246B5" w:rsidRPr="00774D49" w:rsidRDefault="004246B5" w:rsidP="004246B5">
            <w:pPr>
              <w:numPr>
                <w:ilvl w:val="0"/>
                <w:numId w:val="128"/>
              </w:numPr>
              <w:rPr>
                <w:rFonts w:cs="Arial"/>
                <w:sz w:val="20"/>
                <w:szCs w:val="20"/>
                <w:lang w:val="es-PE"/>
              </w:rPr>
            </w:pPr>
            <w:r w:rsidRPr="00774D49">
              <w:rPr>
                <w:rFonts w:cs="Arial"/>
                <w:sz w:val="20"/>
                <w:szCs w:val="20"/>
                <w:lang w:val="es-PE"/>
              </w:rPr>
              <w:t>Juegan a dramatizar la visita de forma autónoma rotando los roles; un grupo simula ser los papás que ingresan al salón saludando con la mano, mientras que el otro grupo se para junto a las mesas mostrando los elementos naturales que clasificaron durante el mes de junio, ensayando de forma lúdica la bienvenida.</w:t>
            </w:r>
          </w:p>
          <w:p w14:paraId="1889CD86" w14:textId="77777777" w:rsidR="004246B5" w:rsidRPr="00774D49" w:rsidRDefault="004246B5" w:rsidP="004246B5">
            <w:pPr>
              <w:numPr>
                <w:ilvl w:val="0"/>
                <w:numId w:val="128"/>
              </w:numPr>
              <w:rPr>
                <w:rFonts w:cs="Arial"/>
                <w:sz w:val="20"/>
                <w:szCs w:val="20"/>
                <w:lang w:val="es-PE"/>
              </w:rPr>
            </w:pPr>
            <w:r w:rsidRPr="00774D49">
              <w:rPr>
                <w:rFonts w:cs="Arial"/>
                <w:sz w:val="20"/>
                <w:szCs w:val="20"/>
                <w:lang w:val="es-PE"/>
              </w:rPr>
              <w:t>La docente acompaña las dramatizaciones respetando los ritmos individuales de expresión y socialización de cada niño, interviniendo para mediar el lenguaje mediante la técnica de expansión de frases y gestos cariñosos de aprobación (</w:t>
            </w:r>
            <w:proofErr w:type="spellStart"/>
            <w:r w:rsidRPr="00774D49">
              <w:rPr>
                <w:rFonts w:cs="Arial"/>
                <w:sz w:val="20"/>
                <w:szCs w:val="20"/>
                <w:lang w:val="es-PE"/>
              </w:rPr>
              <w:t>Ej</w:t>
            </w:r>
            <w:proofErr w:type="spellEnd"/>
            <w:r w:rsidRPr="00774D49">
              <w:rPr>
                <w:rFonts w:cs="Arial"/>
                <w:sz w:val="20"/>
                <w:szCs w:val="20"/>
                <w:lang w:val="es-PE"/>
              </w:rPr>
              <w:t xml:space="preserve">: Si el niño coge una piedra del rincón y dice “mira”, la docente responde con afecto: “Sí, le estás enseñando la piedra lisa a tu amigo </w:t>
            </w:r>
            <w:r w:rsidRPr="00774D49">
              <w:rPr>
                <w:rFonts w:cs="Arial"/>
                <w:sz w:val="20"/>
                <w:szCs w:val="20"/>
                <w:lang w:val="es-PE"/>
              </w:rPr>
              <w:lastRenderedPageBreak/>
              <w:t>y le cuentas que la encontraste en el patio, ¡qué gran guía de exposición eres!”).</w:t>
            </w:r>
          </w:p>
          <w:p w14:paraId="799E5742" w14:textId="77777777" w:rsidR="004246B5" w:rsidRPr="00774D49" w:rsidRDefault="004246B5" w:rsidP="004246B5">
            <w:pPr>
              <w:numPr>
                <w:ilvl w:val="0"/>
                <w:numId w:val="128"/>
              </w:numPr>
              <w:rPr>
                <w:rFonts w:cs="Arial"/>
                <w:sz w:val="20"/>
                <w:szCs w:val="20"/>
                <w:lang w:val="es-PE"/>
              </w:rPr>
            </w:pPr>
            <w:r w:rsidRPr="00774D49">
              <w:rPr>
                <w:rFonts w:cs="Arial"/>
                <w:b/>
                <w:bCs/>
                <w:sz w:val="20"/>
                <w:szCs w:val="20"/>
                <w:lang w:val="es-PE"/>
              </w:rPr>
              <w:t>Cierre (Después):</w:t>
            </w:r>
            <w:r w:rsidRPr="00774D49">
              <w:rPr>
                <w:rFonts w:cs="Arial"/>
                <w:sz w:val="20"/>
                <w:szCs w:val="20"/>
                <w:lang w:val="es-PE"/>
              </w:rPr>
              <w:t xml:space="preserve"> Regresamos a la asamblea breve sentándonos en círculo en el piso sobre los cojines individuales.</w:t>
            </w:r>
          </w:p>
          <w:p w14:paraId="4A86670D" w14:textId="77777777" w:rsidR="004246B5" w:rsidRPr="00774D49" w:rsidRDefault="004246B5" w:rsidP="004246B5">
            <w:pPr>
              <w:numPr>
                <w:ilvl w:val="0"/>
                <w:numId w:val="128"/>
              </w:numPr>
              <w:rPr>
                <w:rFonts w:cs="Arial"/>
                <w:sz w:val="20"/>
                <w:szCs w:val="20"/>
                <w:lang w:val="es-PE"/>
              </w:rPr>
            </w:pPr>
            <w:r w:rsidRPr="00774D49">
              <w:rPr>
                <w:rFonts w:cs="Arial"/>
                <w:sz w:val="20"/>
                <w:szCs w:val="20"/>
                <w:lang w:val="es-PE"/>
              </w:rPr>
              <w:t>Dialogamos de forma reflexiva mediante preguntas sencillas de metacognición: ¿Cómo se sintieron al hablar con el micrófono y ensayar la bienvenida? ¿Qué zona del salón les causó más emoción mostrar hoy a los amigos?</w:t>
            </w:r>
          </w:p>
          <w:p w14:paraId="212C431A" w14:textId="77777777" w:rsidR="004246B5" w:rsidRPr="00774D49" w:rsidRDefault="004246B5" w:rsidP="004246B5">
            <w:pPr>
              <w:numPr>
                <w:ilvl w:val="0"/>
                <w:numId w:val="128"/>
              </w:numPr>
              <w:rPr>
                <w:rFonts w:cs="Arial"/>
                <w:sz w:val="20"/>
                <w:szCs w:val="20"/>
                <w:lang w:val="es-PE"/>
              </w:rPr>
            </w:pPr>
            <w:r w:rsidRPr="00774D49">
              <w:rPr>
                <w:rFonts w:cs="Arial"/>
                <w:sz w:val="20"/>
                <w:szCs w:val="20"/>
                <w:lang w:val="es-PE"/>
              </w:rPr>
              <w:t>Colocamos los materiales de juego de roles en una canasta especial y dejamos el aula ordenada para las actividades del día siguiente.</w:t>
            </w:r>
          </w:p>
          <w:p w14:paraId="3A170D12" w14:textId="77777777" w:rsidR="004246B5" w:rsidRPr="00774D49" w:rsidRDefault="004246B5" w:rsidP="008722EA">
            <w:pPr>
              <w:rPr>
                <w:rFonts w:cs="Arial"/>
                <w:b/>
                <w:bCs/>
                <w:sz w:val="20"/>
                <w:szCs w:val="20"/>
                <w:lang w:val="es-PE"/>
              </w:rPr>
            </w:pPr>
            <w:r w:rsidRPr="00774D49">
              <w:rPr>
                <w:rFonts w:cs="Arial"/>
                <w:b/>
                <w:bCs/>
                <w:sz w:val="20"/>
                <w:szCs w:val="20"/>
                <w:lang w:val="es-PE"/>
              </w:rPr>
              <w:t>Aseo, Refrigerio y Recreo (10:30 - 11:30)</w:t>
            </w:r>
          </w:p>
          <w:p w14:paraId="215D301A" w14:textId="77777777" w:rsidR="004246B5" w:rsidRPr="00774D49" w:rsidRDefault="004246B5" w:rsidP="004246B5">
            <w:pPr>
              <w:numPr>
                <w:ilvl w:val="0"/>
                <w:numId w:val="129"/>
              </w:numPr>
              <w:rPr>
                <w:rFonts w:cs="Arial"/>
                <w:sz w:val="20"/>
                <w:szCs w:val="20"/>
                <w:lang w:val="es-PE"/>
              </w:rPr>
            </w:pPr>
            <w:r w:rsidRPr="00774D49">
              <w:rPr>
                <w:rFonts w:cs="Arial"/>
                <w:b/>
                <w:bCs/>
                <w:sz w:val="20"/>
                <w:szCs w:val="20"/>
                <w:lang w:val="es-PE"/>
              </w:rPr>
              <w:t>Higiene:</w:t>
            </w:r>
            <w:r w:rsidRPr="00774D49">
              <w:rPr>
                <w:rFonts w:cs="Arial"/>
                <w:sz w:val="20"/>
                <w:szCs w:val="20"/>
                <w:lang w:val="es-PE"/>
              </w:rPr>
              <w:t xml:space="preserve"> Traslado ordenado al espacio de los lavaderos en grupos pequeños. Lavado de manos guiado paso a paso por la docente, utilizando jabón líquido y modelando el frotado correcto de palmas, muñecas y dedos tras la manipulación de los juguetes de roles y los materiales del aula.</w:t>
            </w:r>
          </w:p>
          <w:p w14:paraId="0F0B10A4" w14:textId="77777777" w:rsidR="004246B5" w:rsidRPr="00774D49" w:rsidRDefault="004246B5" w:rsidP="004246B5">
            <w:pPr>
              <w:numPr>
                <w:ilvl w:val="0"/>
                <w:numId w:val="129"/>
              </w:numPr>
              <w:rPr>
                <w:rFonts w:cs="Arial"/>
                <w:sz w:val="20"/>
                <w:szCs w:val="20"/>
                <w:lang w:val="es-PE"/>
              </w:rPr>
            </w:pPr>
            <w:r w:rsidRPr="00774D49">
              <w:rPr>
                <w:rFonts w:cs="Arial"/>
                <w:sz w:val="20"/>
                <w:szCs w:val="20"/>
                <w:lang w:val="es-PE"/>
              </w:rPr>
              <w:t>Se fomenta el uso responsable del agua al cerrar el caño mientras se enjabonan y se apoya de forma visual con carteles explicativos pegados a la altura de su vista, finalizando con el secado autónomo usando papel toalla.</w:t>
            </w:r>
          </w:p>
          <w:p w14:paraId="368A2A16" w14:textId="77777777" w:rsidR="004246B5" w:rsidRPr="00774D49" w:rsidRDefault="004246B5" w:rsidP="004246B5">
            <w:pPr>
              <w:numPr>
                <w:ilvl w:val="0"/>
                <w:numId w:val="129"/>
              </w:numPr>
              <w:rPr>
                <w:rFonts w:cs="Arial"/>
                <w:sz w:val="20"/>
                <w:szCs w:val="20"/>
                <w:lang w:val="es-PE"/>
              </w:rPr>
            </w:pPr>
            <w:r w:rsidRPr="00774D49">
              <w:rPr>
                <w:rFonts w:cs="Arial"/>
                <w:b/>
                <w:bCs/>
                <w:sz w:val="20"/>
                <w:szCs w:val="20"/>
                <w:lang w:val="es-PE"/>
              </w:rPr>
              <w:t>Alimentación:</w:t>
            </w:r>
            <w:r w:rsidRPr="00774D49">
              <w:rPr>
                <w:rFonts w:cs="Arial"/>
                <w:sz w:val="20"/>
                <w:szCs w:val="20"/>
                <w:lang w:val="es-PE"/>
              </w:rPr>
              <w:t xml:space="preserve"> Consumo de la lonchera dentro del aula en un clima de calma, respeto y buena convivencia.</w:t>
            </w:r>
          </w:p>
          <w:p w14:paraId="6D7D64E8" w14:textId="77777777" w:rsidR="004246B5" w:rsidRPr="00774D49" w:rsidRDefault="004246B5" w:rsidP="004246B5">
            <w:pPr>
              <w:numPr>
                <w:ilvl w:val="0"/>
                <w:numId w:val="129"/>
              </w:numPr>
              <w:rPr>
                <w:rFonts w:cs="Arial"/>
                <w:sz w:val="20"/>
                <w:szCs w:val="20"/>
                <w:lang w:val="es-PE"/>
              </w:rPr>
            </w:pPr>
            <w:r w:rsidRPr="00774D49">
              <w:rPr>
                <w:rFonts w:cs="Arial"/>
                <w:sz w:val="20"/>
                <w:szCs w:val="20"/>
                <w:lang w:val="es-PE"/>
              </w:rPr>
              <w:t>Se promueve la autonomía individual incentivando a los niños a sacar sus individuales, abrir los cierres de sus mochilas, destapar sus envases plásticos por sí mismos y limpiar con un paño su espacio de la mesa al terminar de comer.</w:t>
            </w:r>
          </w:p>
          <w:p w14:paraId="7E950D17" w14:textId="77777777" w:rsidR="004246B5" w:rsidRPr="00774D49" w:rsidRDefault="004246B5" w:rsidP="004246B5">
            <w:pPr>
              <w:numPr>
                <w:ilvl w:val="0"/>
                <w:numId w:val="129"/>
              </w:numPr>
              <w:rPr>
                <w:rFonts w:cs="Arial"/>
                <w:sz w:val="20"/>
                <w:szCs w:val="20"/>
                <w:lang w:val="es-PE"/>
              </w:rPr>
            </w:pPr>
            <w:r w:rsidRPr="00774D49">
              <w:rPr>
                <w:rFonts w:cs="Arial"/>
                <w:b/>
                <w:bCs/>
                <w:sz w:val="20"/>
                <w:szCs w:val="20"/>
                <w:lang w:val="es-PE"/>
              </w:rPr>
              <w:t>Recreo:</w:t>
            </w:r>
            <w:r w:rsidRPr="00774D49">
              <w:rPr>
                <w:rFonts w:cs="Arial"/>
                <w:sz w:val="20"/>
                <w:szCs w:val="20"/>
                <w:lang w:val="es-PE"/>
              </w:rPr>
              <w:t xml:space="preserve"> Espacio de juego libre, socialización y esparcimiento motriz en el patio exterior de la institución educativa.</w:t>
            </w:r>
          </w:p>
          <w:p w14:paraId="37243274" w14:textId="77777777" w:rsidR="004246B5" w:rsidRPr="00774D49" w:rsidRDefault="004246B5" w:rsidP="004246B5">
            <w:pPr>
              <w:numPr>
                <w:ilvl w:val="0"/>
                <w:numId w:val="129"/>
              </w:numPr>
              <w:rPr>
                <w:rFonts w:cs="Arial"/>
                <w:sz w:val="20"/>
                <w:szCs w:val="20"/>
                <w:lang w:val="es-PE"/>
              </w:rPr>
            </w:pPr>
            <w:r w:rsidRPr="00774D49">
              <w:rPr>
                <w:rFonts w:cs="Arial"/>
                <w:sz w:val="20"/>
                <w:szCs w:val="20"/>
                <w:lang w:val="es-PE"/>
              </w:rPr>
              <w:t>Se realiza bajo la supervisión constante, activa y el cuidado protector de la docente para garantizar la seguridad física y prevenir accidentes entre los niños.</w:t>
            </w:r>
          </w:p>
          <w:p w14:paraId="02B052CD" w14:textId="77777777" w:rsidR="004246B5" w:rsidRPr="00774D49" w:rsidRDefault="004246B5" w:rsidP="008722EA">
            <w:pPr>
              <w:rPr>
                <w:rFonts w:cs="Arial"/>
                <w:b/>
                <w:bCs/>
                <w:sz w:val="20"/>
                <w:szCs w:val="20"/>
                <w:lang w:val="es-PE"/>
              </w:rPr>
            </w:pPr>
            <w:r w:rsidRPr="00774D49">
              <w:rPr>
                <w:rFonts w:cs="Arial"/>
                <w:b/>
                <w:bCs/>
                <w:sz w:val="20"/>
                <w:szCs w:val="20"/>
                <w:lang w:val="es-PE"/>
              </w:rPr>
              <w:t>Actividad Psicomotriz Corta (11:30 - 12:00)</w:t>
            </w:r>
          </w:p>
          <w:p w14:paraId="416540F7" w14:textId="77777777" w:rsidR="004246B5" w:rsidRPr="00774D49" w:rsidRDefault="004246B5" w:rsidP="004246B5">
            <w:pPr>
              <w:numPr>
                <w:ilvl w:val="0"/>
                <w:numId w:val="130"/>
              </w:numPr>
              <w:rPr>
                <w:rFonts w:cs="Arial"/>
                <w:sz w:val="20"/>
                <w:szCs w:val="20"/>
                <w:lang w:val="es-PE"/>
              </w:rPr>
            </w:pPr>
            <w:r w:rsidRPr="00774D49">
              <w:rPr>
                <w:rFonts w:cs="Arial"/>
                <w:b/>
                <w:bCs/>
                <w:sz w:val="20"/>
                <w:szCs w:val="20"/>
                <w:lang w:val="es-PE"/>
              </w:rPr>
              <w:t>Desarrollo Motriz:</w:t>
            </w:r>
            <w:r w:rsidRPr="00774D49">
              <w:rPr>
                <w:rFonts w:cs="Arial"/>
                <w:sz w:val="20"/>
                <w:szCs w:val="20"/>
                <w:lang w:val="es-PE"/>
              </w:rPr>
              <w:t xml:space="preserve"> En el espacio de psicomotricidad o zona despejada del aula, la docente propone el juego de coordinación dinámica “El baile de las estatuas”.</w:t>
            </w:r>
          </w:p>
          <w:p w14:paraId="647A09F0" w14:textId="77777777" w:rsidR="004246B5" w:rsidRPr="00774D49" w:rsidRDefault="004246B5" w:rsidP="004246B5">
            <w:pPr>
              <w:numPr>
                <w:ilvl w:val="0"/>
                <w:numId w:val="130"/>
              </w:numPr>
              <w:rPr>
                <w:rFonts w:cs="Arial"/>
                <w:sz w:val="20"/>
                <w:szCs w:val="20"/>
                <w:lang w:val="es-PE"/>
              </w:rPr>
            </w:pPr>
            <w:r w:rsidRPr="00774D49">
              <w:rPr>
                <w:rFonts w:cs="Arial"/>
                <w:sz w:val="20"/>
                <w:szCs w:val="20"/>
                <w:lang w:val="es-PE"/>
              </w:rPr>
              <w:t xml:space="preserve">Los niños se esparcen de pie por el espacio físico. La docente toca rítmicamente una pandereta y los niños juegan a correr y saltar libremente; cuando el sonido se detiene de golpe, deben quedarse completamente inmóviles como “estatuas” en diferentes posturas, ensayando su equilibrio estático, regulando la fuerza y control de su cuerpo en el espacio de forma </w:t>
            </w:r>
            <w:r w:rsidRPr="00774D49">
              <w:rPr>
                <w:rFonts w:cs="Arial"/>
                <w:sz w:val="20"/>
                <w:szCs w:val="20"/>
                <w:lang w:val="es-PE"/>
              </w:rPr>
              <w:lastRenderedPageBreak/>
              <w:t>lúdica.</w:t>
            </w:r>
          </w:p>
          <w:p w14:paraId="38DC3499" w14:textId="77777777" w:rsidR="004246B5" w:rsidRPr="00774D49" w:rsidRDefault="004246B5" w:rsidP="008722EA">
            <w:pPr>
              <w:rPr>
                <w:rFonts w:cs="Arial"/>
                <w:b/>
                <w:bCs/>
                <w:sz w:val="20"/>
                <w:szCs w:val="20"/>
                <w:lang w:val="es-PE"/>
              </w:rPr>
            </w:pPr>
            <w:r w:rsidRPr="00774D49">
              <w:rPr>
                <w:rFonts w:cs="Arial"/>
                <w:b/>
                <w:bCs/>
                <w:sz w:val="20"/>
                <w:szCs w:val="20"/>
                <w:lang w:val="es-PE"/>
              </w:rPr>
              <w:t>El Taller de Expresión Artística (12:00 - 12:30)</w:t>
            </w:r>
          </w:p>
          <w:p w14:paraId="72DAA772" w14:textId="77777777" w:rsidR="004246B5" w:rsidRPr="00774D49" w:rsidRDefault="004246B5" w:rsidP="004246B5">
            <w:pPr>
              <w:numPr>
                <w:ilvl w:val="0"/>
                <w:numId w:val="131"/>
              </w:numPr>
              <w:rPr>
                <w:rFonts w:cs="Arial"/>
                <w:sz w:val="20"/>
                <w:szCs w:val="20"/>
                <w:lang w:val="es-PE"/>
              </w:rPr>
            </w:pPr>
            <w:r w:rsidRPr="00774D49">
              <w:rPr>
                <w:rFonts w:cs="Arial"/>
                <w:b/>
                <w:bCs/>
                <w:sz w:val="20"/>
                <w:szCs w:val="20"/>
                <w:lang w:val="es-PE"/>
              </w:rPr>
              <w:t>Taller de Música:</w:t>
            </w:r>
            <w:r w:rsidRPr="00774D49">
              <w:rPr>
                <w:rFonts w:cs="Arial"/>
                <w:sz w:val="20"/>
                <w:szCs w:val="20"/>
                <w:lang w:val="es-PE"/>
              </w:rPr>
              <w:t xml:space="preserve"> La docente reúne a los niños sentados en círculo y presenta una canasta con instrumentos musicales menores de viento y percusión sencillos (silbatos de caña suaves, panderos ligeros y sonajas plásticas).</w:t>
            </w:r>
          </w:p>
          <w:p w14:paraId="4956C6C3" w14:textId="77777777" w:rsidR="004246B5" w:rsidRPr="00774D49" w:rsidRDefault="004246B5" w:rsidP="004246B5">
            <w:pPr>
              <w:numPr>
                <w:ilvl w:val="0"/>
                <w:numId w:val="131"/>
              </w:numPr>
              <w:rPr>
                <w:rFonts w:cs="Arial"/>
                <w:sz w:val="20"/>
                <w:szCs w:val="20"/>
                <w:lang w:val="es-PE"/>
              </w:rPr>
            </w:pPr>
            <w:r w:rsidRPr="00774D49">
              <w:rPr>
                <w:rFonts w:cs="Arial"/>
                <w:sz w:val="20"/>
                <w:szCs w:val="20"/>
                <w:lang w:val="es-PE"/>
              </w:rPr>
              <w:t>Ofrecemos los instrumentos musicales para la libre manipulación y exploración acústica de los estudiantes.</w:t>
            </w:r>
          </w:p>
          <w:p w14:paraId="2113F48B" w14:textId="77777777" w:rsidR="004246B5" w:rsidRPr="00774D49" w:rsidRDefault="004246B5" w:rsidP="004246B5">
            <w:pPr>
              <w:numPr>
                <w:ilvl w:val="0"/>
                <w:numId w:val="131"/>
              </w:numPr>
              <w:rPr>
                <w:rFonts w:cs="Arial"/>
                <w:sz w:val="20"/>
                <w:szCs w:val="20"/>
                <w:lang w:val="es-PE"/>
              </w:rPr>
            </w:pPr>
            <w:r w:rsidRPr="00774D49">
              <w:rPr>
                <w:rFonts w:cs="Arial"/>
                <w:sz w:val="20"/>
                <w:szCs w:val="20"/>
                <w:lang w:val="es-PE"/>
              </w:rPr>
              <w:t>Los niños juegan libremente a soplar los silbatos, sacudir las sonajas, golpear los panderos de forma rítmica e imitar los sonidos que hacen los animales de la naturaleza acompañando una melodía festiva reproducida en el aula de clases de manera espontánea.</w:t>
            </w:r>
          </w:p>
          <w:p w14:paraId="159939D6" w14:textId="77777777" w:rsidR="004246B5" w:rsidRPr="00774D49" w:rsidRDefault="004246B5" w:rsidP="004246B5">
            <w:pPr>
              <w:numPr>
                <w:ilvl w:val="0"/>
                <w:numId w:val="131"/>
              </w:numPr>
              <w:rPr>
                <w:rFonts w:cs="Arial"/>
                <w:sz w:val="20"/>
                <w:szCs w:val="20"/>
                <w:lang w:val="es-PE"/>
              </w:rPr>
            </w:pPr>
            <w:r w:rsidRPr="00774D49">
              <w:rPr>
                <w:rFonts w:cs="Arial"/>
                <w:sz w:val="20"/>
                <w:szCs w:val="20"/>
                <w:lang w:val="es-PE"/>
              </w:rPr>
              <w:t>La docente acompaña el proceso marcando el ritmo junto a ellos, priorizando la sensibilidad auditiva, la coordinación motriz fina, el disfrute sonoro y la libre expresión musical de cada niño, evitando ejecuciones rígidas.</w:t>
            </w:r>
          </w:p>
          <w:p w14:paraId="324C8934" w14:textId="77777777" w:rsidR="004246B5" w:rsidRPr="00774D49" w:rsidRDefault="004246B5" w:rsidP="008722EA">
            <w:pPr>
              <w:rPr>
                <w:rFonts w:cs="Arial"/>
                <w:b/>
                <w:bCs/>
                <w:sz w:val="20"/>
                <w:szCs w:val="20"/>
                <w:lang w:val="es-PE"/>
              </w:rPr>
            </w:pPr>
            <w:r w:rsidRPr="00774D49">
              <w:rPr>
                <w:rFonts w:cs="Arial"/>
                <w:b/>
                <w:bCs/>
                <w:sz w:val="20"/>
                <w:szCs w:val="20"/>
                <w:lang w:val="es-PE"/>
              </w:rPr>
              <w:t>Rutinas de Salida (12:30)</w:t>
            </w:r>
          </w:p>
          <w:p w14:paraId="3D386E27" w14:textId="77777777" w:rsidR="004246B5" w:rsidRPr="00774D49" w:rsidRDefault="004246B5" w:rsidP="004246B5">
            <w:pPr>
              <w:numPr>
                <w:ilvl w:val="0"/>
                <w:numId w:val="132"/>
              </w:numPr>
              <w:rPr>
                <w:rFonts w:cs="Arial"/>
                <w:sz w:val="20"/>
                <w:szCs w:val="20"/>
                <w:lang w:val="es-PE"/>
              </w:rPr>
            </w:pPr>
            <w:r w:rsidRPr="00774D49">
              <w:rPr>
                <w:rFonts w:cs="Arial"/>
                <w:b/>
                <w:bCs/>
                <w:sz w:val="20"/>
                <w:szCs w:val="20"/>
                <w:lang w:val="es-PE"/>
              </w:rPr>
              <w:t>Cierre:</w:t>
            </w:r>
            <w:r w:rsidRPr="00774D49">
              <w:rPr>
                <w:rFonts w:cs="Arial"/>
                <w:sz w:val="20"/>
                <w:szCs w:val="20"/>
                <w:lang w:val="es-PE"/>
              </w:rPr>
              <w:t xml:space="preserve"> Breve recuento final en asamblea sobre las experiencias de dramatización y el taller de música que más les causaron alegría y satisfacción durante el día en el aula de clases.</w:t>
            </w:r>
          </w:p>
          <w:p w14:paraId="38E694FA" w14:textId="77777777" w:rsidR="004246B5" w:rsidRPr="00774D49" w:rsidRDefault="004246B5" w:rsidP="004246B5">
            <w:pPr>
              <w:numPr>
                <w:ilvl w:val="0"/>
                <w:numId w:val="132"/>
              </w:numPr>
              <w:rPr>
                <w:rFonts w:cs="Arial"/>
                <w:sz w:val="20"/>
                <w:szCs w:val="20"/>
                <w:lang w:val="es-PE"/>
              </w:rPr>
            </w:pPr>
            <w:r w:rsidRPr="00774D49">
              <w:rPr>
                <w:rFonts w:cs="Arial"/>
                <w:sz w:val="20"/>
                <w:szCs w:val="20"/>
                <w:lang w:val="es-PE"/>
              </w:rPr>
              <w:t>Se acompaña y orienta a los niños en el orden de sus mochilas, colocación autónoma de abrigos y recojo de sus pertenencias personales de forma independiente.</w:t>
            </w:r>
          </w:p>
          <w:p w14:paraId="00EE0740" w14:textId="77777777" w:rsidR="004246B5" w:rsidRPr="00774D49" w:rsidRDefault="004246B5" w:rsidP="004246B5">
            <w:pPr>
              <w:numPr>
                <w:ilvl w:val="0"/>
                <w:numId w:val="132"/>
              </w:numPr>
              <w:rPr>
                <w:rFonts w:cs="Arial"/>
                <w:sz w:val="20"/>
                <w:szCs w:val="20"/>
                <w:lang w:val="es-PE"/>
              </w:rPr>
            </w:pPr>
            <w:r w:rsidRPr="00774D49">
              <w:rPr>
                <w:rFonts w:cs="Arial"/>
                <w:sz w:val="20"/>
                <w:szCs w:val="20"/>
                <w:lang w:val="es-PE"/>
              </w:rPr>
              <w:t>Despedida afectuosa y personalizada a cada estudiante en la puerta del aula, entregándolo formalmente a su padre, madre o adulto responsable autorizado.</w:t>
            </w:r>
          </w:p>
        </w:tc>
        <w:tc>
          <w:tcPr>
            <w:tcW w:w="1795" w:type="dxa"/>
            <w:vAlign w:val="center"/>
          </w:tcPr>
          <w:p w14:paraId="4698E037" w14:textId="77777777" w:rsidR="004246B5" w:rsidRPr="00774D49" w:rsidRDefault="004246B5" w:rsidP="007C4A5F">
            <w:pPr>
              <w:rPr>
                <w:rFonts w:cs="Arial"/>
                <w:sz w:val="20"/>
                <w:szCs w:val="20"/>
                <w:lang w:val="es-PE"/>
              </w:rPr>
            </w:pPr>
            <w:r w:rsidRPr="00774D49">
              <w:rPr>
                <w:rFonts w:cs="Arial"/>
                <w:sz w:val="20"/>
                <w:szCs w:val="20"/>
                <w:lang w:val="es-PE"/>
              </w:rPr>
              <w:lastRenderedPageBreak/>
              <w:t>Micrófonos plásticos de juguete y un puntero de madera liviano.</w:t>
            </w:r>
          </w:p>
          <w:p w14:paraId="71DE8023" w14:textId="77777777" w:rsidR="004246B5" w:rsidRPr="00774D49" w:rsidRDefault="004246B5" w:rsidP="007C4A5F">
            <w:pPr>
              <w:rPr>
                <w:rFonts w:cs="Arial"/>
                <w:sz w:val="20"/>
                <w:szCs w:val="20"/>
                <w:lang w:val="es-PE"/>
              </w:rPr>
            </w:pPr>
            <w:r w:rsidRPr="00774D49">
              <w:rPr>
                <w:rFonts w:cs="Arial"/>
                <w:sz w:val="20"/>
                <w:szCs w:val="20"/>
                <w:lang w:val="es-PE"/>
              </w:rPr>
              <w:t>Zonas y rincones de aprendizaje del mes (rincón natural, grandes construcciones, carteles)</w:t>
            </w:r>
          </w:p>
          <w:p w14:paraId="7FE6A211" w14:textId="77777777" w:rsidR="004246B5" w:rsidRPr="00774D49" w:rsidRDefault="004246B5" w:rsidP="007C4A5F">
            <w:pPr>
              <w:rPr>
                <w:rFonts w:cs="Arial"/>
                <w:sz w:val="20"/>
                <w:szCs w:val="20"/>
                <w:lang w:val="es-PE"/>
              </w:rPr>
            </w:pPr>
            <w:r w:rsidRPr="00774D49">
              <w:rPr>
                <w:rFonts w:cs="Arial"/>
                <w:sz w:val="20"/>
                <w:szCs w:val="20"/>
                <w:lang w:val="es-PE"/>
              </w:rPr>
              <w:t>Linternas plásticas y lentes de cartón coloridos (caja de espera).</w:t>
            </w:r>
          </w:p>
          <w:p w14:paraId="4DE460FC" w14:textId="77777777" w:rsidR="004246B5" w:rsidRPr="00774D49" w:rsidRDefault="004246B5" w:rsidP="007C4A5F">
            <w:pPr>
              <w:rPr>
                <w:rFonts w:cs="Arial"/>
                <w:sz w:val="20"/>
                <w:szCs w:val="20"/>
                <w:lang w:val="es-PE"/>
              </w:rPr>
            </w:pPr>
            <w:r w:rsidRPr="00774D49">
              <w:rPr>
                <w:rFonts w:cs="Arial"/>
                <w:sz w:val="20"/>
                <w:szCs w:val="20"/>
                <w:lang w:val="es-PE"/>
              </w:rPr>
              <w:t>Pandereta, silbatos de caña, sonajas plásticas y panderos ligeros para los talleres.</w:t>
            </w:r>
          </w:p>
          <w:p w14:paraId="4D69724C" w14:textId="77777777" w:rsidR="004246B5" w:rsidRPr="00774D49" w:rsidRDefault="004246B5" w:rsidP="007C4A5F">
            <w:pPr>
              <w:rPr>
                <w:rFonts w:cs="Arial"/>
                <w:sz w:val="20"/>
                <w:szCs w:val="20"/>
                <w:lang w:val="es-PE"/>
              </w:rPr>
            </w:pPr>
            <w:r w:rsidRPr="00774D49">
              <w:rPr>
                <w:rFonts w:cs="Arial"/>
                <w:sz w:val="20"/>
                <w:szCs w:val="20"/>
                <w:lang w:val="es-PE"/>
              </w:rPr>
              <w:t>Reproductor de audio con música infantil festiva.</w:t>
            </w:r>
          </w:p>
          <w:p w14:paraId="6152A3C6" w14:textId="77777777" w:rsidR="004246B5" w:rsidRPr="00774D49" w:rsidRDefault="004246B5" w:rsidP="007C4A5F">
            <w:pPr>
              <w:rPr>
                <w:rFonts w:cs="Arial"/>
                <w:sz w:val="20"/>
                <w:szCs w:val="20"/>
                <w:lang w:val="es-PE"/>
              </w:rPr>
            </w:pPr>
            <w:r w:rsidRPr="00774D49">
              <w:rPr>
                <w:rFonts w:cs="Arial"/>
                <w:sz w:val="20"/>
                <w:szCs w:val="20"/>
                <w:lang w:val="es-PE"/>
              </w:rPr>
              <w:lastRenderedPageBreak/>
              <w:t>Cojines individuales para la asamblea y panel de asistencia visual.</w:t>
            </w:r>
          </w:p>
        </w:tc>
        <w:tc>
          <w:tcPr>
            <w:tcW w:w="1673" w:type="dxa"/>
            <w:vAlign w:val="center"/>
          </w:tcPr>
          <w:p w14:paraId="3A61DEC9" w14:textId="77777777" w:rsidR="004246B5" w:rsidRPr="00774D49" w:rsidRDefault="004246B5" w:rsidP="007C4A5F">
            <w:pPr>
              <w:rPr>
                <w:rFonts w:cs="Arial"/>
                <w:sz w:val="20"/>
                <w:szCs w:val="20"/>
                <w:lang w:val="es-PE"/>
              </w:rPr>
            </w:pPr>
            <w:r w:rsidRPr="00774D49">
              <w:rPr>
                <w:rFonts w:cs="Arial"/>
                <w:sz w:val="20"/>
                <w:szCs w:val="20"/>
                <w:lang w:val="es-PE"/>
              </w:rPr>
              <w:lastRenderedPageBreak/>
              <w:t xml:space="preserve">Observar cómo se desenvuelve el niño o niña al ensayar de forma lúdica el rol de guía y proponer qué elementos del rincón del aula le gustaría enseñar a las visitas </w:t>
            </w:r>
          </w:p>
          <w:p w14:paraId="57ACA886" w14:textId="77777777" w:rsidR="004246B5" w:rsidRPr="00774D49" w:rsidRDefault="004246B5" w:rsidP="007C4A5F">
            <w:pPr>
              <w:rPr>
                <w:rFonts w:cs="Arial"/>
                <w:sz w:val="20"/>
                <w:szCs w:val="20"/>
                <w:lang w:val="es-PE"/>
              </w:rPr>
            </w:pPr>
            <w:r w:rsidRPr="00774D49">
              <w:rPr>
                <w:rFonts w:cs="Arial"/>
                <w:sz w:val="20"/>
                <w:szCs w:val="20"/>
                <w:lang w:val="es-PE"/>
              </w:rPr>
              <w:t>Observar cómo se comunica mediante el uso de gestos, palabras sencillas o movimientos corporales al interactuar con sus compañeros durante la dramatización.</w:t>
            </w:r>
          </w:p>
        </w:tc>
      </w:tr>
      <w:tr w:rsidR="00895ADD" w:rsidRPr="00774D49" w14:paraId="1C6D61EE" w14:textId="77777777" w:rsidTr="00E974D3">
        <w:trPr>
          <w:jc w:val="center"/>
        </w:trPr>
        <w:tc>
          <w:tcPr>
            <w:tcW w:w="2366" w:type="dxa"/>
            <w:gridSpan w:val="2"/>
            <w:vAlign w:val="center"/>
          </w:tcPr>
          <w:p w14:paraId="670CA01C" w14:textId="256EAE25" w:rsidR="00895ADD" w:rsidRPr="00774D49" w:rsidRDefault="00895ADD" w:rsidP="007C4A5F">
            <w:pPr>
              <w:rPr>
                <w:rFonts w:cs="Arial"/>
                <w:sz w:val="20"/>
                <w:szCs w:val="20"/>
                <w:lang w:val="es-PE"/>
              </w:rPr>
            </w:pPr>
            <w:r w:rsidRPr="00895ADD">
              <w:rPr>
                <w:rFonts w:cs="Arial"/>
                <w:b/>
                <w:bCs/>
                <w:szCs w:val="19"/>
                <w:lang w:val="es-PE"/>
              </w:rPr>
              <w:lastRenderedPageBreak/>
              <w:t>Áreas a observar:</w:t>
            </w:r>
          </w:p>
        </w:tc>
        <w:tc>
          <w:tcPr>
            <w:tcW w:w="4928" w:type="dxa"/>
            <w:vAlign w:val="center"/>
          </w:tcPr>
          <w:p w14:paraId="6A6738AC" w14:textId="1E39AC13" w:rsidR="00895ADD" w:rsidRPr="00774D49" w:rsidRDefault="00256588" w:rsidP="008722EA">
            <w:pPr>
              <w:rPr>
                <w:rFonts w:cs="Arial"/>
                <w:b/>
                <w:bCs/>
                <w:sz w:val="20"/>
                <w:szCs w:val="20"/>
                <w:lang w:val="es-PE"/>
              </w:rPr>
            </w:pPr>
            <w:r w:rsidRPr="00256588">
              <w:rPr>
                <w:rFonts w:cs="Arial"/>
                <w:b/>
                <w:bCs/>
                <w:sz w:val="20"/>
                <w:szCs w:val="20"/>
                <w:lang w:val="es-PE"/>
              </w:rPr>
              <w:t>Comunicación (Taller) y Personal Social.</w:t>
            </w:r>
          </w:p>
        </w:tc>
        <w:tc>
          <w:tcPr>
            <w:tcW w:w="1795" w:type="dxa"/>
            <w:vAlign w:val="center"/>
          </w:tcPr>
          <w:p w14:paraId="14F60AE9" w14:textId="77777777" w:rsidR="00895ADD" w:rsidRPr="00774D49" w:rsidRDefault="00895ADD" w:rsidP="007C4A5F">
            <w:pPr>
              <w:rPr>
                <w:rFonts w:cs="Arial"/>
                <w:sz w:val="20"/>
                <w:szCs w:val="20"/>
                <w:lang w:val="es-PE"/>
              </w:rPr>
            </w:pPr>
          </w:p>
        </w:tc>
        <w:tc>
          <w:tcPr>
            <w:tcW w:w="1673" w:type="dxa"/>
            <w:vAlign w:val="center"/>
          </w:tcPr>
          <w:p w14:paraId="3E0D39C0" w14:textId="77777777" w:rsidR="00895ADD" w:rsidRPr="00774D49" w:rsidRDefault="00895ADD" w:rsidP="007C4A5F">
            <w:pPr>
              <w:rPr>
                <w:rFonts w:cs="Arial"/>
                <w:sz w:val="20"/>
                <w:szCs w:val="20"/>
                <w:lang w:val="es-PE"/>
              </w:rPr>
            </w:pPr>
          </w:p>
        </w:tc>
      </w:tr>
      <w:tr w:rsidR="004246B5" w:rsidRPr="00774D49" w14:paraId="6471D3E0" w14:textId="77777777" w:rsidTr="00895ADD">
        <w:trPr>
          <w:jc w:val="center"/>
        </w:trPr>
        <w:tc>
          <w:tcPr>
            <w:tcW w:w="693" w:type="dxa"/>
            <w:vAlign w:val="center"/>
          </w:tcPr>
          <w:p w14:paraId="01450F82" w14:textId="77777777" w:rsidR="004246B5" w:rsidRPr="00774D49" w:rsidRDefault="004246B5" w:rsidP="007C4A5F">
            <w:pPr>
              <w:rPr>
                <w:rFonts w:cs="Arial"/>
                <w:sz w:val="20"/>
                <w:szCs w:val="20"/>
                <w:lang w:val="es-PE"/>
              </w:rPr>
            </w:pPr>
            <w:r w:rsidRPr="00774D49">
              <w:rPr>
                <w:rFonts w:cs="Arial"/>
                <w:sz w:val="20"/>
                <w:szCs w:val="20"/>
                <w:lang w:val="es-PE"/>
              </w:rPr>
              <w:t>Día 19</w:t>
            </w:r>
          </w:p>
        </w:tc>
        <w:tc>
          <w:tcPr>
            <w:tcW w:w="1673" w:type="dxa"/>
            <w:vAlign w:val="center"/>
          </w:tcPr>
          <w:p w14:paraId="5170A00E" w14:textId="77777777" w:rsidR="004246B5" w:rsidRPr="00774D49" w:rsidRDefault="004246B5" w:rsidP="007C4A5F">
            <w:pPr>
              <w:rPr>
                <w:rFonts w:cs="Arial"/>
                <w:sz w:val="20"/>
                <w:szCs w:val="20"/>
                <w:lang w:val="es-PE"/>
              </w:rPr>
            </w:pPr>
            <w:r w:rsidRPr="00774D49">
              <w:rPr>
                <w:rFonts w:cs="Arial"/>
                <w:sz w:val="20"/>
                <w:szCs w:val="20"/>
                <w:lang w:val="es-PE"/>
              </w:rPr>
              <w:t>Compartimos nuestros descubrimientos con las visitas</w:t>
            </w:r>
          </w:p>
        </w:tc>
        <w:tc>
          <w:tcPr>
            <w:tcW w:w="4928" w:type="dxa"/>
            <w:vAlign w:val="center"/>
          </w:tcPr>
          <w:p w14:paraId="68B90AE8" w14:textId="77777777" w:rsidR="004246B5" w:rsidRPr="00774D49" w:rsidRDefault="004246B5" w:rsidP="008722EA">
            <w:pPr>
              <w:rPr>
                <w:rFonts w:cs="Arial"/>
                <w:b/>
                <w:bCs/>
                <w:sz w:val="20"/>
                <w:szCs w:val="20"/>
                <w:lang w:val="es-PE"/>
              </w:rPr>
            </w:pPr>
            <w:r w:rsidRPr="00774D49">
              <w:rPr>
                <w:rFonts w:cs="Arial"/>
                <w:b/>
                <w:bCs/>
                <w:sz w:val="20"/>
                <w:szCs w:val="20"/>
                <w:lang w:val="es-PE"/>
              </w:rPr>
              <w:t>Rutinas de Entrada (08:00 - 08:30)</w:t>
            </w:r>
          </w:p>
          <w:p w14:paraId="1DE45913" w14:textId="77777777" w:rsidR="004246B5" w:rsidRPr="00774D49" w:rsidRDefault="004246B5" w:rsidP="004246B5">
            <w:pPr>
              <w:numPr>
                <w:ilvl w:val="0"/>
                <w:numId w:val="133"/>
              </w:numPr>
              <w:rPr>
                <w:rFonts w:cs="Arial"/>
                <w:sz w:val="20"/>
                <w:szCs w:val="20"/>
                <w:lang w:val="es-PE"/>
              </w:rPr>
            </w:pPr>
            <w:r w:rsidRPr="00774D49">
              <w:rPr>
                <w:rFonts w:cs="Arial"/>
                <w:b/>
                <w:bCs/>
                <w:sz w:val="20"/>
                <w:szCs w:val="20"/>
                <w:lang w:val="es-PE"/>
              </w:rPr>
              <w:t>Recepción:</w:t>
            </w:r>
            <w:r w:rsidRPr="00774D49">
              <w:rPr>
                <w:rFonts w:cs="Arial"/>
                <w:sz w:val="20"/>
                <w:szCs w:val="20"/>
                <w:lang w:val="es-PE"/>
              </w:rPr>
              <w:t xml:space="preserve"> Recibimiento personalizado y afectuoso a la altura del niño, saludándolo por su nombre con palabras amables, agachándose para establecer contacto visual directo y brindándole un entorno de absoluta calma y seguridad emocional en su ingreso al aula.</w:t>
            </w:r>
          </w:p>
          <w:p w14:paraId="5C39EBDE" w14:textId="77777777" w:rsidR="004246B5" w:rsidRPr="00774D49" w:rsidRDefault="004246B5" w:rsidP="004246B5">
            <w:pPr>
              <w:numPr>
                <w:ilvl w:val="0"/>
                <w:numId w:val="133"/>
              </w:numPr>
              <w:rPr>
                <w:rFonts w:cs="Arial"/>
                <w:sz w:val="20"/>
                <w:szCs w:val="20"/>
                <w:lang w:val="es-PE"/>
              </w:rPr>
            </w:pPr>
            <w:r w:rsidRPr="00774D49">
              <w:rPr>
                <w:rFonts w:cs="Arial"/>
                <w:sz w:val="20"/>
                <w:szCs w:val="20"/>
                <w:lang w:val="es-PE"/>
              </w:rPr>
              <w:t>Se realiza la verificación del estado físico y emocional de cada estudiante, entablando un breve diálogo de confianza con el padre de familia o cuidador para recoger datos relevantes del bienestar del niño al iniciar la mañana.</w:t>
            </w:r>
          </w:p>
          <w:p w14:paraId="351A85CE" w14:textId="77777777" w:rsidR="004246B5" w:rsidRPr="00774D49" w:rsidRDefault="004246B5" w:rsidP="004246B5">
            <w:pPr>
              <w:numPr>
                <w:ilvl w:val="0"/>
                <w:numId w:val="133"/>
              </w:numPr>
              <w:rPr>
                <w:rFonts w:cs="Arial"/>
                <w:sz w:val="20"/>
                <w:szCs w:val="20"/>
                <w:lang w:val="es-PE"/>
              </w:rPr>
            </w:pPr>
            <w:r w:rsidRPr="00774D49">
              <w:rPr>
                <w:rFonts w:cs="Arial"/>
                <w:sz w:val="20"/>
                <w:szCs w:val="20"/>
                <w:lang w:val="es-PE"/>
              </w:rPr>
              <w:t xml:space="preserve">Se permite el uso de un objeto de apego (como un peluche, mantita o juguete pequeño traído de casa) si el niño lo requiere para manejar la ansiedad de la </w:t>
            </w:r>
            <w:r w:rsidRPr="00774D49">
              <w:rPr>
                <w:rFonts w:cs="Arial"/>
                <w:sz w:val="20"/>
                <w:szCs w:val="20"/>
                <w:lang w:val="es-PE"/>
              </w:rPr>
              <w:lastRenderedPageBreak/>
              <w:t>separación familiar y facilitar su transición armónica al espacio escolar.</w:t>
            </w:r>
          </w:p>
          <w:p w14:paraId="558C07BA" w14:textId="77777777" w:rsidR="004246B5" w:rsidRPr="00774D49" w:rsidRDefault="004246B5" w:rsidP="004246B5">
            <w:pPr>
              <w:numPr>
                <w:ilvl w:val="0"/>
                <w:numId w:val="133"/>
              </w:numPr>
              <w:rPr>
                <w:rFonts w:cs="Arial"/>
                <w:sz w:val="20"/>
                <w:szCs w:val="20"/>
                <w:lang w:val="es-PE"/>
              </w:rPr>
            </w:pPr>
            <w:r w:rsidRPr="00774D49">
              <w:rPr>
                <w:rFonts w:cs="Arial"/>
                <w:sz w:val="20"/>
                <w:szCs w:val="20"/>
                <w:lang w:val="es-PE"/>
              </w:rPr>
              <w:t>Se acompaña al niño a colocar su mochila, lonchera y abrigo en su respectivo casillero asignado, promoviendo el reconocimiento de su espacio personal a través de las etiquetas visuales con su fotografía.</w:t>
            </w:r>
          </w:p>
          <w:p w14:paraId="781146E1" w14:textId="77777777" w:rsidR="004246B5" w:rsidRPr="00774D49" w:rsidRDefault="004246B5" w:rsidP="004246B5">
            <w:pPr>
              <w:numPr>
                <w:ilvl w:val="0"/>
                <w:numId w:val="133"/>
              </w:numPr>
              <w:rPr>
                <w:rFonts w:cs="Arial"/>
                <w:sz w:val="20"/>
                <w:szCs w:val="20"/>
                <w:lang w:val="es-PE"/>
              </w:rPr>
            </w:pPr>
            <w:r w:rsidRPr="00774D49">
              <w:rPr>
                <w:rFonts w:cs="Arial"/>
                <w:b/>
                <w:bCs/>
                <w:sz w:val="20"/>
                <w:szCs w:val="20"/>
                <w:lang w:val="es-PE"/>
              </w:rPr>
              <w:t>Cajas de Espera:</w:t>
            </w:r>
            <w:r w:rsidRPr="00774D49">
              <w:rPr>
                <w:rFonts w:cs="Arial"/>
                <w:sz w:val="20"/>
                <w:szCs w:val="20"/>
                <w:lang w:val="es-PE"/>
              </w:rPr>
              <w:t xml:space="preserve"> Colocación de canastas plásticas en las mesas con los collares identificadores de colores bien ordenados y pequeños distintivos autoadhesivos de exploradores para una transición tranquila, permitiendo que los niños los manipulen, los cuenten, se los coloquen de forma autónoma y se preparen emocionalmente para recibir a sus familiares.</w:t>
            </w:r>
          </w:p>
          <w:p w14:paraId="49D91D8C" w14:textId="77777777" w:rsidR="004246B5" w:rsidRPr="00774D49" w:rsidRDefault="004246B5" w:rsidP="004246B5">
            <w:pPr>
              <w:numPr>
                <w:ilvl w:val="0"/>
                <w:numId w:val="133"/>
              </w:numPr>
              <w:rPr>
                <w:rFonts w:cs="Arial"/>
                <w:sz w:val="20"/>
                <w:szCs w:val="20"/>
                <w:lang w:val="es-PE"/>
              </w:rPr>
            </w:pPr>
            <w:r w:rsidRPr="00774D49">
              <w:rPr>
                <w:rFonts w:cs="Arial"/>
                <w:b/>
                <w:bCs/>
                <w:sz w:val="20"/>
                <w:szCs w:val="20"/>
                <w:lang w:val="es-PE"/>
              </w:rPr>
              <w:t>Actividades Permanentes:</w:t>
            </w:r>
            <w:r w:rsidRPr="00774D49">
              <w:rPr>
                <w:rFonts w:cs="Arial"/>
                <w:sz w:val="20"/>
                <w:szCs w:val="20"/>
                <w:lang w:val="es-PE"/>
              </w:rPr>
              <w:t xml:space="preserve"> Asamblea breve en semicírculo sobre cojines individuales distribuidos en el piso para delimitar el espacio físico de cada estudiante.</w:t>
            </w:r>
          </w:p>
          <w:p w14:paraId="294F6EC9" w14:textId="77777777" w:rsidR="004246B5" w:rsidRPr="00774D49" w:rsidRDefault="004246B5" w:rsidP="004246B5">
            <w:pPr>
              <w:numPr>
                <w:ilvl w:val="0"/>
                <w:numId w:val="133"/>
              </w:numPr>
              <w:rPr>
                <w:rFonts w:cs="Arial"/>
                <w:sz w:val="20"/>
                <w:szCs w:val="20"/>
                <w:lang w:val="es-PE"/>
              </w:rPr>
            </w:pPr>
            <w:r w:rsidRPr="00774D49">
              <w:rPr>
                <w:rFonts w:cs="Arial"/>
                <w:sz w:val="20"/>
                <w:szCs w:val="20"/>
                <w:lang w:val="es-PE"/>
              </w:rPr>
              <w:t>Cantamos la canción del saludo del aula para integrarnos, aplaudiendo y realizando movimientos corporales rítmicos acordes a la melodía.</w:t>
            </w:r>
          </w:p>
          <w:p w14:paraId="6759D036" w14:textId="77777777" w:rsidR="004246B5" w:rsidRPr="00774D49" w:rsidRDefault="004246B5" w:rsidP="004246B5">
            <w:pPr>
              <w:numPr>
                <w:ilvl w:val="0"/>
                <w:numId w:val="133"/>
              </w:numPr>
              <w:rPr>
                <w:rFonts w:cs="Arial"/>
                <w:sz w:val="20"/>
                <w:szCs w:val="20"/>
                <w:lang w:val="es-PE"/>
              </w:rPr>
            </w:pPr>
            <w:r w:rsidRPr="00774D49">
              <w:rPr>
                <w:rFonts w:cs="Arial"/>
                <w:sz w:val="20"/>
                <w:szCs w:val="20"/>
                <w:lang w:val="es-PE"/>
              </w:rPr>
              <w:t>Registramos la asistencia de manera visual y participativa, invitando a cada niño a buscar la tarjeta con su fotografía y colocarla en el panel de asistencia de “Los que vinieron hoy”.</w:t>
            </w:r>
          </w:p>
          <w:p w14:paraId="7B95947C" w14:textId="77777777" w:rsidR="004246B5" w:rsidRPr="00774D49" w:rsidRDefault="004246B5" w:rsidP="004246B5">
            <w:pPr>
              <w:numPr>
                <w:ilvl w:val="0"/>
                <w:numId w:val="133"/>
              </w:numPr>
              <w:rPr>
                <w:rFonts w:cs="Arial"/>
                <w:sz w:val="20"/>
                <w:szCs w:val="20"/>
                <w:lang w:val="es-PE"/>
              </w:rPr>
            </w:pPr>
            <w:r w:rsidRPr="00774D49">
              <w:rPr>
                <w:rFonts w:cs="Arial"/>
                <w:sz w:val="20"/>
                <w:szCs w:val="20"/>
                <w:lang w:val="es-PE"/>
              </w:rPr>
              <w:t>Revisamos el calendario de forma lúdica, identificando el día de la semana con apoyo de una canción corta y actualizando el cartel del clima (soleado, lluvioso o nublado) asomándonos brevemente a la ventana del aula.</w:t>
            </w:r>
          </w:p>
          <w:p w14:paraId="346E5654" w14:textId="77777777" w:rsidR="004246B5" w:rsidRPr="00774D49" w:rsidRDefault="004246B5" w:rsidP="008722EA">
            <w:pPr>
              <w:rPr>
                <w:rFonts w:cs="Arial"/>
                <w:b/>
                <w:bCs/>
                <w:sz w:val="20"/>
                <w:szCs w:val="20"/>
                <w:lang w:val="es-PE"/>
              </w:rPr>
            </w:pPr>
            <w:r w:rsidRPr="00774D49">
              <w:rPr>
                <w:rFonts w:cs="Arial"/>
                <w:b/>
                <w:bCs/>
                <w:sz w:val="20"/>
                <w:szCs w:val="20"/>
                <w:lang w:val="es-PE"/>
              </w:rPr>
              <w:t>Juego Libre en los espacios (08:30 - 09:30)</w:t>
            </w:r>
          </w:p>
          <w:p w14:paraId="07F2A2F8" w14:textId="77777777" w:rsidR="004246B5" w:rsidRPr="00774D49" w:rsidRDefault="004246B5" w:rsidP="004246B5">
            <w:pPr>
              <w:numPr>
                <w:ilvl w:val="0"/>
                <w:numId w:val="134"/>
              </w:numPr>
              <w:rPr>
                <w:rFonts w:cs="Arial"/>
                <w:sz w:val="20"/>
                <w:szCs w:val="20"/>
                <w:lang w:val="es-PE"/>
              </w:rPr>
            </w:pPr>
            <w:r w:rsidRPr="00774D49">
              <w:rPr>
                <w:rFonts w:cs="Arial"/>
                <w:b/>
                <w:bCs/>
                <w:sz w:val="20"/>
                <w:szCs w:val="20"/>
                <w:lang w:val="es-PE"/>
              </w:rPr>
              <w:t>Planificación y Organización (Fase 1):</w:t>
            </w:r>
            <w:r w:rsidRPr="00774D49">
              <w:rPr>
                <w:rFonts w:cs="Arial"/>
                <w:sz w:val="20"/>
                <w:szCs w:val="20"/>
                <w:lang w:val="es-PE"/>
              </w:rPr>
              <w:t xml:space="preserve"> Los niños se sientan en círculo en el espacio de asamblea principal, recuerdan las normas de convivencia básicas para el juego (compartir los materiales, cuidar a los amigos y no correr) y eligen de forma autónoma a qué sector desean ir (Construcción, Lectura o Arte).</w:t>
            </w:r>
          </w:p>
          <w:p w14:paraId="0262BE64" w14:textId="77777777" w:rsidR="004246B5" w:rsidRPr="00774D49" w:rsidRDefault="004246B5" w:rsidP="004246B5">
            <w:pPr>
              <w:numPr>
                <w:ilvl w:val="0"/>
                <w:numId w:val="134"/>
              </w:numPr>
              <w:rPr>
                <w:rFonts w:cs="Arial"/>
                <w:sz w:val="20"/>
                <w:szCs w:val="20"/>
                <w:lang w:val="es-PE"/>
              </w:rPr>
            </w:pPr>
            <w:r w:rsidRPr="00774D49">
              <w:rPr>
                <w:rFonts w:cs="Arial"/>
                <w:sz w:val="20"/>
                <w:szCs w:val="20"/>
                <w:lang w:val="es-PE"/>
              </w:rPr>
              <w:t>Se organizan en pequeños grupos y la docente les distribuye collares o carnés identificadores con el color del sector seleccionado para la autorregulación del aforo y asegurar que cada espacio cuente con la cantidad adecuada de niños.</w:t>
            </w:r>
          </w:p>
          <w:p w14:paraId="212EC1F2" w14:textId="77777777" w:rsidR="004246B5" w:rsidRPr="00774D49" w:rsidRDefault="004246B5" w:rsidP="004246B5">
            <w:pPr>
              <w:numPr>
                <w:ilvl w:val="0"/>
                <w:numId w:val="134"/>
              </w:numPr>
              <w:rPr>
                <w:rFonts w:cs="Arial"/>
                <w:sz w:val="20"/>
                <w:szCs w:val="20"/>
                <w:lang w:val="es-PE"/>
              </w:rPr>
            </w:pPr>
            <w:r w:rsidRPr="00774D49">
              <w:rPr>
                <w:rFonts w:cs="Arial"/>
                <w:b/>
                <w:bCs/>
                <w:sz w:val="20"/>
                <w:szCs w:val="20"/>
                <w:lang w:val="es-PE"/>
              </w:rPr>
              <w:t>Desarrollo o Ejecución (Fase 2):</w:t>
            </w:r>
            <w:r w:rsidRPr="00774D49">
              <w:rPr>
                <w:rFonts w:cs="Arial"/>
                <w:sz w:val="20"/>
                <w:szCs w:val="20"/>
                <w:lang w:val="es-PE"/>
              </w:rPr>
              <w:t xml:space="preserve"> Los niños se desplazan a los sectores elegidos y juegan libremente con los materiales dispuestos en los estantes bajos de manera autónoma.</w:t>
            </w:r>
          </w:p>
          <w:p w14:paraId="19D31C90" w14:textId="77777777" w:rsidR="004246B5" w:rsidRPr="00774D49" w:rsidRDefault="004246B5" w:rsidP="004246B5">
            <w:pPr>
              <w:numPr>
                <w:ilvl w:val="0"/>
                <w:numId w:val="134"/>
              </w:numPr>
              <w:rPr>
                <w:rFonts w:cs="Arial"/>
                <w:sz w:val="20"/>
                <w:szCs w:val="20"/>
                <w:lang w:val="es-PE"/>
              </w:rPr>
            </w:pPr>
            <w:r w:rsidRPr="00774D49">
              <w:rPr>
                <w:rFonts w:cs="Arial"/>
                <w:sz w:val="20"/>
                <w:szCs w:val="20"/>
                <w:lang w:val="es-PE"/>
              </w:rPr>
              <w:t xml:space="preserve">La docente realiza un acompañamiento indirecto y observa el juego sin interrumpir las iniciativas de los niños, identificando las </w:t>
            </w:r>
            <w:r w:rsidRPr="00774D49">
              <w:rPr>
                <w:rFonts w:cs="Arial"/>
                <w:sz w:val="20"/>
                <w:szCs w:val="20"/>
                <w:lang w:val="es-PE"/>
              </w:rPr>
              <w:lastRenderedPageBreak/>
              <w:t>interacciones sociales, las formas de comunicación, los conflictos espontáneos y registrando estas evidencias de manera descriptiva en su cuaderno de campo.</w:t>
            </w:r>
          </w:p>
          <w:p w14:paraId="52FB7AE8" w14:textId="77777777" w:rsidR="004246B5" w:rsidRPr="00774D49" w:rsidRDefault="004246B5" w:rsidP="004246B5">
            <w:pPr>
              <w:numPr>
                <w:ilvl w:val="0"/>
                <w:numId w:val="134"/>
              </w:numPr>
              <w:rPr>
                <w:rFonts w:cs="Arial"/>
                <w:sz w:val="20"/>
                <w:szCs w:val="20"/>
                <w:lang w:val="es-PE"/>
              </w:rPr>
            </w:pPr>
            <w:r w:rsidRPr="00774D49">
              <w:rPr>
                <w:rFonts w:cs="Arial"/>
                <w:b/>
                <w:bCs/>
                <w:sz w:val="20"/>
                <w:szCs w:val="20"/>
                <w:lang w:val="es-PE"/>
              </w:rPr>
              <w:t>Orden, Socialización y Representación (Fase 3):</w:t>
            </w:r>
            <w:r w:rsidRPr="00774D49">
              <w:rPr>
                <w:rFonts w:cs="Arial"/>
                <w:sz w:val="20"/>
                <w:szCs w:val="20"/>
                <w:lang w:val="es-PE"/>
              </w:rPr>
              <w:t xml:space="preserve"> Cantamos una canción de orden tradicional del nivel Inicial para anticipar el cierre del juego.</w:t>
            </w:r>
          </w:p>
          <w:p w14:paraId="14A6F1C6" w14:textId="77777777" w:rsidR="004246B5" w:rsidRPr="00774D49" w:rsidRDefault="004246B5" w:rsidP="004246B5">
            <w:pPr>
              <w:numPr>
                <w:ilvl w:val="0"/>
                <w:numId w:val="134"/>
              </w:numPr>
              <w:rPr>
                <w:rFonts w:cs="Arial"/>
                <w:sz w:val="20"/>
                <w:szCs w:val="20"/>
                <w:lang w:val="es-PE"/>
              </w:rPr>
            </w:pPr>
            <w:r w:rsidRPr="00774D49">
              <w:rPr>
                <w:rFonts w:cs="Arial"/>
                <w:sz w:val="20"/>
                <w:szCs w:val="20"/>
                <w:lang w:val="es-PE"/>
              </w:rPr>
              <w:t>Los niños guardan de manera colaborativa los materiales en las canastas rotuladas con siluetas y dibujos, colocándolas de vuelta en los estantes correspondientes.</w:t>
            </w:r>
          </w:p>
          <w:p w14:paraId="6395E416" w14:textId="77777777" w:rsidR="004246B5" w:rsidRPr="00774D49" w:rsidRDefault="004246B5" w:rsidP="004246B5">
            <w:pPr>
              <w:numPr>
                <w:ilvl w:val="0"/>
                <w:numId w:val="134"/>
              </w:numPr>
              <w:rPr>
                <w:rFonts w:cs="Arial"/>
                <w:sz w:val="20"/>
                <w:szCs w:val="20"/>
                <w:lang w:val="es-PE"/>
              </w:rPr>
            </w:pPr>
            <w:r w:rsidRPr="00774D49">
              <w:rPr>
                <w:rFonts w:cs="Arial"/>
                <w:sz w:val="20"/>
                <w:szCs w:val="20"/>
                <w:lang w:val="es-PE"/>
              </w:rPr>
              <w:t xml:space="preserve">Nos reunimos nuevamente en la asamblea para verbalizar brevemente a qué jugaron, con </w:t>
            </w:r>
            <w:proofErr w:type="spellStart"/>
            <w:r w:rsidRPr="00774D49">
              <w:rPr>
                <w:rFonts w:cs="Arial"/>
                <w:sz w:val="20"/>
                <w:szCs w:val="20"/>
                <w:lang w:val="es-PE"/>
              </w:rPr>
              <w:t>quiénes</w:t>
            </w:r>
            <w:proofErr w:type="spellEnd"/>
            <w:r w:rsidRPr="00774D49">
              <w:rPr>
                <w:rFonts w:cs="Arial"/>
                <w:sz w:val="20"/>
                <w:szCs w:val="20"/>
                <w:lang w:val="es-PE"/>
              </w:rPr>
              <w:t xml:space="preserve"> compartieron los juguetes y cómo se sintieron durante el momento de juego libre.</w:t>
            </w:r>
          </w:p>
          <w:p w14:paraId="085C11D0" w14:textId="77777777" w:rsidR="004246B5" w:rsidRPr="00774D49" w:rsidRDefault="004246B5" w:rsidP="008722EA">
            <w:pPr>
              <w:rPr>
                <w:rFonts w:cs="Arial"/>
                <w:b/>
                <w:bCs/>
                <w:sz w:val="20"/>
                <w:szCs w:val="20"/>
                <w:lang w:val="es-PE"/>
              </w:rPr>
            </w:pPr>
            <w:r w:rsidRPr="00774D49">
              <w:rPr>
                <w:rFonts w:cs="Arial"/>
                <w:b/>
                <w:bCs/>
                <w:sz w:val="20"/>
                <w:szCs w:val="20"/>
                <w:lang w:val="es-PE"/>
              </w:rPr>
              <w:t>Actividad Significativa / Sesión Central (09:30 - 10:30)</w:t>
            </w:r>
          </w:p>
          <w:p w14:paraId="4F2408AA" w14:textId="77777777" w:rsidR="004246B5" w:rsidRPr="00774D49" w:rsidRDefault="004246B5" w:rsidP="004246B5">
            <w:pPr>
              <w:numPr>
                <w:ilvl w:val="0"/>
                <w:numId w:val="135"/>
              </w:numPr>
              <w:rPr>
                <w:rFonts w:cs="Arial"/>
                <w:sz w:val="20"/>
                <w:szCs w:val="20"/>
                <w:lang w:val="es-PE"/>
              </w:rPr>
            </w:pPr>
            <w:r w:rsidRPr="00774D49">
              <w:rPr>
                <w:rFonts w:cs="Arial"/>
                <w:b/>
                <w:bCs/>
                <w:sz w:val="20"/>
                <w:szCs w:val="20"/>
                <w:lang w:val="es-PE"/>
              </w:rPr>
              <w:t>Inicio (Antes):</w:t>
            </w:r>
            <w:r w:rsidRPr="00774D49">
              <w:rPr>
                <w:rFonts w:cs="Arial"/>
                <w:sz w:val="20"/>
                <w:szCs w:val="20"/>
                <w:lang w:val="es-PE"/>
              </w:rPr>
              <w:t xml:space="preserve"> La docente capta la atención de los niños en la asamblea utilizando una melodía suave de introducción y abre la puerta del aula de forma pausada para permitir el ingreso de los padres de familia o invitados especiales, invitándolos a sentarse en las sillas dispuestas alrededor de las zonas de exposición.</w:t>
            </w:r>
          </w:p>
          <w:p w14:paraId="346D5320" w14:textId="77777777" w:rsidR="004246B5" w:rsidRPr="00774D49" w:rsidRDefault="004246B5" w:rsidP="004246B5">
            <w:pPr>
              <w:numPr>
                <w:ilvl w:val="0"/>
                <w:numId w:val="135"/>
              </w:numPr>
              <w:rPr>
                <w:rFonts w:cs="Arial"/>
                <w:sz w:val="20"/>
                <w:szCs w:val="20"/>
                <w:lang w:val="es-PE"/>
              </w:rPr>
            </w:pPr>
            <w:r w:rsidRPr="00774D49">
              <w:rPr>
                <w:rFonts w:cs="Arial"/>
                <w:sz w:val="20"/>
                <w:szCs w:val="20"/>
                <w:lang w:val="es-PE"/>
              </w:rPr>
              <w:t>Al ver ingresar a sus seres queridos portando sonrisas, se genera un ambiente de gran emoción, orgullo e interés colectivo en el grupo.</w:t>
            </w:r>
          </w:p>
          <w:p w14:paraId="611AC5A5" w14:textId="77777777" w:rsidR="004246B5" w:rsidRPr="00774D49" w:rsidRDefault="004246B5" w:rsidP="004246B5">
            <w:pPr>
              <w:numPr>
                <w:ilvl w:val="0"/>
                <w:numId w:val="135"/>
              </w:numPr>
              <w:rPr>
                <w:rFonts w:cs="Arial"/>
                <w:sz w:val="20"/>
                <w:szCs w:val="20"/>
                <w:lang w:val="es-PE"/>
              </w:rPr>
            </w:pPr>
            <w:r w:rsidRPr="00774D49">
              <w:rPr>
                <w:rFonts w:cs="Arial"/>
                <w:sz w:val="20"/>
                <w:szCs w:val="20"/>
                <w:lang w:val="es-PE"/>
              </w:rPr>
              <w:t>La docente da una breve bienvenida y plantea la consigna de inicio: Amigos, hoy es el gran día de abrir nuestro salón, ¿quién quiere saludar primero a las familias usando el micrófono y enseñarles los tesoros y construcciones que tenemos listos?</w:t>
            </w:r>
          </w:p>
          <w:p w14:paraId="5B1D2EAB" w14:textId="77777777" w:rsidR="004246B5" w:rsidRPr="00774D49" w:rsidRDefault="004246B5" w:rsidP="004246B5">
            <w:pPr>
              <w:numPr>
                <w:ilvl w:val="0"/>
                <w:numId w:val="135"/>
              </w:numPr>
              <w:rPr>
                <w:rFonts w:cs="Arial"/>
                <w:sz w:val="20"/>
                <w:szCs w:val="20"/>
                <w:lang w:val="es-PE"/>
              </w:rPr>
            </w:pPr>
            <w:r w:rsidRPr="00774D49">
              <w:rPr>
                <w:rFonts w:cs="Arial"/>
                <w:b/>
                <w:bCs/>
                <w:sz w:val="20"/>
                <w:szCs w:val="20"/>
                <w:lang w:val="es-PE"/>
              </w:rPr>
              <w:t>Desarrollo (Durante):</w:t>
            </w:r>
            <w:r w:rsidRPr="00774D49">
              <w:rPr>
                <w:rFonts w:cs="Arial"/>
                <w:sz w:val="20"/>
                <w:szCs w:val="20"/>
                <w:lang w:val="es-PE"/>
              </w:rPr>
              <w:t xml:space="preserve"> Los niños se desplazan libremente de manera autónoma y se ubican con alegría en la zona o rincón que eligieron previamente para la muestra colectiva del mes de junio.</w:t>
            </w:r>
          </w:p>
          <w:p w14:paraId="09944D43" w14:textId="77777777" w:rsidR="004246B5" w:rsidRPr="00774D49" w:rsidRDefault="004246B5" w:rsidP="004246B5">
            <w:pPr>
              <w:numPr>
                <w:ilvl w:val="0"/>
                <w:numId w:val="135"/>
              </w:numPr>
              <w:rPr>
                <w:rFonts w:cs="Arial"/>
                <w:sz w:val="20"/>
                <w:szCs w:val="20"/>
                <w:lang w:val="es-PE"/>
              </w:rPr>
            </w:pPr>
            <w:r w:rsidRPr="00774D49">
              <w:rPr>
                <w:rFonts w:cs="Arial"/>
                <w:sz w:val="20"/>
                <w:szCs w:val="20"/>
                <w:lang w:val="es-PE"/>
              </w:rPr>
              <w:t>Exploran e interactúan con todos sus sentidos en compañía de los adultos: muestran las bandejas con hojas y piedras secas, manipulan las botellas de trasvases explicando cómo pasa el agua, señalan con orgullo las grandes torres de cajas recicladas y los personajes pequeños creados con masa o cartón, compartiendo de forma activa sus descubrimientos.</w:t>
            </w:r>
          </w:p>
          <w:p w14:paraId="1964AF7A" w14:textId="77777777" w:rsidR="004246B5" w:rsidRPr="00774D49" w:rsidRDefault="004246B5" w:rsidP="004246B5">
            <w:pPr>
              <w:numPr>
                <w:ilvl w:val="0"/>
                <w:numId w:val="135"/>
              </w:numPr>
              <w:rPr>
                <w:rFonts w:cs="Arial"/>
                <w:sz w:val="20"/>
                <w:szCs w:val="20"/>
                <w:lang w:val="es-PE"/>
              </w:rPr>
            </w:pPr>
            <w:r w:rsidRPr="00774D49">
              <w:rPr>
                <w:rFonts w:cs="Arial"/>
                <w:sz w:val="20"/>
                <w:szCs w:val="20"/>
                <w:lang w:val="es-PE"/>
              </w:rPr>
              <w:t>Juegan a invitar a sus papás a participar de las experiencias; les piden que toquen el barro limpio, que los ayuden a apilar una caja o que miren las huellas de hojas estampadas en los grandes carteles informativos fijados en las paredes del aula.</w:t>
            </w:r>
          </w:p>
          <w:p w14:paraId="46AC8E45" w14:textId="77777777" w:rsidR="004246B5" w:rsidRPr="00774D49" w:rsidRDefault="004246B5" w:rsidP="004246B5">
            <w:pPr>
              <w:numPr>
                <w:ilvl w:val="0"/>
                <w:numId w:val="135"/>
              </w:numPr>
              <w:rPr>
                <w:rFonts w:cs="Arial"/>
                <w:sz w:val="20"/>
                <w:szCs w:val="20"/>
                <w:lang w:val="es-PE"/>
              </w:rPr>
            </w:pPr>
            <w:r w:rsidRPr="00774D49">
              <w:rPr>
                <w:rFonts w:cs="Arial"/>
                <w:sz w:val="20"/>
                <w:szCs w:val="20"/>
                <w:lang w:val="es-PE"/>
              </w:rPr>
              <w:t xml:space="preserve">La docente acompaña la muestra respetando el protagonismo de cada niño y </w:t>
            </w:r>
            <w:r w:rsidRPr="00774D49">
              <w:rPr>
                <w:rFonts w:cs="Arial"/>
                <w:sz w:val="20"/>
                <w:szCs w:val="20"/>
                <w:lang w:val="es-PE"/>
              </w:rPr>
              <w:lastRenderedPageBreak/>
              <w:t>sus formas individuales de expresión, interviniendo sutilmente para mediar la interacción afectuosa y expandir las verbalizaciones (</w:t>
            </w:r>
            <w:proofErr w:type="spellStart"/>
            <w:r w:rsidRPr="00774D49">
              <w:rPr>
                <w:rFonts w:cs="Arial"/>
                <w:sz w:val="20"/>
                <w:szCs w:val="20"/>
                <w:lang w:val="es-PE"/>
              </w:rPr>
              <w:t>Ej</w:t>
            </w:r>
            <w:proofErr w:type="spellEnd"/>
            <w:r w:rsidRPr="00774D49">
              <w:rPr>
                <w:rFonts w:cs="Arial"/>
                <w:sz w:val="20"/>
                <w:szCs w:val="20"/>
                <w:lang w:val="es-PE"/>
              </w:rPr>
              <w:t>: Si el niño coge la mano de su mamá, apunta el cartel y dice “yo”, la docente interviene con afecto: “Sí, tú estampaste esa huella de hoja grande de color verde en nuestro cartel de la naturaleza, le estás enseñando tu hermoso trabajo”)</w:t>
            </w:r>
          </w:p>
          <w:p w14:paraId="64DADAAF" w14:textId="77777777" w:rsidR="004246B5" w:rsidRPr="00774D49" w:rsidRDefault="004246B5" w:rsidP="004246B5">
            <w:pPr>
              <w:numPr>
                <w:ilvl w:val="0"/>
                <w:numId w:val="135"/>
              </w:numPr>
              <w:rPr>
                <w:rFonts w:cs="Arial"/>
                <w:sz w:val="20"/>
                <w:szCs w:val="20"/>
                <w:lang w:val="es-PE"/>
              </w:rPr>
            </w:pPr>
            <w:r w:rsidRPr="00774D49">
              <w:rPr>
                <w:rFonts w:cs="Arial"/>
                <w:b/>
                <w:bCs/>
                <w:sz w:val="20"/>
                <w:szCs w:val="20"/>
                <w:lang w:val="es-PE"/>
              </w:rPr>
              <w:t>Cierre (Después):</w:t>
            </w:r>
            <w:r w:rsidRPr="00774D49">
              <w:rPr>
                <w:rFonts w:cs="Arial"/>
                <w:sz w:val="20"/>
                <w:szCs w:val="20"/>
                <w:lang w:val="es-PE"/>
              </w:rPr>
              <w:t xml:space="preserve"> Despedimos de forma cálida y agradecida a los padres de familia con una canción de aplausos, y nos reunimos nuevamente con los niños en la asamblea breve sentándonos en círculo sobre los cojines individuales.</w:t>
            </w:r>
          </w:p>
          <w:p w14:paraId="3B0461D0" w14:textId="77777777" w:rsidR="004246B5" w:rsidRPr="00774D49" w:rsidRDefault="004246B5" w:rsidP="004246B5">
            <w:pPr>
              <w:numPr>
                <w:ilvl w:val="0"/>
                <w:numId w:val="135"/>
              </w:numPr>
              <w:rPr>
                <w:rFonts w:cs="Arial"/>
                <w:sz w:val="20"/>
                <w:szCs w:val="20"/>
                <w:lang w:val="es-PE"/>
              </w:rPr>
            </w:pPr>
            <w:r w:rsidRPr="00774D49">
              <w:rPr>
                <w:rFonts w:cs="Arial"/>
                <w:sz w:val="20"/>
                <w:szCs w:val="20"/>
                <w:lang w:val="es-PE"/>
              </w:rPr>
              <w:t>Dialogamos de forma reflexiva mediante preguntas sencillas de metacognición: ¿Cómo se sintieron al recibir a sus familias en el aula? ¿Qué fue lo que más les gustó enseñarle hoy a su papá, mamá o abuelito?</w:t>
            </w:r>
          </w:p>
          <w:p w14:paraId="3229342B" w14:textId="77777777" w:rsidR="004246B5" w:rsidRPr="00774D49" w:rsidRDefault="004246B5" w:rsidP="004246B5">
            <w:pPr>
              <w:numPr>
                <w:ilvl w:val="0"/>
                <w:numId w:val="135"/>
              </w:numPr>
              <w:rPr>
                <w:rFonts w:cs="Arial"/>
                <w:sz w:val="20"/>
                <w:szCs w:val="20"/>
                <w:lang w:val="es-PE"/>
              </w:rPr>
            </w:pPr>
            <w:r w:rsidRPr="00774D49">
              <w:rPr>
                <w:rFonts w:cs="Arial"/>
                <w:sz w:val="20"/>
                <w:szCs w:val="20"/>
                <w:lang w:val="es-PE"/>
              </w:rPr>
              <w:t>Colocamos los micrófonos de juguete en su canasta organizadora y nos preparamos de forma ordenada para la siguiente rutina de la jornada.</w:t>
            </w:r>
          </w:p>
          <w:p w14:paraId="71C313A9" w14:textId="77777777" w:rsidR="004246B5" w:rsidRPr="00774D49" w:rsidRDefault="004246B5" w:rsidP="008722EA">
            <w:pPr>
              <w:rPr>
                <w:rFonts w:cs="Arial"/>
                <w:b/>
                <w:bCs/>
                <w:sz w:val="20"/>
                <w:szCs w:val="20"/>
                <w:lang w:val="es-PE"/>
              </w:rPr>
            </w:pPr>
            <w:r w:rsidRPr="00774D49">
              <w:rPr>
                <w:rFonts w:cs="Arial"/>
                <w:b/>
                <w:bCs/>
                <w:sz w:val="20"/>
                <w:szCs w:val="20"/>
                <w:lang w:val="es-PE"/>
              </w:rPr>
              <w:t>Aseo, Refrigerio y Recreo (10:30 - 11:30)</w:t>
            </w:r>
          </w:p>
          <w:p w14:paraId="63D62384" w14:textId="77777777" w:rsidR="004246B5" w:rsidRPr="00774D49" w:rsidRDefault="004246B5" w:rsidP="004246B5">
            <w:pPr>
              <w:numPr>
                <w:ilvl w:val="0"/>
                <w:numId w:val="136"/>
              </w:numPr>
              <w:rPr>
                <w:rFonts w:cs="Arial"/>
                <w:sz w:val="20"/>
                <w:szCs w:val="20"/>
                <w:lang w:val="es-PE"/>
              </w:rPr>
            </w:pPr>
            <w:r w:rsidRPr="00774D49">
              <w:rPr>
                <w:rFonts w:cs="Arial"/>
                <w:b/>
                <w:bCs/>
                <w:sz w:val="20"/>
                <w:szCs w:val="20"/>
                <w:lang w:val="es-PE"/>
              </w:rPr>
              <w:t>Higiene:</w:t>
            </w:r>
            <w:r w:rsidRPr="00774D49">
              <w:rPr>
                <w:rFonts w:cs="Arial"/>
                <w:sz w:val="20"/>
                <w:szCs w:val="20"/>
                <w:lang w:val="es-PE"/>
              </w:rPr>
              <w:t xml:space="preserve"> Traslado ordenado al espacio de los lavaderos en grupos pequeños. Lavado de manos guiado paso a paso por la docente, utilizando jabón líquido y modelando el frotado correcto de palmas, muñecas y dedos tras la manipulación y contacto con los diversos materiales de la exposición.</w:t>
            </w:r>
          </w:p>
          <w:p w14:paraId="291D792A" w14:textId="77777777" w:rsidR="004246B5" w:rsidRPr="00774D49" w:rsidRDefault="004246B5" w:rsidP="004246B5">
            <w:pPr>
              <w:numPr>
                <w:ilvl w:val="0"/>
                <w:numId w:val="136"/>
              </w:numPr>
              <w:rPr>
                <w:rFonts w:cs="Arial"/>
                <w:sz w:val="20"/>
                <w:szCs w:val="20"/>
                <w:lang w:val="es-PE"/>
              </w:rPr>
            </w:pPr>
            <w:r w:rsidRPr="00774D49">
              <w:rPr>
                <w:rFonts w:cs="Arial"/>
                <w:sz w:val="20"/>
                <w:szCs w:val="20"/>
                <w:lang w:val="es-PE"/>
              </w:rPr>
              <w:t>Se fomenta el uso responsable del agua al cerrar el caño mientras se enjabonan y se apoya de forma visual con carteles explicativos pegados a la altura de su vista, finalizando con el secado autónomo usando papel toalla.</w:t>
            </w:r>
          </w:p>
          <w:p w14:paraId="6ABDFD8C" w14:textId="77777777" w:rsidR="004246B5" w:rsidRPr="00774D49" w:rsidRDefault="004246B5" w:rsidP="004246B5">
            <w:pPr>
              <w:numPr>
                <w:ilvl w:val="0"/>
                <w:numId w:val="136"/>
              </w:numPr>
              <w:rPr>
                <w:rFonts w:cs="Arial"/>
                <w:sz w:val="20"/>
                <w:szCs w:val="20"/>
                <w:lang w:val="es-PE"/>
              </w:rPr>
            </w:pPr>
            <w:r w:rsidRPr="00774D49">
              <w:rPr>
                <w:rFonts w:cs="Arial"/>
                <w:b/>
                <w:bCs/>
                <w:sz w:val="20"/>
                <w:szCs w:val="20"/>
                <w:lang w:val="es-PE"/>
              </w:rPr>
              <w:t>Alimentación:</w:t>
            </w:r>
            <w:r w:rsidRPr="00774D49">
              <w:rPr>
                <w:rFonts w:cs="Arial"/>
                <w:sz w:val="20"/>
                <w:szCs w:val="20"/>
                <w:lang w:val="es-PE"/>
              </w:rPr>
              <w:t xml:space="preserve"> Consumo de la lonchera dentro del aula en un clima de calma, respeto y buena convivencia.</w:t>
            </w:r>
          </w:p>
          <w:p w14:paraId="15B4D408" w14:textId="77777777" w:rsidR="004246B5" w:rsidRPr="00774D49" w:rsidRDefault="004246B5" w:rsidP="004246B5">
            <w:pPr>
              <w:numPr>
                <w:ilvl w:val="0"/>
                <w:numId w:val="136"/>
              </w:numPr>
              <w:rPr>
                <w:rFonts w:cs="Arial"/>
                <w:sz w:val="20"/>
                <w:szCs w:val="20"/>
                <w:lang w:val="es-PE"/>
              </w:rPr>
            </w:pPr>
            <w:r w:rsidRPr="00774D49">
              <w:rPr>
                <w:rFonts w:cs="Arial"/>
                <w:sz w:val="20"/>
                <w:szCs w:val="20"/>
                <w:lang w:val="es-PE"/>
              </w:rPr>
              <w:t>Se promueve la autonomía individual incentivando a los niños a sacar sus individuales, abrir los cierres de sus mochilas, destapar sus envases plásticos por sí mismos y limpiar con un paño su espacio de la mesa al terminar de comer.</w:t>
            </w:r>
          </w:p>
          <w:p w14:paraId="5536E729" w14:textId="77777777" w:rsidR="004246B5" w:rsidRPr="00774D49" w:rsidRDefault="004246B5" w:rsidP="004246B5">
            <w:pPr>
              <w:numPr>
                <w:ilvl w:val="0"/>
                <w:numId w:val="136"/>
              </w:numPr>
              <w:rPr>
                <w:rFonts w:cs="Arial"/>
                <w:sz w:val="20"/>
                <w:szCs w:val="20"/>
                <w:lang w:val="es-PE"/>
              </w:rPr>
            </w:pPr>
            <w:r w:rsidRPr="00774D49">
              <w:rPr>
                <w:rFonts w:cs="Arial"/>
                <w:b/>
                <w:bCs/>
                <w:sz w:val="20"/>
                <w:szCs w:val="20"/>
                <w:lang w:val="es-PE"/>
              </w:rPr>
              <w:t>Recreo:</w:t>
            </w:r>
            <w:r w:rsidRPr="00774D49">
              <w:rPr>
                <w:rFonts w:cs="Arial"/>
                <w:sz w:val="20"/>
                <w:szCs w:val="20"/>
                <w:lang w:val="es-PE"/>
              </w:rPr>
              <w:t xml:space="preserve"> Espacio de juego libre, socialización y esparcimiento motriz en el patio exterior de la institución educativa.</w:t>
            </w:r>
          </w:p>
          <w:p w14:paraId="364EE8D6" w14:textId="77777777" w:rsidR="004246B5" w:rsidRPr="00774D49" w:rsidRDefault="004246B5" w:rsidP="004246B5">
            <w:pPr>
              <w:numPr>
                <w:ilvl w:val="0"/>
                <w:numId w:val="136"/>
              </w:numPr>
              <w:rPr>
                <w:rFonts w:cs="Arial"/>
                <w:sz w:val="20"/>
                <w:szCs w:val="20"/>
                <w:lang w:val="es-PE"/>
              </w:rPr>
            </w:pPr>
            <w:r w:rsidRPr="00774D49">
              <w:rPr>
                <w:rFonts w:cs="Arial"/>
                <w:sz w:val="20"/>
                <w:szCs w:val="20"/>
                <w:lang w:val="es-PE"/>
              </w:rPr>
              <w:t>Se realiza bajo la supervisión constante, activa y el cuidado protector de la docente para garantizar la seguridad física y prevenir accidentes entre los niños.</w:t>
            </w:r>
          </w:p>
          <w:p w14:paraId="0C472486" w14:textId="77777777" w:rsidR="004246B5" w:rsidRPr="00774D49" w:rsidRDefault="004246B5" w:rsidP="008722EA">
            <w:pPr>
              <w:rPr>
                <w:rFonts w:cs="Arial"/>
                <w:b/>
                <w:bCs/>
                <w:sz w:val="20"/>
                <w:szCs w:val="20"/>
                <w:lang w:val="es-PE"/>
              </w:rPr>
            </w:pPr>
            <w:r w:rsidRPr="00774D49">
              <w:rPr>
                <w:rFonts w:cs="Arial"/>
                <w:b/>
                <w:bCs/>
                <w:sz w:val="20"/>
                <w:szCs w:val="20"/>
                <w:lang w:val="es-PE"/>
              </w:rPr>
              <w:t>Actividad Psicomotriz Corta (11:30 - 12:00)</w:t>
            </w:r>
          </w:p>
          <w:p w14:paraId="2050E6CC" w14:textId="77777777" w:rsidR="004246B5" w:rsidRPr="00774D49" w:rsidRDefault="004246B5" w:rsidP="004246B5">
            <w:pPr>
              <w:numPr>
                <w:ilvl w:val="0"/>
                <w:numId w:val="137"/>
              </w:numPr>
              <w:rPr>
                <w:rFonts w:cs="Arial"/>
                <w:sz w:val="20"/>
                <w:szCs w:val="20"/>
                <w:lang w:val="es-PE"/>
              </w:rPr>
            </w:pPr>
            <w:r w:rsidRPr="00774D49">
              <w:rPr>
                <w:rFonts w:cs="Arial"/>
                <w:b/>
                <w:bCs/>
                <w:sz w:val="20"/>
                <w:szCs w:val="20"/>
                <w:lang w:val="es-PE"/>
              </w:rPr>
              <w:t>Desarrollo Motriz:</w:t>
            </w:r>
            <w:r w:rsidRPr="00774D49">
              <w:rPr>
                <w:rFonts w:cs="Arial"/>
                <w:sz w:val="20"/>
                <w:szCs w:val="20"/>
                <w:lang w:val="es-PE"/>
              </w:rPr>
              <w:t xml:space="preserve"> En el espacio de psicomotricidad o zona despejada del aula, </w:t>
            </w:r>
            <w:r w:rsidRPr="00774D49">
              <w:rPr>
                <w:rFonts w:cs="Arial"/>
                <w:sz w:val="20"/>
                <w:szCs w:val="20"/>
                <w:lang w:val="es-PE"/>
              </w:rPr>
              <w:lastRenderedPageBreak/>
              <w:t>la docente propone el juego motor de relajación corporal “Las nubes que flotan”.</w:t>
            </w:r>
          </w:p>
          <w:p w14:paraId="5AB2E9D6" w14:textId="77777777" w:rsidR="004246B5" w:rsidRPr="00774D49" w:rsidRDefault="004246B5" w:rsidP="004246B5">
            <w:pPr>
              <w:numPr>
                <w:ilvl w:val="0"/>
                <w:numId w:val="137"/>
              </w:numPr>
              <w:rPr>
                <w:rFonts w:cs="Arial"/>
                <w:sz w:val="20"/>
                <w:szCs w:val="20"/>
                <w:lang w:val="es-PE"/>
              </w:rPr>
            </w:pPr>
            <w:r w:rsidRPr="00774D49">
              <w:rPr>
                <w:rFonts w:cs="Arial"/>
                <w:sz w:val="20"/>
                <w:szCs w:val="20"/>
                <w:lang w:val="es-PE"/>
              </w:rPr>
              <w:t>Los niños se recuestan de espaldas sobre las colchonetas blandas distribuidas por el piso. Escuchan una melodía instrumental muy suave y juegan de manera autónoma a cerrar los ojos, respirar hondo inflando el abdomen, y mover lentamente los brazos y piernas hacia arriba de forma libre, imitando que son “nubes suaves flotando en la naturaleza”, regulando sus movimientos corporales y alcanzando un estado de calma y tranquilidad.</w:t>
            </w:r>
          </w:p>
          <w:p w14:paraId="1CC1ACC2" w14:textId="77777777" w:rsidR="004246B5" w:rsidRPr="00774D49" w:rsidRDefault="004246B5" w:rsidP="008722EA">
            <w:pPr>
              <w:rPr>
                <w:rFonts w:cs="Arial"/>
                <w:b/>
                <w:bCs/>
                <w:sz w:val="20"/>
                <w:szCs w:val="20"/>
                <w:lang w:val="es-PE"/>
              </w:rPr>
            </w:pPr>
            <w:r w:rsidRPr="00774D49">
              <w:rPr>
                <w:rFonts w:cs="Arial"/>
                <w:b/>
                <w:bCs/>
                <w:sz w:val="20"/>
                <w:szCs w:val="20"/>
                <w:lang w:val="es-PE"/>
              </w:rPr>
              <w:t>El Taller de Expresión Artística (12:00 - 12:30)</w:t>
            </w:r>
          </w:p>
          <w:p w14:paraId="4D0D452C" w14:textId="77777777" w:rsidR="004246B5" w:rsidRPr="00774D49" w:rsidRDefault="004246B5" w:rsidP="004246B5">
            <w:pPr>
              <w:numPr>
                <w:ilvl w:val="0"/>
                <w:numId w:val="138"/>
              </w:numPr>
              <w:rPr>
                <w:rFonts w:cs="Arial"/>
                <w:sz w:val="20"/>
                <w:szCs w:val="20"/>
                <w:lang w:val="es-PE"/>
              </w:rPr>
            </w:pPr>
            <w:r w:rsidRPr="00774D49">
              <w:rPr>
                <w:rFonts w:cs="Arial"/>
                <w:b/>
                <w:bCs/>
                <w:sz w:val="20"/>
                <w:szCs w:val="20"/>
                <w:lang w:val="es-PE"/>
              </w:rPr>
              <w:t>Taller de Danza y Expresión Corporal:</w:t>
            </w:r>
            <w:r w:rsidRPr="00774D49">
              <w:rPr>
                <w:rFonts w:cs="Arial"/>
                <w:sz w:val="20"/>
                <w:szCs w:val="20"/>
                <w:lang w:val="es-PE"/>
              </w:rPr>
              <w:t xml:space="preserve"> La docente acondiciona el espacio retirando las mesas hacia los lados y reproduce melodías folclóricas alegres y festivas acordes a la región.</w:t>
            </w:r>
          </w:p>
          <w:p w14:paraId="112399C1" w14:textId="77777777" w:rsidR="004246B5" w:rsidRPr="00774D49" w:rsidRDefault="004246B5" w:rsidP="004246B5">
            <w:pPr>
              <w:numPr>
                <w:ilvl w:val="0"/>
                <w:numId w:val="138"/>
              </w:numPr>
              <w:rPr>
                <w:rFonts w:cs="Arial"/>
                <w:sz w:val="20"/>
                <w:szCs w:val="20"/>
                <w:lang w:val="es-PE"/>
              </w:rPr>
            </w:pPr>
            <w:r w:rsidRPr="00774D49">
              <w:rPr>
                <w:rFonts w:cs="Arial"/>
                <w:sz w:val="20"/>
                <w:szCs w:val="20"/>
                <w:lang w:val="es-PE"/>
              </w:rPr>
              <w:t>Ofrecemos a los niños sombreros de paja pequeños y pañuelos de tela ligeros de colores llamativos para la libre manipulación corporal.</w:t>
            </w:r>
          </w:p>
          <w:p w14:paraId="1DCE42C1" w14:textId="77777777" w:rsidR="004246B5" w:rsidRPr="00774D49" w:rsidRDefault="004246B5" w:rsidP="004246B5">
            <w:pPr>
              <w:numPr>
                <w:ilvl w:val="0"/>
                <w:numId w:val="138"/>
              </w:numPr>
              <w:rPr>
                <w:rFonts w:cs="Arial"/>
                <w:sz w:val="20"/>
                <w:szCs w:val="20"/>
                <w:lang w:val="es-PE"/>
              </w:rPr>
            </w:pPr>
            <w:r w:rsidRPr="00774D49">
              <w:rPr>
                <w:rFonts w:cs="Arial"/>
                <w:sz w:val="20"/>
                <w:szCs w:val="20"/>
                <w:lang w:val="es-PE"/>
              </w:rPr>
              <w:t>Los niños juegan y bailan de forma autónoma por todo el espacio físico, colocándose el sombrero, agitando los pañuelos en el aire con sus manos, dando pequeños saltos rítmicos en un pie, girando alegremente en parejas y siguiendo los compases rítmicos marcados por la música de forma libre.</w:t>
            </w:r>
          </w:p>
          <w:p w14:paraId="0CE39E17" w14:textId="77777777" w:rsidR="004246B5" w:rsidRPr="00774D49" w:rsidRDefault="004246B5" w:rsidP="004246B5">
            <w:pPr>
              <w:numPr>
                <w:ilvl w:val="0"/>
                <w:numId w:val="138"/>
              </w:numPr>
              <w:rPr>
                <w:rFonts w:cs="Arial"/>
                <w:sz w:val="20"/>
                <w:szCs w:val="20"/>
                <w:lang w:val="es-PE"/>
              </w:rPr>
            </w:pPr>
            <w:r w:rsidRPr="00774D49">
              <w:rPr>
                <w:rFonts w:cs="Arial"/>
                <w:sz w:val="20"/>
                <w:szCs w:val="20"/>
                <w:lang w:val="es-PE"/>
              </w:rPr>
              <w:t>La docente acompaña el proceso bailando de forma entusiasta junto a ellos, priorizando el disfrute del movimiento colectivo, la coordinación rítmica global, la sensibilidad musical y el goce corporal de cada niño, evitando pasos estructurados o coreografías rígidas.</w:t>
            </w:r>
          </w:p>
          <w:p w14:paraId="13347FC5" w14:textId="77777777" w:rsidR="004246B5" w:rsidRPr="00774D49" w:rsidRDefault="004246B5" w:rsidP="008722EA">
            <w:pPr>
              <w:rPr>
                <w:rFonts w:cs="Arial"/>
                <w:b/>
                <w:bCs/>
                <w:sz w:val="20"/>
                <w:szCs w:val="20"/>
                <w:lang w:val="es-PE"/>
              </w:rPr>
            </w:pPr>
            <w:r w:rsidRPr="00774D49">
              <w:rPr>
                <w:rFonts w:cs="Arial"/>
                <w:b/>
                <w:bCs/>
                <w:sz w:val="20"/>
                <w:szCs w:val="20"/>
                <w:lang w:val="es-PE"/>
              </w:rPr>
              <w:t>Rutinas de Salida (12:30)</w:t>
            </w:r>
          </w:p>
          <w:p w14:paraId="601670DF" w14:textId="77777777" w:rsidR="004246B5" w:rsidRPr="00774D49" w:rsidRDefault="004246B5" w:rsidP="004246B5">
            <w:pPr>
              <w:numPr>
                <w:ilvl w:val="0"/>
                <w:numId w:val="139"/>
              </w:numPr>
              <w:rPr>
                <w:rFonts w:cs="Arial"/>
                <w:sz w:val="20"/>
                <w:szCs w:val="20"/>
                <w:lang w:val="es-PE"/>
              </w:rPr>
            </w:pPr>
            <w:r w:rsidRPr="00774D49">
              <w:rPr>
                <w:rFonts w:cs="Arial"/>
                <w:b/>
                <w:bCs/>
                <w:sz w:val="20"/>
                <w:szCs w:val="20"/>
                <w:lang w:val="es-PE"/>
              </w:rPr>
              <w:t>Cierre:</w:t>
            </w:r>
            <w:r w:rsidRPr="00774D49">
              <w:rPr>
                <w:rFonts w:cs="Arial"/>
                <w:sz w:val="20"/>
                <w:szCs w:val="20"/>
                <w:lang w:val="es-PE"/>
              </w:rPr>
              <w:t xml:space="preserve"> Breve recuento final en asamblea sobre las experiencias de la muestra con las familias y el taller de danza que más les causaron alegría y satisfacción durante este día tan especial en el aula de clases.</w:t>
            </w:r>
          </w:p>
          <w:p w14:paraId="57F4FFB7" w14:textId="77777777" w:rsidR="004246B5" w:rsidRPr="00774D49" w:rsidRDefault="004246B5" w:rsidP="004246B5">
            <w:pPr>
              <w:numPr>
                <w:ilvl w:val="0"/>
                <w:numId w:val="139"/>
              </w:numPr>
              <w:rPr>
                <w:rFonts w:cs="Arial"/>
                <w:sz w:val="20"/>
                <w:szCs w:val="20"/>
                <w:lang w:val="es-PE"/>
              </w:rPr>
            </w:pPr>
            <w:r w:rsidRPr="00774D49">
              <w:rPr>
                <w:rFonts w:cs="Arial"/>
                <w:sz w:val="20"/>
                <w:szCs w:val="20"/>
                <w:lang w:val="es-PE"/>
              </w:rPr>
              <w:t>Se acompaña y orienta a los niños en el orden de sus mochilas, colocación autónoma de abrigos y recojo de sus pertenencias personales de forma independiente.</w:t>
            </w:r>
          </w:p>
          <w:p w14:paraId="6D02EE1D" w14:textId="77777777" w:rsidR="004246B5" w:rsidRPr="00774D49" w:rsidRDefault="004246B5" w:rsidP="004246B5">
            <w:pPr>
              <w:numPr>
                <w:ilvl w:val="0"/>
                <w:numId w:val="139"/>
              </w:numPr>
              <w:rPr>
                <w:rFonts w:cs="Arial"/>
                <w:sz w:val="20"/>
                <w:szCs w:val="20"/>
                <w:lang w:val="es-PE"/>
              </w:rPr>
            </w:pPr>
            <w:r w:rsidRPr="00774D49">
              <w:rPr>
                <w:rFonts w:cs="Arial"/>
                <w:sz w:val="20"/>
                <w:szCs w:val="20"/>
                <w:lang w:val="es-PE"/>
              </w:rPr>
              <w:t>Despedida afectuosa y personalizada a cada estudiante en la puerta del aula, entregándolo formalmente a su padre, madre o adulto responsable autorizado.</w:t>
            </w:r>
          </w:p>
        </w:tc>
        <w:tc>
          <w:tcPr>
            <w:tcW w:w="1795" w:type="dxa"/>
            <w:vAlign w:val="center"/>
          </w:tcPr>
          <w:p w14:paraId="2475B830" w14:textId="77777777" w:rsidR="004246B5" w:rsidRPr="00774D49" w:rsidRDefault="004246B5" w:rsidP="007C4A5F">
            <w:pPr>
              <w:rPr>
                <w:rFonts w:cs="Arial"/>
                <w:sz w:val="20"/>
                <w:szCs w:val="20"/>
                <w:lang w:val="es-PE"/>
              </w:rPr>
            </w:pPr>
            <w:r w:rsidRPr="00774D49">
              <w:rPr>
                <w:rFonts w:cs="Arial"/>
                <w:sz w:val="20"/>
                <w:szCs w:val="20"/>
                <w:lang w:val="es-PE"/>
              </w:rPr>
              <w:lastRenderedPageBreak/>
              <w:t>Todos los rincones lúdicos estructurados en el mes (rincón natural, grandes construcciones, carteles informativos con fotos)</w:t>
            </w:r>
          </w:p>
          <w:p w14:paraId="5327C168" w14:textId="77777777" w:rsidR="004246B5" w:rsidRPr="00774D49" w:rsidRDefault="004246B5" w:rsidP="007C4A5F">
            <w:pPr>
              <w:rPr>
                <w:rFonts w:cs="Arial"/>
                <w:sz w:val="20"/>
                <w:szCs w:val="20"/>
                <w:lang w:val="es-PE"/>
              </w:rPr>
            </w:pPr>
            <w:r w:rsidRPr="00774D49">
              <w:rPr>
                <w:rFonts w:cs="Arial"/>
                <w:sz w:val="20"/>
                <w:szCs w:val="20"/>
                <w:lang w:val="es-PE"/>
              </w:rPr>
              <w:t>Micrófonos plásticos de juguete y canastas organizadoras.</w:t>
            </w:r>
          </w:p>
          <w:p w14:paraId="3733A6EC" w14:textId="77777777" w:rsidR="004246B5" w:rsidRPr="00774D49" w:rsidRDefault="004246B5" w:rsidP="007C4A5F">
            <w:pPr>
              <w:rPr>
                <w:rFonts w:cs="Arial"/>
                <w:sz w:val="20"/>
                <w:szCs w:val="20"/>
                <w:lang w:val="es-PE"/>
              </w:rPr>
            </w:pPr>
            <w:r w:rsidRPr="00774D49">
              <w:rPr>
                <w:rFonts w:cs="Arial"/>
                <w:sz w:val="20"/>
                <w:szCs w:val="20"/>
                <w:lang w:val="es-PE"/>
              </w:rPr>
              <w:t xml:space="preserve">Collares identificadores de colores y distintivos de exploradores </w:t>
            </w:r>
            <w:r w:rsidRPr="00774D49">
              <w:rPr>
                <w:rFonts w:cs="Arial"/>
                <w:sz w:val="20"/>
                <w:szCs w:val="20"/>
                <w:lang w:val="es-PE"/>
              </w:rPr>
              <w:lastRenderedPageBreak/>
              <w:t>(caja de espera).</w:t>
            </w:r>
          </w:p>
          <w:p w14:paraId="5397740A" w14:textId="77777777" w:rsidR="004246B5" w:rsidRPr="00774D49" w:rsidRDefault="004246B5" w:rsidP="007C4A5F">
            <w:pPr>
              <w:rPr>
                <w:rFonts w:cs="Arial"/>
                <w:sz w:val="20"/>
                <w:szCs w:val="20"/>
                <w:lang w:val="es-PE"/>
              </w:rPr>
            </w:pPr>
            <w:r w:rsidRPr="00774D49">
              <w:rPr>
                <w:rFonts w:cs="Arial"/>
                <w:sz w:val="20"/>
                <w:szCs w:val="20"/>
                <w:lang w:val="es-PE"/>
              </w:rPr>
              <w:t>Colchonetas blandas y reproductor de audio con música relajante (psicomotricidad).</w:t>
            </w:r>
          </w:p>
          <w:p w14:paraId="744B8855" w14:textId="77777777" w:rsidR="004246B5" w:rsidRPr="00774D49" w:rsidRDefault="004246B5" w:rsidP="007C4A5F">
            <w:pPr>
              <w:rPr>
                <w:rFonts w:cs="Arial"/>
                <w:sz w:val="20"/>
                <w:szCs w:val="20"/>
                <w:lang w:val="es-PE"/>
              </w:rPr>
            </w:pPr>
            <w:r w:rsidRPr="00774D49">
              <w:rPr>
                <w:rFonts w:cs="Arial"/>
                <w:sz w:val="20"/>
                <w:szCs w:val="20"/>
                <w:lang w:val="es-PE"/>
              </w:rPr>
              <w:t>Sombreros de paja pequeños, pañuelos de tela ligeros y música folclórica festiva (taller).</w:t>
            </w:r>
          </w:p>
          <w:p w14:paraId="10BA29E1" w14:textId="77777777" w:rsidR="004246B5" w:rsidRPr="00774D49" w:rsidRDefault="004246B5" w:rsidP="007C4A5F">
            <w:pPr>
              <w:rPr>
                <w:rFonts w:cs="Arial"/>
                <w:sz w:val="20"/>
                <w:szCs w:val="20"/>
                <w:lang w:val="es-PE"/>
              </w:rPr>
            </w:pPr>
            <w:r w:rsidRPr="00774D49">
              <w:rPr>
                <w:rFonts w:cs="Arial"/>
                <w:sz w:val="20"/>
                <w:szCs w:val="20"/>
                <w:lang w:val="es-PE"/>
              </w:rPr>
              <w:t>Cojines individuales para la asamblea y panel de asistencia visual.</w:t>
            </w:r>
          </w:p>
        </w:tc>
        <w:tc>
          <w:tcPr>
            <w:tcW w:w="1673" w:type="dxa"/>
            <w:vAlign w:val="center"/>
          </w:tcPr>
          <w:p w14:paraId="50E56019" w14:textId="77777777" w:rsidR="004246B5" w:rsidRPr="00774D49" w:rsidRDefault="004246B5" w:rsidP="007C4A5F">
            <w:pPr>
              <w:rPr>
                <w:rFonts w:cs="Arial"/>
                <w:sz w:val="20"/>
                <w:szCs w:val="20"/>
                <w:lang w:val="es-PE"/>
              </w:rPr>
            </w:pPr>
            <w:r w:rsidRPr="00774D49">
              <w:rPr>
                <w:rFonts w:cs="Arial"/>
                <w:sz w:val="20"/>
                <w:szCs w:val="20"/>
                <w:lang w:val="es-PE"/>
              </w:rPr>
              <w:lastRenderedPageBreak/>
              <w:t xml:space="preserve">Observar cómo se desenvuelve el niño o niña al interactuar con las visitas (padres de familia) y mostrar de forma autónoma las producciones o materiales del aula </w:t>
            </w:r>
          </w:p>
          <w:p w14:paraId="0AA4843D" w14:textId="77777777" w:rsidR="004246B5" w:rsidRPr="00774D49" w:rsidRDefault="004246B5" w:rsidP="007C4A5F">
            <w:pPr>
              <w:rPr>
                <w:rFonts w:cs="Arial"/>
                <w:sz w:val="20"/>
                <w:szCs w:val="20"/>
                <w:lang w:val="es-PE"/>
              </w:rPr>
            </w:pPr>
            <w:r w:rsidRPr="00774D49">
              <w:rPr>
                <w:rFonts w:cs="Arial"/>
                <w:sz w:val="20"/>
                <w:szCs w:val="20"/>
                <w:lang w:val="es-PE"/>
              </w:rPr>
              <w:t xml:space="preserve">Observar cómo se comunica de manera gestual, verbal o corporal para expresar sus </w:t>
            </w:r>
            <w:r w:rsidRPr="00774D49">
              <w:rPr>
                <w:rFonts w:cs="Arial"/>
                <w:sz w:val="20"/>
                <w:szCs w:val="20"/>
                <w:lang w:val="es-PE"/>
              </w:rPr>
              <w:lastRenderedPageBreak/>
              <w:t>logros y descubrimientos lúdicos frente a los adultos y compañeros</w:t>
            </w:r>
          </w:p>
        </w:tc>
      </w:tr>
      <w:tr w:rsidR="00895ADD" w:rsidRPr="00774D49" w14:paraId="6F91632D" w14:textId="77777777" w:rsidTr="00A41AFF">
        <w:trPr>
          <w:jc w:val="center"/>
        </w:trPr>
        <w:tc>
          <w:tcPr>
            <w:tcW w:w="2366" w:type="dxa"/>
            <w:gridSpan w:val="2"/>
            <w:vAlign w:val="center"/>
          </w:tcPr>
          <w:p w14:paraId="35E7A864" w14:textId="56A29901" w:rsidR="00895ADD" w:rsidRPr="00774D49" w:rsidRDefault="00895ADD" w:rsidP="007C4A5F">
            <w:pPr>
              <w:rPr>
                <w:rFonts w:cs="Arial"/>
                <w:sz w:val="20"/>
                <w:szCs w:val="20"/>
                <w:lang w:val="es-PE"/>
              </w:rPr>
            </w:pPr>
            <w:r w:rsidRPr="00895ADD">
              <w:rPr>
                <w:rFonts w:cs="Arial"/>
                <w:b/>
                <w:bCs/>
                <w:szCs w:val="19"/>
                <w:lang w:val="es-PE"/>
              </w:rPr>
              <w:lastRenderedPageBreak/>
              <w:t>Áreas a observar:</w:t>
            </w:r>
          </w:p>
        </w:tc>
        <w:tc>
          <w:tcPr>
            <w:tcW w:w="4928" w:type="dxa"/>
            <w:vAlign w:val="center"/>
          </w:tcPr>
          <w:p w14:paraId="1333E750" w14:textId="3FE0DC1F" w:rsidR="00895ADD" w:rsidRPr="009A514E" w:rsidRDefault="009A514E" w:rsidP="008722EA">
            <w:pPr>
              <w:rPr>
                <w:rFonts w:cs="Arial"/>
                <w:sz w:val="20"/>
                <w:szCs w:val="20"/>
                <w:lang w:val="es-PE"/>
              </w:rPr>
            </w:pPr>
            <w:r w:rsidRPr="009A514E">
              <w:rPr>
                <w:rFonts w:cs="Arial"/>
                <w:sz w:val="20"/>
                <w:szCs w:val="20"/>
                <w:lang w:val="es-PE"/>
              </w:rPr>
              <w:t>Comunicación, Personal Social, y Arte y Cultura.</w:t>
            </w:r>
          </w:p>
        </w:tc>
        <w:tc>
          <w:tcPr>
            <w:tcW w:w="1795" w:type="dxa"/>
            <w:vAlign w:val="center"/>
          </w:tcPr>
          <w:p w14:paraId="493D9984" w14:textId="77777777" w:rsidR="00895ADD" w:rsidRPr="00774D49" w:rsidRDefault="00895ADD" w:rsidP="007C4A5F">
            <w:pPr>
              <w:rPr>
                <w:rFonts w:cs="Arial"/>
                <w:sz w:val="20"/>
                <w:szCs w:val="20"/>
                <w:lang w:val="es-PE"/>
              </w:rPr>
            </w:pPr>
          </w:p>
        </w:tc>
        <w:tc>
          <w:tcPr>
            <w:tcW w:w="1673" w:type="dxa"/>
            <w:vAlign w:val="center"/>
          </w:tcPr>
          <w:p w14:paraId="5B37324C" w14:textId="77777777" w:rsidR="00895ADD" w:rsidRPr="00774D49" w:rsidRDefault="00895ADD" w:rsidP="007C4A5F">
            <w:pPr>
              <w:rPr>
                <w:rFonts w:cs="Arial"/>
                <w:sz w:val="20"/>
                <w:szCs w:val="20"/>
                <w:lang w:val="es-PE"/>
              </w:rPr>
            </w:pPr>
          </w:p>
        </w:tc>
      </w:tr>
      <w:tr w:rsidR="004246B5" w:rsidRPr="00774D49" w14:paraId="5DCEE5C5" w14:textId="77777777" w:rsidTr="00895ADD">
        <w:trPr>
          <w:jc w:val="center"/>
        </w:trPr>
        <w:tc>
          <w:tcPr>
            <w:tcW w:w="693" w:type="dxa"/>
            <w:vAlign w:val="center"/>
          </w:tcPr>
          <w:p w14:paraId="7DDA2FA8" w14:textId="77777777" w:rsidR="004246B5" w:rsidRPr="00774D49" w:rsidRDefault="004246B5" w:rsidP="007C4A5F">
            <w:pPr>
              <w:rPr>
                <w:rFonts w:cs="Arial"/>
                <w:sz w:val="20"/>
                <w:szCs w:val="20"/>
                <w:lang w:val="es-PE"/>
              </w:rPr>
            </w:pPr>
            <w:r w:rsidRPr="00774D49">
              <w:rPr>
                <w:rFonts w:cs="Arial"/>
                <w:sz w:val="20"/>
                <w:szCs w:val="20"/>
                <w:lang w:val="es-PE"/>
              </w:rPr>
              <w:t>Día 20</w:t>
            </w:r>
          </w:p>
        </w:tc>
        <w:tc>
          <w:tcPr>
            <w:tcW w:w="1673" w:type="dxa"/>
            <w:vAlign w:val="center"/>
          </w:tcPr>
          <w:p w14:paraId="366346D4" w14:textId="77777777" w:rsidR="004246B5" w:rsidRPr="00774D49" w:rsidRDefault="004246B5" w:rsidP="007C4A5F">
            <w:pPr>
              <w:rPr>
                <w:rFonts w:cs="Arial"/>
                <w:sz w:val="20"/>
                <w:szCs w:val="20"/>
                <w:lang w:val="es-PE"/>
              </w:rPr>
            </w:pPr>
            <w:r w:rsidRPr="00774D49">
              <w:rPr>
                <w:rFonts w:cs="Arial"/>
                <w:sz w:val="20"/>
                <w:szCs w:val="20"/>
                <w:lang w:val="es-PE"/>
              </w:rPr>
              <w:t>Evaluamos juntos nuestro mes de exploradores</w:t>
            </w:r>
          </w:p>
        </w:tc>
        <w:tc>
          <w:tcPr>
            <w:tcW w:w="4928" w:type="dxa"/>
            <w:vAlign w:val="center"/>
          </w:tcPr>
          <w:p w14:paraId="19A1042A" w14:textId="77777777" w:rsidR="004246B5" w:rsidRPr="00774D49" w:rsidRDefault="004246B5" w:rsidP="007F34FA">
            <w:pPr>
              <w:rPr>
                <w:rFonts w:cs="Arial"/>
                <w:b/>
                <w:bCs/>
                <w:sz w:val="20"/>
                <w:szCs w:val="20"/>
                <w:lang w:val="es-PE"/>
              </w:rPr>
            </w:pPr>
            <w:r w:rsidRPr="00774D49">
              <w:rPr>
                <w:rFonts w:cs="Arial"/>
                <w:b/>
                <w:bCs/>
                <w:sz w:val="20"/>
                <w:szCs w:val="20"/>
                <w:lang w:val="es-PE"/>
              </w:rPr>
              <w:t>Rutinas de Entrada (08:00 - 08:30)</w:t>
            </w:r>
          </w:p>
          <w:p w14:paraId="51298E3B" w14:textId="77777777" w:rsidR="004246B5" w:rsidRPr="00774D49" w:rsidRDefault="004246B5" w:rsidP="004246B5">
            <w:pPr>
              <w:numPr>
                <w:ilvl w:val="0"/>
                <w:numId w:val="140"/>
              </w:numPr>
              <w:rPr>
                <w:rFonts w:cs="Arial"/>
                <w:sz w:val="20"/>
                <w:szCs w:val="20"/>
                <w:lang w:val="es-PE"/>
              </w:rPr>
            </w:pPr>
            <w:r w:rsidRPr="00774D49">
              <w:rPr>
                <w:rFonts w:cs="Arial"/>
                <w:b/>
                <w:bCs/>
                <w:sz w:val="20"/>
                <w:szCs w:val="20"/>
                <w:lang w:val="es-PE"/>
              </w:rPr>
              <w:t>Recepción:</w:t>
            </w:r>
            <w:r w:rsidRPr="00774D49">
              <w:rPr>
                <w:rFonts w:cs="Arial"/>
                <w:sz w:val="20"/>
                <w:szCs w:val="20"/>
                <w:lang w:val="es-PE"/>
              </w:rPr>
              <w:t xml:space="preserve"> Recibimiento personalizado y afectuoso a la altura del niño, saludándolo por su nombre con palabras amables, agachándose para establecer contacto </w:t>
            </w:r>
            <w:r w:rsidRPr="00774D49">
              <w:rPr>
                <w:rFonts w:cs="Arial"/>
                <w:sz w:val="20"/>
                <w:szCs w:val="20"/>
                <w:lang w:val="es-PE"/>
              </w:rPr>
              <w:lastRenderedPageBreak/>
              <w:t>visual directo y brindándole un entorno de absoluta calma y seguridad emocional en su ingreso al aula.</w:t>
            </w:r>
          </w:p>
          <w:p w14:paraId="42425882" w14:textId="77777777" w:rsidR="004246B5" w:rsidRPr="00774D49" w:rsidRDefault="004246B5" w:rsidP="004246B5">
            <w:pPr>
              <w:numPr>
                <w:ilvl w:val="0"/>
                <w:numId w:val="140"/>
              </w:numPr>
              <w:rPr>
                <w:rFonts w:cs="Arial"/>
                <w:sz w:val="20"/>
                <w:szCs w:val="20"/>
                <w:lang w:val="es-PE"/>
              </w:rPr>
            </w:pPr>
            <w:r w:rsidRPr="00774D49">
              <w:rPr>
                <w:rFonts w:cs="Arial"/>
                <w:sz w:val="20"/>
                <w:szCs w:val="20"/>
                <w:lang w:val="es-PE"/>
              </w:rPr>
              <w:t>Se realiza la verificación del estado físico y emocional de cada estudiante, entablando un breve diálogo de confianza con el padre de familia o cuidador para recoger datos relevantes del bienestar del niño al iniciar la mañana.</w:t>
            </w:r>
          </w:p>
          <w:p w14:paraId="064A3C5C" w14:textId="77777777" w:rsidR="004246B5" w:rsidRPr="00774D49" w:rsidRDefault="004246B5" w:rsidP="004246B5">
            <w:pPr>
              <w:numPr>
                <w:ilvl w:val="0"/>
                <w:numId w:val="140"/>
              </w:numPr>
              <w:rPr>
                <w:rFonts w:cs="Arial"/>
                <w:sz w:val="20"/>
                <w:szCs w:val="20"/>
                <w:lang w:val="es-PE"/>
              </w:rPr>
            </w:pPr>
            <w:r w:rsidRPr="00774D49">
              <w:rPr>
                <w:rFonts w:cs="Arial"/>
                <w:sz w:val="20"/>
                <w:szCs w:val="20"/>
                <w:lang w:val="es-PE"/>
              </w:rPr>
              <w:t>Se permite el uso de un objeto de apego (como un peluche, mantita o juguete pequeño traído de casa) si el niño lo requiere para manejar la ansiedad de la separación familiar y facilitar su transición armónica al espacio escolar.</w:t>
            </w:r>
          </w:p>
          <w:p w14:paraId="68FA53AF" w14:textId="77777777" w:rsidR="004246B5" w:rsidRPr="00774D49" w:rsidRDefault="004246B5" w:rsidP="004246B5">
            <w:pPr>
              <w:numPr>
                <w:ilvl w:val="0"/>
                <w:numId w:val="140"/>
              </w:numPr>
              <w:rPr>
                <w:rFonts w:cs="Arial"/>
                <w:sz w:val="20"/>
                <w:szCs w:val="20"/>
                <w:lang w:val="es-PE"/>
              </w:rPr>
            </w:pPr>
            <w:r w:rsidRPr="00774D49">
              <w:rPr>
                <w:rFonts w:cs="Arial"/>
                <w:sz w:val="20"/>
                <w:szCs w:val="20"/>
                <w:lang w:val="es-PE"/>
              </w:rPr>
              <w:t>Se acompaña al niño a colocar su mochila, lonchera y abrigo en su respectivo casillero asignado, promoviendo el reconocimiento de su espacio personal a través de las etiquetas visuales con su fotografía.</w:t>
            </w:r>
          </w:p>
          <w:p w14:paraId="66695E9A" w14:textId="77777777" w:rsidR="004246B5" w:rsidRPr="00774D49" w:rsidRDefault="004246B5" w:rsidP="004246B5">
            <w:pPr>
              <w:numPr>
                <w:ilvl w:val="0"/>
                <w:numId w:val="140"/>
              </w:numPr>
              <w:rPr>
                <w:rFonts w:cs="Arial"/>
                <w:sz w:val="20"/>
                <w:szCs w:val="20"/>
                <w:lang w:val="es-PE"/>
              </w:rPr>
            </w:pPr>
            <w:r w:rsidRPr="00774D49">
              <w:rPr>
                <w:rFonts w:cs="Arial"/>
                <w:b/>
                <w:bCs/>
                <w:sz w:val="20"/>
                <w:szCs w:val="20"/>
                <w:lang w:val="es-PE"/>
              </w:rPr>
              <w:t>Cajas de Espera:</w:t>
            </w:r>
            <w:r w:rsidRPr="00774D49">
              <w:rPr>
                <w:rFonts w:cs="Arial"/>
                <w:sz w:val="20"/>
                <w:szCs w:val="20"/>
                <w:lang w:val="es-PE"/>
              </w:rPr>
              <w:t xml:space="preserve"> Colocación de canastas plásticas en las mesas con lupas plásticas y silbatos de juguete suaves para una transición tranquila, permitiendo que los niños las manipulen, jueguen a observar detalles pequeños en las mesas y simulen sus últimas exploraciones mientras llegan sus compañeros.</w:t>
            </w:r>
          </w:p>
          <w:p w14:paraId="735F27B6" w14:textId="77777777" w:rsidR="004246B5" w:rsidRPr="00774D49" w:rsidRDefault="004246B5" w:rsidP="004246B5">
            <w:pPr>
              <w:numPr>
                <w:ilvl w:val="0"/>
                <w:numId w:val="140"/>
              </w:numPr>
              <w:rPr>
                <w:rFonts w:cs="Arial"/>
                <w:sz w:val="20"/>
                <w:szCs w:val="20"/>
                <w:lang w:val="es-PE"/>
              </w:rPr>
            </w:pPr>
            <w:r w:rsidRPr="00774D49">
              <w:rPr>
                <w:rFonts w:cs="Arial"/>
                <w:b/>
                <w:bCs/>
                <w:sz w:val="20"/>
                <w:szCs w:val="20"/>
                <w:lang w:val="es-PE"/>
              </w:rPr>
              <w:t>Actividades Permanentes:</w:t>
            </w:r>
            <w:r w:rsidRPr="00774D49">
              <w:rPr>
                <w:rFonts w:cs="Arial"/>
                <w:sz w:val="20"/>
                <w:szCs w:val="20"/>
                <w:lang w:val="es-PE"/>
              </w:rPr>
              <w:t xml:space="preserve"> Asamblea breve en semicírculo sobre cojines individuales distribuidos en el piso para delimitar el espacio físico de cada estudiante.</w:t>
            </w:r>
          </w:p>
          <w:p w14:paraId="2483754B" w14:textId="77777777" w:rsidR="004246B5" w:rsidRPr="00774D49" w:rsidRDefault="004246B5" w:rsidP="004246B5">
            <w:pPr>
              <w:numPr>
                <w:ilvl w:val="0"/>
                <w:numId w:val="140"/>
              </w:numPr>
              <w:rPr>
                <w:rFonts w:cs="Arial"/>
                <w:sz w:val="20"/>
                <w:szCs w:val="20"/>
                <w:lang w:val="es-PE"/>
              </w:rPr>
            </w:pPr>
            <w:r w:rsidRPr="00774D49">
              <w:rPr>
                <w:rFonts w:cs="Arial"/>
                <w:sz w:val="20"/>
                <w:szCs w:val="20"/>
                <w:lang w:val="es-PE"/>
              </w:rPr>
              <w:t>Cantamos la canción del saludo del aula para integrarnos, aplaudiendo y realizando movimientos corporales rítmicos acordes a la melodía.</w:t>
            </w:r>
          </w:p>
          <w:p w14:paraId="6237819B" w14:textId="77777777" w:rsidR="004246B5" w:rsidRPr="00774D49" w:rsidRDefault="004246B5" w:rsidP="004246B5">
            <w:pPr>
              <w:numPr>
                <w:ilvl w:val="0"/>
                <w:numId w:val="140"/>
              </w:numPr>
              <w:rPr>
                <w:rFonts w:cs="Arial"/>
                <w:sz w:val="20"/>
                <w:szCs w:val="20"/>
                <w:lang w:val="es-PE"/>
              </w:rPr>
            </w:pPr>
            <w:r w:rsidRPr="00774D49">
              <w:rPr>
                <w:rFonts w:cs="Arial"/>
                <w:sz w:val="20"/>
                <w:szCs w:val="20"/>
                <w:lang w:val="es-PE"/>
              </w:rPr>
              <w:t>Registramos la asistencia de manera visual y participativa, invitando a cada niño a buscar la tarjeta con su fotografía y colocarla en el panel de asistencia de “Los que vinieron hoy”.</w:t>
            </w:r>
          </w:p>
          <w:p w14:paraId="0673FC77" w14:textId="77777777" w:rsidR="004246B5" w:rsidRPr="00774D49" w:rsidRDefault="004246B5" w:rsidP="004246B5">
            <w:pPr>
              <w:numPr>
                <w:ilvl w:val="0"/>
                <w:numId w:val="140"/>
              </w:numPr>
              <w:rPr>
                <w:rFonts w:cs="Arial"/>
                <w:sz w:val="20"/>
                <w:szCs w:val="20"/>
                <w:lang w:val="es-PE"/>
              </w:rPr>
            </w:pPr>
            <w:r w:rsidRPr="00774D49">
              <w:rPr>
                <w:rFonts w:cs="Arial"/>
                <w:sz w:val="20"/>
                <w:szCs w:val="20"/>
                <w:lang w:val="es-PE"/>
              </w:rPr>
              <w:t>Revisamos el calendario de forma lúdica, identificando el día de la semana con apoyo de una canción corta y actualizando el cartel del clima (soleado, lluvioso o nublado) asomándonos brevemente a la ventana del aula.</w:t>
            </w:r>
          </w:p>
          <w:p w14:paraId="2AA91CF3" w14:textId="77777777" w:rsidR="004246B5" w:rsidRPr="00774D49" w:rsidRDefault="004246B5" w:rsidP="007F34FA">
            <w:pPr>
              <w:rPr>
                <w:rFonts w:cs="Arial"/>
                <w:b/>
                <w:bCs/>
                <w:sz w:val="20"/>
                <w:szCs w:val="20"/>
                <w:lang w:val="es-PE"/>
              </w:rPr>
            </w:pPr>
            <w:r w:rsidRPr="00774D49">
              <w:rPr>
                <w:rFonts w:cs="Arial"/>
                <w:b/>
                <w:bCs/>
                <w:sz w:val="20"/>
                <w:szCs w:val="20"/>
                <w:lang w:val="es-PE"/>
              </w:rPr>
              <w:t>Juego Libre en los espacios (08:30 - 09:30)</w:t>
            </w:r>
          </w:p>
          <w:p w14:paraId="34C86733" w14:textId="77777777" w:rsidR="004246B5" w:rsidRPr="00774D49" w:rsidRDefault="004246B5" w:rsidP="004246B5">
            <w:pPr>
              <w:numPr>
                <w:ilvl w:val="0"/>
                <w:numId w:val="141"/>
              </w:numPr>
              <w:rPr>
                <w:rFonts w:cs="Arial"/>
                <w:sz w:val="20"/>
                <w:szCs w:val="20"/>
                <w:lang w:val="es-PE"/>
              </w:rPr>
            </w:pPr>
            <w:r w:rsidRPr="00774D49">
              <w:rPr>
                <w:rFonts w:cs="Arial"/>
                <w:b/>
                <w:bCs/>
                <w:sz w:val="20"/>
                <w:szCs w:val="20"/>
                <w:lang w:val="es-PE"/>
              </w:rPr>
              <w:t>Planificación y Organización (Fase 1):</w:t>
            </w:r>
            <w:r w:rsidRPr="00774D49">
              <w:rPr>
                <w:rFonts w:cs="Arial"/>
                <w:sz w:val="20"/>
                <w:szCs w:val="20"/>
                <w:lang w:val="es-PE"/>
              </w:rPr>
              <w:t xml:space="preserve"> Los niños se sientan en círculo en el espacio de asamblea principal, recuerdan las normas de convivencia básicas para el juego (compartir los materiales, cuidar a los amigos y no correr) y eligen de forma autónoma a qué sector desean ir (Construcción, Lectura o Arte)</w:t>
            </w:r>
          </w:p>
          <w:p w14:paraId="072BEFF7" w14:textId="77777777" w:rsidR="004246B5" w:rsidRPr="00774D49" w:rsidRDefault="004246B5" w:rsidP="004246B5">
            <w:pPr>
              <w:numPr>
                <w:ilvl w:val="0"/>
                <w:numId w:val="141"/>
              </w:numPr>
              <w:rPr>
                <w:rFonts w:cs="Arial"/>
                <w:sz w:val="20"/>
                <w:szCs w:val="20"/>
                <w:lang w:val="es-PE"/>
              </w:rPr>
            </w:pPr>
            <w:r w:rsidRPr="00774D49">
              <w:rPr>
                <w:rFonts w:cs="Arial"/>
                <w:sz w:val="20"/>
                <w:szCs w:val="20"/>
                <w:lang w:val="es-PE"/>
              </w:rPr>
              <w:t xml:space="preserve">Se organizan en pequeños grupos y la docente les distribuye collares o carnés </w:t>
            </w:r>
            <w:r w:rsidRPr="00774D49">
              <w:rPr>
                <w:rFonts w:cs="Arial"/>
                <w:sz w:val="20"/>
                <w:szCs w:val="20"/>
                <w:lang w:val="es-PE"/>
              </w:rPr>
              <w:lastRenderedPageBreak/>
              <w:t>identificadores con el color del sector seleccionado para la autorregulación del aforo y asegurar que cada espacio cuente con la cantidad adecuada de niños.</w:t>
            </w:r>
          </w:p>
          <w:p w14:paraId="3BA18171" w14:textId="77777777" w:rsidR="004246B5" w:rsidRPr="00774D49" w:rsidRDefault="004246B5" w:rsidP="004246B5">
            <w:pPr>
              <w:numPr>
                <w:ilvl w:val="0"/>
                <w:numId w:val="141"/>
              </w:numPr>
              <w:rPr>
                <w:rFonts w:cs="Arial"/>
                <w:sz w:val="20"/>
                <w:szCs w:val="20"/>
                <w:lang w:val="es-PE"/>
              </w:rPr>
            </w:pPr>
            <w:r w:rsidRPr="00774D49">
              <w:rPr>
                <w:rFonts w:cs="Arial"/>
                <w:b/>
                <w:bCs/>
                <w:sz w:val="20"/>
                <w:szCs w:val="20"/>
                <w:lang w:val="es-PE"/>
              </w:rPr>
              <w:t>Desarrollo o Ejecución (Fase 2):</w:t>
            </w:r>
            <w:r w:rsidRPr="00774D49">
              <w:rPr>
                <w:rFonts w:cs="Arial"/>
                <w:sz w:val="20"/>
                <w:szCs w:val="20"/>
                <w:lang w:val="es-PE"/>
              </w:rPr>
              <w:t xml:space="preserve"> Los niños se desplazan a los sectores elegidos y juegan libremente con los materiales dispuestos en los estantes bajos de manera autónoma.</w:t>
            </w:r>
          </w:p>
          <w:p w14:paraId="3DEF940F" w14:textId="77777777" w:rsidR="004246B5" w:rsidRPr="00774D49" w:rsidRDefault="004246B5" w:rsidP="004246B5">
            <w:pPr>
              <w:numPr>
                <w:ilvl w:val="0"/>
                <w:numId w:val="141"/>
              </w:numPr>
              <w:rPr>
                <w:rFonts w:cs="Arial"/>
                <w:sz w:val="20"/>
                <w:szCs w:val="20"/>
                <w:lang w:val="es-PE"/>
              </w:rPr>
            </w:pPr>
            <w:r w:rsidRPr="00774D49">
              <w:rPr>
                <w:rFonts w:cs="Arial"/>
                <w:sz w:val="20"/>
                <w:szCs w:val="20"/>
                <w:lang w:val="es-PE"/>
              </w:rPr>
              <w:t>La docente realiza un acompañamiento indirecto y observa el juego sin interrumpir las iniciativas de los niños, identificando las interacciones sociales, las formas de comunicación, los conflictos espontáneos y registrando estas evidencias de manera descriptiva en su cuaderno de campo.</w:t>
            </w:r>
          </w:p>
          <w:p w14:paraId="2B0FCC48" w14:textId="77777777" w:rsidR="004246B5" w:rsidRPr="00774D49" w:rsidRDefault="004246B5" w:rsidP="004246B5">
            <w:pPr>
              <w:numPr>
                <w:ilvl w:val="0"/>
                <w:numId w:val="141"/>
              </w:numPr>
              <w:rPr>
                <w:rFonts w:cs="Arial"/>
                <w:sz w:val="20"/>
                <w:szCs w:val="20"/>
                <w:lang w:val="es-PE"/>
              </w:rPr>
            </w:pPr>
            <w:r w:rsidRPr="00774D49">
              <w:rPr>
                <w:rFonts w:cs="Arial"/>
                <w:b/>
                <w:bCs/>
                <w:sz w:val="20"/>
                <w:szCs w:val="20"/>
                <w:lang w:val="es-PE"/>
              </w:rPr>
              <w:t>Orden, Socialización y Representación (Fase 3):</w:t>
            </w:r>
            <w:r w:rsidRPr="00774D49">
              <w:rPr>
                <w:rFonts w:cs="Arial"/>
                <w:sz w:val="20"/>
                <w:szCs w:val="20"/>
                <w:lang w:val="es-PE"/>
              </w:rPr>
              <w:t xml:space="preserve"> Cantamos una canción de orden tradicional del nivel Inicial para anticipar el cierre del juego.</w:t>
            </w:r>
          </w:p>
          <w:p w14:paraId="181CAEEA" w14:textId="77777777" w:rsidR="004246B5" w:rsidRPr="00774D49" w:rsidRDefault="004246B5" w:rsidP="004246B5">
            <w:pPr>
              <w:numPr>
                <w:ilvl w:val="0"/>
                <w:numId w:val="141"/>
              </w:numPr>
              <w:rPr>
                <w:rFonts w:cs="Arial"/>
                <w:sz w:val="20"/>
                <w:szCs w:val="20"/>
                <w:lang w:val="es-PE"/>
              </w:rPr>
            </w:pPr>
            <w:r w:rsidRPr="00774D49">
              <w:rPr>
                <w:rFonts w:cs="Arial"/>
                <w:sz w:val="20"/>
                <w:szCs w:val="20"/>
                <w:lang w:val="es-PE"/>
              </w:rPr>
              <w:t>Los niños guardan de manera colaborativa los materiales en las canastas rotuladas con siluetas y dibujos, colocándolas de vuelta en los estantes correspondientes.</w:t>
            </w:r>
          </w:p>
          <w:p w14:paraId="1F6F08CC" w14:textId="77777777" w:rsidR="004246B5" w:rsidRPr="00774D49" w:rsidRDefault="004246B5" w:rsidP="004246B5">
            <w:pPr>
              <w:numPr>
                <w:ilvl w:val="0"/>
                <w:numId w:val="141"/>
              </w:numPr>
              <w:rPr>
                <w:rFonts w:cs="Arial"/>
                <w:sz w:val="20"/>
                <w:szCs w:val="20"/>
                <w:lang w:val="es-PE"/>
              </w:rPr>
            </w:pPr>
            <w:r w:rsidRPr="00774D49">
              <w:rPr>
                <w:rFonts w:cs="Arial"/>
                <w:sz w:val="20"/>
                <w:szCs w:val="20"/>
                <w:lang w:val="es-PE"/>
              </w:rPr>
              <w:t xml:space="preserve">Nos reunimos nuevamente en la asamblea para verbalizar brevemente a qué jugaron, con </w:t>
            </w:r>
            <w:proofErr w:type="spellStart"/>
            <w:r w:rsidRPr="00774D49">
              <w:rPr>
                <w:rFonts w:cs="Arial"/>
                <w:sz w:val="20"/>
                <w:szCs w:val="20"/>
                <w:lang w:val="es-PE"/>
              </w:rPr>
              <w:t>quiénes</w:t>
            </w:r>
            <w:proofErr w:type="spellEnd"/>
            <w:r w:rsidRPr="00774D49">
              <w:rPr>
                <w:rFonts w:cs="Arial"/>
                <w:sz w:val="20"/>
                <w:szCs w:val="20"/>
                <w:lang w:val="es-PE"/>
              </w:rPr>
              <w:t xml:space="preserve"> compartieron los juguetes y cómo se sintieron durante el momento de juego libre.</w:t>
            </w:r>
          </w:p>
          <w:p w14:paraId="01B14006" w14:textId="77777777" w:rsidR="004246B5" w:rsidRPr="00774D49" w:rsidRDefault="004246B5" w:rsidP="007F34FA">
            <w:pPr>
              <w:rPr>
                <w:rFonts w:cs="Arial"/>
                <w:b/>
                <w:bCs/>
                <w:sz w:val="20"/>
                <w:szCs w:val="20"/>
                <w:lang w:val="es-PE"/>
              </w:rPr>
            </w:pPr>
            <w:r w:rsidRPr="00774D49">
              <w:rPr>
                <w:rFonts w:cs="Arial"/>
                <w:b/>
                <w:bCs/>
                <w:sz w:val="20"/>
                <w:szCs w:val="20"/>
                <w:lang w:val="es-PE"/>
              </w:rPr>
              <w:t>Actividad Significativa / Sesión Central (09:30 - 10:30)</w:t>
            </w:r>
          </w:p>
          <w:p w14:paraId="07F1C55B" w14:textId="77777777" w:rsidR="004246B5" w:rsidRPr="00774D49" w:rsidRDefault="004246B5" w:rsidP="004246B5">
            <w:pPr>
              <w:numPr>
                <w:ilvl w:val="0"/>
                <w:numId w:val="142"/>
              </w:numPr>
              <w:rPr>
                <w:rFonts w:cs="Arial"/>
                <w:sz w:val="20"/>
                <w:szCs w:val="20"/>
                <w:lang w:val="es-PE"/>
              </w:rPr>
            </w:pPr>
            <w:r w:rsidRPr="00774D49">
              <w:rPr>
                <w:rFonts w:cs="Arial"/>
                <w:b/>
                <w:bCs/>
                <w:sz w:val="20"/>
                <w:szCs w:val="20"/>
                <w:lang w:val="es-PE"/>
              </w:rPr>
              <w:t>Inicio (Antes):</w:t>
            </w:r>
            <w:r w:rsidRPr="00774D49">
              <w:rPr>
                <w:rFonts w:cs="Arial"/>
                <w:sz w:val="20"/>
                <w:szCs w:val="20"/>
                <w:lang w:val="es-PE"/>
              </w:rPr>
              <w:t xml:space="preserve"> La docente capta la atención de los niños en la asamblea utilizando una melodía suave de introducción y coloca en medio del círculo el gran cartel informativo de la exposición con las fotos y las dos caritas grandes de cartulina: una carita feliz y alegre, y una carita seria o pensativa.</w:t>
            </w:r>
          </w:p>
          <w:p w14:paraId="612CD6C0" w14:textId="77777777" w:rsidR="004246B5" w:rsidRPr="00774D49" w:rsidRDefault="004246B5" w:rsidP="004246B5">
            <w:pPr>
              <w:numPr>
                <w:ilvl w:val="0"/>
                <w:numId w:val="142"/>
              </w:numPr>
              <w:rPr>
                <w:rFonts w:cs="Arial"/>
                <w:sz w:val="20"/>
                <w:szCs w:val="20"/>
                <w:lang w:val="es-PE"/>
              </w:rPr>
            </w:pPr>
            <w:r w:rsidRPr="00774D49">
              <w:rPr>
                <w:rFonts w:cs="Arial"/>
                <w:sz w:val="20"/>
                <w:szCs w:val="20"/>
                <w:lang w:val="es-PE"/>
              </w:rPr>
              <w:t>Al ver los elementos reunidos para la evaluación grupal, se genera curiosidad, asombro e interés colectivo en el grupo.</w:t>
            </w:r>
          </w:p>
          <w:p w14:paraId="10377868" w14:textId="77777777" w:rsidR="004246B5" w:rsidRPr="00774D49" w:rsidRDefault="004246B5" w:rsidP="004246B5">
            <w:pPr>
              <w:numPr>
                <w:ilvl w:val="0"/>
                <w:numId w:val="142"/>
              </w:numPr>
              <w:rPr>
                <w:rFonts w:cs="Arial"/>
                <w:sz w:val="20"/>
                <w:szCs w:val="20"/>
                <w:lang w:val="es-PE"/>
              </w:rPr>
            </w:pPr>
            <w:r w:rsidRPr="00774D49">
              <w:rPr>
                <w:rFonts w:cs="Arial"/>
                <w:sz w:val="20"/>
                <w:szCs w:val="20"/>
                <w:lang w:val="es-PE"/>
              </w:rPr>
              <w:t>Plantea las preguntas de conflicto cognitivo e indagación: Amigos, ¿qué fue lo que más les gustó hacer durante todo este tiempo de exploradores en el salón? ¿Qué juego les dio mucha alegría y cuál les pareció un poquito difícil? ¿Cómo podemos cuidar nuestro salón para que siga estando hermoso el próximo mes?</w:t>
            </w:r>
          </w:p>
          <w:p w14:paraId="3B12F138" w14:textId="77777777" w:rsidR="004246B5" w:rsidRPr="00774D49" w:rsidRDefault="004246B5" w:rsidP="004246B5">
            <w:pPr>
              <w:numPr>
                <w:ilvl w:val="0"/>
                <w:numId w:val="142"/>
              </w:numPr>
              <w:rPr>
                <w:rFonts w:cs="Arial"/>
                <w:sz w:val="20"/>
                <w:szCs w:val="20"/>
                <w:lang w:val="es-PE"/>
              </w:rPr>
            </w:pPr>
            <w:r w:rsidRPr="00774D49">
              <w:rPr>
                <w:rFonts w:cs="Arial"/>
                <w:b/>
                <w:bCs/>
                <w:sz w:val="20"/>
                <w:szCs w:val="20"/>
                <w:lang w:val="es-PE"/>
              </w:rPr>
              <w:t>Desarrollo (Durante):</w:t>
            </w:r>
            <w:r w:rsidRPr="00774D49">
              <w:rPr>
                <w:rFonts w:cs="Arial"/>
                <w:sz w:val="20"/>
                <w:szCs w:val="20"/>
                <w:lang w:val="es-PE"/>
              </w:rPr>
              <w:t xml:space="preserve"> Los niños se acercan libremente de uno en uno o en parejas y se organizan sentados en semicírculo frente a los paneles de fotos.</w:t>
            </w:r>
          </w:p>
          <w:p w14:paraId="60BCB71A" w14:textId="77777777" w:rsidR="004246B5" w:rsidRPr="00774D49" w:rsidRDefault="004246B5" w:rsidP="004246B5">
            <w:pPr>
              <w:numPr>
                <w:ilvl w:val="0"/>
                <w:numId w:val="142"/>
              </w:numPr>
              <w:rPr>
                <w:rFonts w:cs="Arial"/>
                <w:sz w:val="20"/>
                <w:szCs w:val="20"/>
                <w:lang w:val="es-PE"/>
              </w:rPr>
            </w:pPr>
            <w:r w:rsidRPr="00774D49">
              <w:rPr>
                <w:rFonts w:cs="Arial"/>
                <w:sz w:val="20"/>
                <w:szCs w:val="20"/>
                <w:lang w:val="es-PE"/>
              </w:rPr>
              <w:t>Exploran con todos sus sentidos los recuerdos visuales: señalan las fotos impresas donde salen jugando, tocan las siluetas de las cajas y hojas, y manipulan pequeñas fichas o ganchos de ropa de colores provistos por la docente.</w:t>
            </w:r>
          </w:p>
          <w:p w14:paraId="42C93E68" w14:textId="77777777" w:rsidR="004246B5" w:rsidRPr="00774D49" w:rsidRDefault="004246B5" w:rsidP="004246B5">
            <w:pPr>
              <w:numPr>
                <w:ilvl w:val="0"/>
                <w:numId w:val="142"/>
              </w:numPr>
              <w:rPr>
                <w:rFonts w:cs="Arial"/>
                <w:sz w:val="20"/>
                <w:szCs w:val="20"/>
                <w:lang w:val="es-PE"/>
              </w:rPr>
            </w:pPr>
            <w:r w:rsidRPr="00774D49">
              <w:rPr>
                <w:rFonts w:cs="Arial"/>
                <w:sz w:val="20"/>
                <w:szCs w:val="20"/>
                <w:lang w:val="es-PE"/>
              </w:rPr>
              <w:lastRenderedPageBreak/>
              <w:t>Juegan a colocar de manera autónoma su ficha o gancho al lado de la foto que representa su juego preferido (trasvasar agua, pisar barro, armar torres o cuevas de tela), realizando una votación visual y directa sobre sus experiencias más significativas del mes de junio.</w:t>
            </w:r>
          </w:p>
          <w:p w14:paraId="3D6BED14" w14:textId="77777777" w:rsidR="004246B5" w:rsidRPr="00774D49" w:rsidRDefault="004246B5" w:rsidP="004246B5">
            <w:pPr>
              <w:numPr>
                <w:ilvl w:val="0"/>
                <w:numId w:val="142"/>
              </w:numPr>
              <w:rPr>
                <w:rFonts w:cs="Arial"/>
                <w:sz w:val="20"/>
                <w:szCs w:val="20"/>
                <w:lang w:val="es-PE"/>
              </w:rPr>
            </w:pPr>
            <w:r w:rsidRPr="00774D49">
              <w:rPr>
                <w:rFonts w:cs="Arial"/>
                <w:sz w:val="20"/>
                <w:szCs w:val="20"/>
                <w:lang w:val="es-PE"/>
              </w:rPr>
              <w:t>La docente acompaña la asamblea y la evaluación respetando las elecciones y los ritmos individuales de expresión de cada niño, interviniendo para mediar el lenguaje mediante la técnica de expansión de frases (</w:t>
            </w:r>
            <w:proofErr w:type="spellStart"/>
            <w:r w:rsidRPr="00774D49">
              <w:rPr>
                <w:rFonts w:cs="Arial"/>
                <w:sz w:val="20"/>
                <w:szCs w:val="20"/>
                <w:lang w:val="es-PE"/>
              </w:rPr>
              <w:t>Ej</w:t>
            </w:r>
            <w:proofErr w:type="spellEnd"/>
            <w:r w:rsidRPr="00774D49">
              <w:rPr>
                <w:rFonts w:cs="Arial"/>
                <w:sz w:val="20"/>
                <w:szCs w:val="20"/>
                <w:lang w:val="es-PE"/>
              </w:rPr>
              <w:t>: Si el niño coloca su gancho sobre la foto de las torres de cartón y dice “este grande”, la docente responde con afecto: “Sí, elegiste el juego de armar torres gigantes con las cajas de cartón porque te causó mucha felicidad construir con tus amigos”).</w:t>
            </w:r>
          </w:p>
          <w:p w14:paraId="7072F52D" w14:textId="77777777" w:rsidR="004246B5" w:rsidRPr="00774D49" w:rsidRDefault="004246B5" w:rsidP="004246B5">
            <w:pPr>
              <w:numPr>
                <w:ilvl w:val="0"/>
                <w:numId w:val="142"/>
              </w:numPr>
              <w:rPr>
                <w:rFonts w:cs="Arial"/>
                <w:sz w:val="20"/>
                <w:szCs w:val="20"/>
                <w:lang w:val="es-PE"/>
              </w:rPr>
            </w:pPr>
            <w:r w:rsidRPr="00774D49">
              <w:rPr>
                <w:rFonts w:cs="Arial"/>
                <w:b/>
                <w:bCs/>
                <w:sz w:val="20"/>
                <w:szCs w:val="20"/>
                <w:lang w:val="es-PE"/>
              </w:rPr>
              <w:t>Cierre (Después):</w:t>
            </w:r>
            <w:r w:rsidRPr="00774D49">
              <w:rPr>
                <w:rFonts w:cs="Arial"/>
                <w:sz w:val="20"/>
                <w:szCs w:val="20"/>
                <w:lang w:val="es-PE"/>
              </w:rPr>
              <w:t xml:space="preserve"> Regresamos a la asamblea breve acomodándonos sobre los cojines individuales en el piso.</w:t>
            </w:r>
          </w:p>
          <w:p w14:paraId="0534A22F" w14:textId="77777777" w:rsidR="004246B5" w:rsidRPr="00774D49" w:rsidRDefault="004246B5" w:rsidP="004246B5">
            <w:pPr>
              <w:numPr>
                <w:ilvl w:val="0"/>
                <w:numId w:val="142"/>
              </w:numPr>
              <w:rPr>
                <w:rFonts w:cs="Arial"/>
                <w:sz w:val="20"/>
                <w:szCs w:val="20"/>
                <w:lang w:val="es-PE"/>
              </w:rPr>
            </w:pPr>
            <w:r w:rsidRPr="00774D49">
              <w:rPr>
                <w:rFonts w:cs="Arial"/>
                <w:sz w:val="20"/>
                <w:szCs w:val="20"/>
                <w:lang w:val="es-PE"/>
              </w:rPr>
              <w:t xml:space="preserve">Dialogamos de forma reflexiva mediante preguntas sencillas de metacognición: ¿Qué juego ganó hoy como el preferido de </w:t>
            </w:r>
            <w:proofErr w:type="gramStart"/>
            <w:r w:rsidRPr="00774D49">
              <w:rPr>
                <w:rFonts w:cs="Arial"/>
                <w:sz w:val="20"/>
                <w:szCs w:val="20"/>
                <w:lang w:val="es-PE"/>
              </w:rPr>
              <w:t>todo el aula</w:t>
            </w:r>
            <w:proofErr w:type="gramEnd"/>
            <w:r w:rsidRPr="00774D49">
              <w:rPr>
                <w:rFonts w:cs="Arial"/>
                <w:sz w:val="20"/>
                <w:szCs w:val="20"/>
                <w:lang w:val="es-PE"/>
              </w:rPr>
              <w:t>? ¿Qué aprendimos a hacer con las cajas y los elementos naturales en este tiempo?</w:t>
            </w:r>
          </w:p>
          <w:p w14:paraId="4F3E88AA" w14:textId="77777777" w:rsidR="004246B5" w:rsidRPr="00774D49" w:rsidRDefault="004246B5" w:rsidP="004246B5">
            <w:pPr>
              <w:numPr>
                <w:ilvl w:val="0"/>
                <w:numId w:val="142"/>
              </w:numPr>
              <w:rPr>
                <w:rFonts w:cs="Arial"/>
                <w:sz w:val="20"/>
                <w:szCs w:val="20"/>
                <w:lang w:val="es-PE"/>
              </w:rPr>
            </w:pPr>
            <w:r w:rsidRPr="00774D49">
              <w:rPr>
                <w:rFonts w:cs="Arial"/>
                <w:sz w:val="20"/>
                <w:szCs w:val="20"/>
                <w:lang w:val="es-PE"/>
              </w:rPr>
              <w:t>Retiramos los ganchos de votación, guardamos las fotos en el portafolio grupal con ayuda de los niños y dejamos el espacio limpio y ordenado.</w:t>
            </w:r>
          </w:p>
          <w:p w14:paraId="2D0DC650" w14:textId="77777777" w:rsidR="004246B5" w:rsidRPr="00774D49" w:rsidRDefault="004246B5" w:rsidP="007F34FA">
            <w:pPr>
              <w:rPr>
                <w:rFonts w:cs="Arial"/>
                <w:b/>
                <w:bCs/>
                <w:sz w:val="20"/>
                <w:szCs w:val="20"/>
                <w:lang w:val="es-PE"/>
              </w:rPr>
            </w:pPr>
            <w:r w:rsidRPr="00774D49">
              <w:rPr>
                <w:rFonts w:cs="Arial"/>
                <w:b/>
                <w:bCs/>
                <w:sz w:val="20"/>
                <w:szCs w:val="20"/>
                <w:lang w:val="es-PE"/>
              </w:rPr>
              <w:t>Aseo, Refrigerio y Recreo (10:30 - 11:30)</w:t>
            </w:r>
          </w:p>
          <w:p w14:paraId="047DBBC4" w14:textId="77777777" w:rsidR="004246B5" w:rsidRPr="00774D49" w:rsidRDefault="004246B5" w:rsidP="004246B5">
            <w:pPr>
              <w:numPr>
                <w:ilvl w:val="0"/>
                <w:numId w:val="143"/>
              </w:numPr>
              <w:rPr>
                <w:rFonts w:cs="Arial"/>
                <w:sz w:val="20"/>
                <w:szCs w:val="20"/>
                <w:lang w:val="es-PE"/>
              </w:rPr>
            </w:pPr>
            <w:r w:rsidRPr="00774D49">
              <w:rPr>
                <w:rFonts w:cs="Arial"/>
                <w:b/>
                <w:bCs/>
                <w:sz w:val="20"/>
                <w:szCs w:val="20"/>
                <w:lang w:val="es-PE"/>
              </w:rPr>
              <w:t>Higiene:</w:t>
            </w:r>
            <w:r w:rsidRPr="00774D49">
              <w:rPr>
                <w:rFonts w:cs="Arial"/>
                <w:sz w:val="20"/>
                <w:szCs w:val="20"/>
                <w:lang w:val="es-PE"/>
              </w:rPr>
              <w:t xml:space="preserve"> Traslado ordenado al espacio de los lavaderos en grupos pequeños. Lavado de manos guiado paso a paso por la docente, utilizando jabón líquido y modelando el frotado correcto de palmas, muñecas y dedos tras las acciones de orden y manipulación de los materiales de evaluación.</w:t>
            </w:r>
          </w:p>
          <w:p w14:paraId="6698F35E" w14:textId="77777777" w:rsidR="004246B5" w:rsidRPr="00774D49" w:rsidRDefault="004246B5" w:rsidP="004246B5">
            <w:pPr>
              <w:numPr>
                <w:ilvl w:val="0"/>
                <w:numId w:val="143"/>
              </w:numPr>
              <w:rPr>
                <w:rFonts w:cs="Arial"/>
                <w:sz w:val="20"/>
                <w:szCs w:val="20"/>
                <w:lang w:val="es-PE"/>
              </w:rPr>
            </w:pPr>
            <w:r w:rsidRPr="00774D49">
              <w:rPr>
                <w:rFonts w:cs="Arial"/>
                <w:sz w:val="20"/>
                <w:szCs w:val="20"/>
                <w:lang w:val="es-PE"/>
              </w:rPr>
              <w:t>Se fomenta el uso responsable del agua al cerrar el caño mientras se enjabonan y se apoya de forma visual con carteles explicativos pegados a la altura de su vista, finalizando con el secado autónomo usando papel toalla.</w:t>
            </w:r>
          </w:p>
          <w:p w14:paraId="14BD3A96" w14:textId="77777777" w:rsidR="004246B5" w:rsidRPr="00774D49" w:rsidRDefault="004246B5" w:rsidP="004246B5">
            <w:pPr>
              <w:numPr>
                <w:ilvl w:val="0"/>
                <w:numId w:val="143"/>
              </w:numPr>
              <w:rPr>
                <w:rFonts w:cs="Arial"/>
                <w:sz w:val="20"/>
                <w:szCs w:val="20"/>
                <w:lang w:val="es-PE"/>
              </w:rPr>
            </w:pPr>
            <w:r w:rsidRPr="00774D49">
              <w:rPr>
                <w:rFonts w:cs="Arial"/>
                <w:b/>
                <w:bCs/>
                <w:sz w:val="20"/>
                <w:szCs w:val="20"/>
                <w:lang w:val="es-PE"/>
              </w:rPr>
              <w:t>Alimentación:</w:t>
            </w:r>
            <w:r w:rsidRPr="00774D49">
              <w:rPr>
                <w:rFonts w:cs="Arial"/>
                <w:sz w:val="20"/>
                <w:szCs w:val="20"/>
                <w:lang w:val="es-PE"/>
              </w:rPr>
              <w:t xml:space="preserve"> Consumo de la lonchera dentro del aula en un clima de calma, respeto y buena convivencia.</w:t>
            </w:r>
          </w:p>
          <w:p w14:paraId="3A7D5360" w14:textId="77777777" w:rsidR="004246B5" w:rsidRPr="00774D49" w:rsidRDefault="004246B5" w:rsidP="004246B5">
            <w:pPr>
              <w:numPr>
                <w:ilvl w:val="0"/>
                <w:numId w:val="143"/>
              </w:numPr>
              <w:rPr>
                <w:rFonts w:cs="Arial"/>
                <w:sz w:val="20"/>
                <w:szCs w:val="20"/>
                <w:lang w:val="es-PE"/>
              </w:rPr>
            </w:pPr>
            <w:r w:rsidRPr="00774D49">
              <w:rPr>
                <w:rFonts w:cs="Arial"/>
                <w:sz w:val="20"/>
                <w:szCs w:val="20"/>
                <w:lang w:val="es-PE"/>
              </w:rPr>
              <w:t>Se promueve la autonomía individual incentivando a los niños a sacar sus individuales, abrir los cierres de sus mochilas, destapar sus envases plásticos por sí mismos y limpiar con un paño su espacio de la mesa al terminar de comer.</w:t>
            </w:r>
          </w:p>
          <w:p w14:paraId="74F45D44" w14:textId="77777777" w:rsidR="004246B5" w:rsidRPr="00774D49" w:rsidRDefault="004246B5" w:rsidP="004246B5">
            <w:pPr>
              <w:numPr>
                <w:ilvl w:val="0"/>
                <w:numId w:val="143"/>
              </w:numPr>
              <w:rPr>
                <w:rFonts w:cs="Arial"/>
                <w:sz w:val="20"/>
                <w:szCs w:val="20"/>
                <w:lang w:val="es-PE"/>
              </w:rPr>
            </w:pPr>
            <w:r w:rsidRPr="00774D49">
              <w:rPr>
                <w:rFonts w:cs="Arial"/>
                <w:b/>
                <w:bCs/>
                <w:sz w:val="20"/>
                <w:szCs w:val="20"/>
                <w:lang w:val="es-PE"/>
              </w:rPr>
              <w:t>Recreo:</w:t>
            </w:r>
            <w:r w:rsidRPr="00774D49">
              <w:rPr>
                <w:rFonts w:cs="Arial"/>
                <w:sz w:val="20"/>
                <w:szCs w:val="20"/>
                <w:lang w:val="es-PE"/>
              </w:rPr>
              <w:t xml:space="preserve"> Espacio de juego libre, socialización y esparcimiento motriz en el patio exterior de la institución educativa.</w:t>
            </w:r>
          </w:p>
          <w:p w14:paraId="5DAB0046" w14:textId="77777777" w:rsidR="004246B5" w:rsidRPr="00774D49" w:rsidRDefault="004246B5" w:rsidP="004246B5">
            <w:pPr>
              <w:numPr>
                <w:ilvl w:val="0"/>
                <w:numId w:val="143"/>
              </w:numPr>
              <w:rPr>
                <w:rFonts w:cs="Arial"/>
                <w:sz w:val="20"/>
                <w:szCs w:val="20"/>
                <w:lang w:val="es-PE"/>
              </w:rPr>
            </w:pPr>
            <w:r w:rsidRPr="00774D49">
              <w:rPr>
                <w:rFonts w:cs="Arial"/>
                <w:sz w:val="20"/>
                <w:szCs w:val="20"/>
                <w:lang w:val="es-PE"/>
              </w:rPr>
              <w:t xml:space="preserve">Se realiza bajo la supervisión constante, </w:t>
            </w:r>
            <w:r w:rsidRPr="00774D49">
              <w:rPr>
                <w:rFonts w:cs="Arial"/>
                <w:sz w:val="20"/>
                <w:szCs w:val="20"/>
                <w:lang w:val="es-PE"/>
              </w:rPr>
              <w:lastRenderedPageBreak/>
              <w:t>activa y el cuidado protector de la docente para garantizar la seguridad física y prevenir accidentes entre los niños.</w:t>
            </w:r>
          </w:p>
          <w:p w14:paraId="04365FF7" w14:textId="77777777" w:rsidR="004246B5" w:rsidRPr="00774D49" w:rsidRDefault="004246B5" w:rsidP="007F34FA">
            <w:pPr>
              <w:rPr>
                <w:rFonts w:cs="Arial"/>
                <w:b/>
                <w:bCs/>
                <w:sz w:val="20"/>
                <w:szCs w:val="20"/>
                <w:lang w:val="es-PE"/>
              </w:rPr>
            </w:pPr>
            <w:r w:rsidRPr="00774D49">
              <w:rPr>
                <w:rFonts w:cs="Arial"/>
                <w:b/>
                <w:bCs/>
                <w:sz w:val="20"/>
                <w:szCs w:val="20"/>
                <w:lang w:val="es-PE"/>
              </w:rPr>
              <w:t>Actividad Psicomotriz Corta (11:30 - 12:00)</w:t>
            </w:r>
          </w:p>
          <w:p w14:paraId="350C34BD" w14:textId="77777777" w:rsidR="004246B5" w:rsidRPr="00774D49" w:rsidRDefault="004246B5" w:rsidP="004246B5">
            <w:pPr>
              <w:numPr>
                <w:ilvl w:val="0"/>
                <w:numId w:val="144"/>
              </w:numPr>
              <w:rPr>
                <w:rFonts w:cs="Arial"/>
                <w:sz w:val="20"/>
                <w:szCs w:val="20"/>
                <w:lang w:val="es-PE"/>
              </w:rPr>
            </w:pPr>
            <w:r w:rsidRPr="00774D49">
              <w:rPr>
                <w:rFonts w:cs="Arial"/>
                <w:b/>
                <w:bCs/>
                <w:sz w:val="20"/>
                <w:szCs w:val="20"/>
                <w:lang w:val="es-PE"/>
              </w:rPr>
              <w:t>Desarrollo Motriz:</w:t>
            </w:r>
            <w:r w:rsidRPr="00774D49">
              <w:rPr>
                <w:rFonts w:cs="Arial"/>
                <w:sz w:val="20"/>
                <w:szCs w:val="20"/>
                <w:lang w:val="es-PE"/>
              </w:rPr>
              <w:t xml:space="preserve"> En el espacio de psicomotricidad o zona despejada del aula, la docente propone el juego de desplazamiento libre “El tren de los exploradores”.</w:t>
            </w:r>
          </w:p>
          <w:p w14:paraId="304FFE5E" w14:textId="77777777" w:rsidR="004246B5" w:rsidRPr="00774D49" w:rsidRDefault="004246B5" w:rsidP="004246B5">
            <w:pPr>
              <w:numPr>
                <w:ilvl w:val="0"/>
                <w:numId w:val="144"/>
              </w:numPr>
              <w:rPr>
                <w:rFonts w:cs="Arial"/>
                <w:sz w:val="20"/>
                <w:szCs w:val="20"/>
                <w:lang w:val="es-PE"/>
              </w:rPr>
            </w:pPr>
            <w:r w:rsidRPr="00774D49">
              <w:rPr>
                <w:rFonts w:cs="Arial"/>
                <w:sz w:val="20"/>
                <w:szCs w:val="20"/>
                <w:lang w:val="es-PE"/>
              </w:rPr>
              <w:t>Los niños se toman suavemente de los hombros o de una soga larga formando una hilera. Juegan de forma autónoma a avanzar por todo el espacio siguiendo las direcciones marcadas por la docente (ir lento, avanzar rápido, dar curvas o detenerse), coordinando su equilibrio dinámico, controlando los movimientos de su cuerpo en relación con el grupo y divirtiéndose de manera colectiva.</w:t>
            </w:r>
          </w:p>
          <w:p w14:paraId="07DE2F79" w14:textId="77777777" w:rsidR="004246B5" w:rsidRPr="00774D49" w:rsidRDefault="004246B5" w:rsidP="007F34FA">
            <w:pPr>
              <w:rPr>
                <w:rFonts w:cs="Arial"/>
                <w:b/>
                <w:bCs/>
                <w:sz w:val="20"/>
                <w:szCs w:val="20"/>
                <w:lang w:val="es-PE"/>
              </w:rPr>
            </w:pPr>
            <w:r w:rsidRPr="00774D49">
              <w:rPr>
                <w:rFonts w:cs="Arial"/>
                <w:b/>
                <w:bCs/>
                <w:sz w:val="20"/>
                <w:szCs w:val="20"/>
                <w:lang w:val="es-PE"/>
              </w:rPr>
              <w:t>El Taller de Expresión Artística (12:00 - 12:30)</w:t>
            </w:r>
          </w:p>
          <w:p w14:paraId="71CFE7D5" w14:textId="77777777" w:rsidR="004246B5" w:rsidRPr="00774D49" w:rsidRDefault="004246B5" w:rsidP="004246B5">
            <w:pPr>
              <w:numPr>
                <w:ilvl w:val="0"/>
                <w:numId w:val="145"/>
              </w:numPr>
              <w:rPr>
                <w:rFonts w:cs="Arial"/>
                <w:sz w:val="20"/>
                <w:szCs w:val="20"/>
                <w:lang w:val="es-PE"/>
              </w:rPr>
            </w:pPr>
            <w:r w:rsidRPr="00774D49">
              <w:rPr>
                <w:rFonts w:cs="Arial"/>
                <w:b/>
                <w:bCs/>
                <w:sz w:val="20"/>
                <w:szCs w:val="20"/>
                <w:lang w:val="es-PE"/>
              </w:rPr>
              <w:t>Taller Gráfico-Plástico:</w:t>
            </w:r>
            <w:r w:rsidRPr="00774D49">
              <w:rPr>
                <w:rFonts w:cs="Arial"/>
                <w:sz w:val="20"/>
                <w:szCs w:val="20"/>
                <w:lang w:val="es-PE"/>
              </w:rPr>
              <w:t xml:space="preserve"> Colocamos bandejas con porciones de masa para modelar casera de diversos colores suaves en las mesas de trabajo.</w:t>
            </w:r>
          </w:p>
          <w:p w14:paraId="4FFDBD08" w14:textId="77777777" w:rsidR="004246B5" w:rsidRPr="00774D49" w:rsidRDefault="004246B5" w:rsidP="004246B5">
            <w:pPr>
              <w:numPr>
                <w:ilvl w:val="0"/>
                <w:numId w:val="145"/>
              </w:numPr>
              <w:rPr>
                <w:rFonts w:cs="Arial"/>
                <w:sz w:val="20"/>
                <w:szCs w:val="20"/>
                <w:lang w:val="es-PE"/>
              </w:rPr>
            </w:pPr>
            <w:r w:rsidRPr="00774D49">
              <w:rPr>
                <w:rFonts w:cs="Arial"/>
                <w:sz w:val="20"/>
                <w:szCs w:val="20"/>
                <w:lang w:val="es-PE"/>
              </w:rPr>
              <w:t>Ofrecemos canastas con palitos de helado y moldes plásticos pequeños de formas variadas para la libre manipulación.</w:t>
            </w:r>
          </w:p>
          <w:p w14:paraId="5449B00D" w14:textId="77777777" w:rsidR="004246B5" w:rsidRPr="00774D49" w:rsidRDefault="004246B5" w:rsidP="004246B5">
            <w:pPr>
              <w:numPr>
                <w:ilvl w:val="0"/>
                <w:numId w:val="145"/>
              </w:numPr>
              <w:rPr>
                <w:rFonts w:cs="Arial"/>
                <w:sz w:val="20"/>
                <w:szCs w:val="20"/>
                <w:lang w:val="es-PE"/>
              </w:rPr>
            </w:pPr>
            <w:r w:rsidRPr="00774D49">
              <w:rPr>
                <w:rFonts w:cs="Arial"/>
                <w:sz w:val="20"/>
                <w:szCs w:val="20"/>
                <w:lang w:val="es-PE"/>
              </w:rPr>
              <w:t>Los niños juegan libremente a amasar, realizar presiones, estirar y moldear figuras sueltas que representen lo que más les gustó del mes (una piedra, una pelota o una caja) de forma totalmente autónoma, experimentando con el volumen y la forma plástica.</w:t>
            </w:r>
          </w:p>
          <w:p w14:paraId="29F3BBE4" w14:textId="77777777" w:rsidR="004246B5" w:rsidRPr="00774D49" w:rsidRDefault="004246B5" w:rsidP="004246B5">
            <w:pPr>
              <w:numPr>
                <w:ilvl w:val="0"/>
                <w:numId w:val="145"/>
              </w:numPr>
              <w:rPr>
                <w:rFonts w:cs="Arial"/>
                <w:sz w:val="20"/>
                <w:szCs w:val="20"/>
                <w:lang w:val="es-PE"/>
              </w:rPr>
            </w:pPr>
            <w:r w:rsidRPr="00774D49">
              <w:rPr>
                <w:rFonts w:cs="Arial"/>
                <w:sz w:val="20"/>
                <w:szCs w:val="20"/>
                <w:lang w:val="es-PE"/>
              </w:rPr>
              <w:t>La docente acompaña el proceso priorizando la libertad expresiva, la relajación fina tras la evaluación y el disfrute plástico de cada niño, evitando imponer un producto final o buscar un acabado adulto perfecto.</w:t>
            </w:r>
          </w:p>
          <w:p w14:paraId="067BD327" w14:textId="77777777" w:rsidR="004246B5" w:rsidRPr="00774D49" w:rsidRDefault="004246B5" w:rsidP="007F34FA">
            <w:pPr>
              <w:rPr>
                <w:rFonts w:cs="Arial"/>
                <w:b/>
                <w:bCs/>
                <w:sz w:val="20"/>
                <w:szCs w:val="20"/>
                <w:lang w:val="es-PE"/>
              </w:rPr>
            </w:pPr>
            <w:r w:rsidRPr="00774D49">
              <w:rPr>
                <w:rFonts w:cs="Arial"/>
                <w:b/>
                <w:bCs/>
                <w:sz w:val="20"/>
                <w:szCs w:val="20"/>
                <w:lang w:val="es-PE"/>
              </w:rPr>
              <w:t>Rutinas de Salida (12:30)</w:t>
            </w:r>
          </w:p>
          <w:p w14:paraId="576030EB" w14:textId="77777777" w:rsidR="004246B5" w:rsidRPr="00774D49" w:rsidRDefault="004246B5" w:rsidP="004246B5">
            <w:pPr>
              <w:numPr>
                <w:ilvl w:val="0"/>
                <w:numId w:val="146"/>
              </w:numPr>
              <w:rPr>
                <w:rFonts w:cs="Arial"/>
                <w:sz w:val="20"/>
                <w:szCs w:val="20"/>
                <w:lang w:val="es-PE"/>
              </w:rPr>
            </w:pPr>
            <w:r w:rsidRPr="00774D49">
              <w:rPr>
                <w:rFonts w:cs="Arial"/>
                <w:b/>
                <w:bCs/>
                <w:sz w:val="20"/>
                <w:szCs w:val="20"/>
                <w:lang w:val="es-PE"/>
              </w:rPr>
              <w:t>Cierre:</w:t>
            </w:r>
            <w:r w:rsidRPr="00774D49">
              <w:rPr>
                <w:rFonts w:cs="Arial"/>
                <w:sz w:val="20"/>
                <w:szCs w:val="20"/>
                <w:lang w:val="es-PE"/>
              </w:rPr>
              <w:t xml:space="preserve"> Breve recuento final en asamblea sobre las alegrías vividas durante todo el mes de junio en el aula de clases.</w:t>
            </w:r>
          </w:p>
          <w:p w14:paraId="20419897" w14:textId="77777777" w:rsidR="004246B5" w:rsidRPr="00774D49" w:rsidRDefault="004246B5" w:rsidP="004246B5">
            <w:pPr>
              <w:numPr>
                <w:ilvl w:val="0"/>
                <w:numId w:val="146"/>
              </w:numPr>
              <w:rPr>
                <w:rFonts w:cs="Arial"/>
                <w:sz w:val="20"/>
                <w:szCs w:val="20"/>
                <w:lang w:val="es-PE"/>
              </w:rPr>
            </w:pPr>
            <w:r w:rsidRPr="00774D49">
              <w:rPr>
                <w:rFonts w:cs="Arial"/>
                <w:sz w:val="20"/>
                <w:szCs w:val="20"/>
                <w:lang w:val="es-PE"/>
              </w:rPr>
              <w:t>Se acompaña y orienta a los niños en el orden de sus mochilas, colocación autónoma de abrigos y recojo de sus pertenencias personales de forma independiente.</w:t>
            </w:r>
          </w:p>
          <w:p w14:paraId="0F879DF1" w14:textId="77777777" w:rsidR="004246B5" w:rsidRPr="00774D49" w:rsidRDefault="004246B5" w:rsidP="004246B5">
            <w:pPr>
              <w:numPr>
                <w:ilvl w:val="0"/>
                <w:numId w:val="146"/>
              </w:numPr>
              <w:rPr>
                <w:rFonts w:cs="Arial"/>
                <w:sz w:val="20"/>
                <w:szCs w:val="20"/>
                <w:lang w:val="es-PE"/>
              </w:rPr>
            </w:pPr>
            <w:r w:rsidRPr="00774D49">
              <w:rPr>
                <w:rFonts w:cs="Arial"/>
                <w:sz w:val="20"/>
                <w:szCs w:val="20"/>
                <w:lang w:val="es-PE"/>
              </w:rPr>
              <w:t>Despedida afectuosa y personalizada a cada estudiante en la puerta del aula con un fuerte abrazo de felicitación, entregándolo formalmente a su padre, madre o adulto responsable autorizado y deseándoles un excelente fin de semana.</w:t>
            </w:r>
          </w:p>
          <w:p w14:paraId="60C2EC28" w14:textId="77777777" w:rsidR="004246B5" w:rsidRPr="00774D49" w:rsidRDefault="004246B5" w:rsidP="007C4A5F">
            <w:pPr>
              <w:rPr>
                <w:rFonts w:cs="Arial"/>
                <w:sz w:val="20"/>
                <w:szCs w:val="20"/>
                <w:lang w:val="es-PE"/>
              </w:rPr>
            </w:pPr>
          </w:p>
        </w:tc>
        <w:tc>
          <w:tcPr>
            <w:tcW w:w="1795" w:type="dxa"/>
            <w:vAlign w:val="center"/>
          </w:tcPr>
          <w:p w14:paraId="30EAB0EB" w14:textId="77777777" w:rsidR="004246B5" w:rsidRPr="00774D49" w:rsidRDefault="004246B5" w:rsidP="007C4A5F">
            <w:pPr>
              <w:rPr>
                <w:rFonts w:cs="Arial"/>
                <w:sz w:val="20"/>
                <w:szCs w:val="20"/>
                <w:lang w:val="es-PE"/>
              </w:rPr>
            </w:pPr>
            <w:r w:rsidRPr="00774D49">
              <w:rPr>
                <w:rFonts w:cs="Arial"/>
                <w:sz w:val="20"/>
                <w:szCs w:val="20"/>
                <w:lang w:val="es-PE"/>
              </w:rPr>
              <w:lastRenderedPageBreak/>
              <w:t xml:space="preserve">Gran cartel informativo elaborado con las fotos de las actividades del </w:t>
            </w:r>
            <w:r w:rsidRPr="00774D49">
              <w:rPr>
                <w:rFonts w:cs="Arial"/>
                <w:sz w:val="20"/>
                <w:szCs w:val="20"/>
                <w:lang w:val="es-PE"/>
              </w:rPr>
              <w:lastRenderedPageBreak/>
              <w:t xml:space="preserve">mes </w:t>
            </w:r>
          </w:p>
          <w:p w14:paraId="369200E9" w14:textId="77777777" w:rsidR="004246B5" w:rsidRPr="00774D49" w:rsidRDefault="004246B5" w:rsidP="007C4A5F">
            <w:pPr>
              <w:rPr>
                <w:rFonts w:cs="Arial"/>
                <w:sz w:val="20"/>
                <w:szCs w:val="20"/>
                <w:lang w:val="es-PE"/>
              </w:rPr>
            </w:pPr>
            <w:r w:rsidRPr="00774D49">
              <w:rPr>
                <w:rFonts w:cs="Arial"/>
                <w:sz w:val="20"/>
                <w:szCs w:val="20"/>
                <w:lang w:val="es-PE"/>
              </w:rPr>
              <w:t>Dos caritas grandes de cartulina (feliz / seria) y ganchos de ropa plásticos de colores.</w:t>
            </w:r>
          </w:p>
          <w:p w14:paraId="1A39C6CF" w14:textId="77777777" w:rsidR="004246B5" w:rsidRPr="00774D49" w:rsidRDefault="004246B5" w:rsidP="007C4A5F">
            <w:pPr>
              <w:rPr>
                <w:rFonts w:cs="Arial"/>
                <w:sz w:val="20"/>
                <w:szCs w:val="20"/>
                <w:lang w:val="es-PE"/>
              </w:rPr>
            </w:pPr>
            <w:r w:rsidRPr="00774D49">
              <w:rPr>
                <w:rFonts w:cs="Arial"/>
                <w:sz w:val="20"/>
                <w:szCs w:val="20"/>
                <w:lang w:val="es-PE"/>
              </w:rPr>
              <w:t>Lupas plásticas y silbatos de juguete suaves (caja de espera).</w:t>
            </w:r>
          </w:p>
          <w:p w14:paraId="358CB6B6" w14:textId="77777777" w:rsidR="004246B5" w:rsidRPr="00774D49" w:rsidRDefault="004246B5" w:rsidP="007C4A5F">
            <w:pPr>
              <w:rPr>
                <w:rFonts w:cs="Arial"/>
                <w:sz w:val="20"/>
                <w:szCs w:val="20"/>
                <w:lang w:val="es-PE"/>
              </w:rPr>
            </w:pPr>
            <w:r w:rsidRPr="00774D49">
              <w:rPr>
                <w:rFonts w:cs="Arial"/>
                <w:sz w:val="20"/>
                <w:szCs w:val="20"/>
                <w:lang w:val="es-PE"/>
              </w:rPr>
              <w:t xml:space="preserve">Masa para modelar casera de colores, palitos de helado y moldes plásticos (taller) </w:t>
            </w:r>
          </w:p>
          <w:p w14:paraId="724A30D7" w14:textId="77777777" w:rsidR="004246B5" w:rsidRPr="00774D49" w:rsidRDefault="004246B5" w:rsidP="007C4A5F">
            <w:pPr>
              <w:rPr>
                <w:rFonts w:cs="Arial"/>
                <w:sz w:val="20"/>
                <w:szCs w:val="20"/>
                <w:lang w:val="es-PE"/>
              </w:rPr>
            </w:pPr>
            <w:r w:rsidRPr="00774D49">
              <w:rPr>
                <w:rFonts w:cs="Arial"/>
                <w:sz w:val="20"/>
                <w:szCs w:val="20"/>
                <w:lang w:val="es-PE"/>
              </w:rPr>
              <w:t>Soga larga de psicomotricidad, cojines individuales y panel visual de asistencia.</w:t>
            </w:r>
          </w:p>
        </w:tc>
        <w:tc>
          <w:tcPr>
            <w:tcW w:w="1673" w:type="dxa"/>
            <w:vAlign w:val="center"/>
          </w:tcPr>
          <w:p w14:paraId="2340A84F" w14:textId="77777777" w:rsidR="004246B5" w:rsidRPr="00774D49" w:rsidRDefault="004246B5" w:rsidP="007C4A5F">
            <w:pPr>
              <w:rPr>
                <w:rFonts w:cs="Arial"/>
                <w:sz w:val="20"/>
                <w:szCs w:val="20"/>
                <w:lang w:val="es-PE"/>
              </w:rPr>
            </w:pPr>
            <w:r w:rsidRPr="00774D49">
              <w:rPr>
                <w:rFonts w:cs="Arial"/>
                <w:sz w:val="20"/>
                <w:szCs w:val="20"/>
                <w:lang w:val="es-PE"/>
              </w:rPr>
              <w:lastRenderedPageBreak/>
              <w:t xml:space="preserve">Observar cómo se organiza el niño o niña para colocar su gancho de </w:t>
            </w:r>
            <w:r w:rsidRPr="00774D49">
              <w:rPr>
                <w:rFonts w:cs="Arial"/>
                <w:sz w:val="20"/>
                <w:szCs w:val="20"/>
                <w:lang w:val="es-PE"/>
              </w:rPr>
              <w:lastRenderedPageBreak/>
              <w:t xml:space="preserve">votación al elegir y clasificar de forma autónoma su actividad preferida del mes </w:t>
            </w:r>
          </w:p>
          <w:p w14:paraId="0285B073" w14:textId="77777777" w:rsidR="004246B5" w:rsidRPr="00774D49" w:rsidRDefault="004246B5" w:rsidP="007C4A5F">
            <w:pPr>
              <w:rPr>
                <w:rFonts w:cs="Arial"/>
                <w:sz w:val="20"/>
                <w:szCs w:val="20"/>
                <w:lang w:val="es-PE"/>
              </w:rPr>
            </w:pPr>
            <w:r w:rsidRPr="00774D49">
              <w:rPr>
                <w:rFonts w:cs="Arial"/>
                <w:sz w:val="20"/>
                <w:szCs w:val="20"/>
                <w:lang w:val="es-PE"/>
              </w:rPr>
              <w:t xml:space="preserve">Observar cómo se expresa verbal o gestualmente al manifestar sus opiniones sencillas y recordar los logros del aula en la asamblea grupal </w:t>
            </w:r>
          </w:p>
        </w:tc>
      </w:tr>
      <w:tr w:rsidR="00895ADD" w:rsidRPr="00774D49" w14:paraId="606C0B1D" w14:textId="77777777" w:rsidTr="0058278C">
        <w:trPr>
          <w:jc w:val="center"/>
        </w:trPr>
        <w:tc>
          <w:tcPr>
            <w:tcW w:w="2366" w:type="dxa"/>
            <w:gridSpan w:val="2"/>
            <w:vAlign w:val="center"/>
          </w:tcPr>
          <w:p w14:paraId="2AA5529A" w14:textId="4DB553FE" w:rsidR="00895ADD" w:rsidRPr="00774D49" w:rsidRDefault="00895ADD" w:rsidP="007C4A5F">
            <w:pPr>
              <w:rPr>
                <w:rFonts w:cs="Arial"/>
                <w:sz w:val="20"/>
                <w:szCs w:val="20"/>
                <w:lang w:val="es-PE"/>
              </w:rPr>
            </w:pPr>
            <w:r w:rsidRPr="00895ADD">
              <w:rPr>
                <w:rFonts w:cs="Arial"/>
                <w:b/>
                <w:bCs/>
                <w:szCs w:val="19"/>
                <w:lang w:val="es-PE"/>
              </w:rPr>
              <w:lastRenderedPageBreak/>
              <w:t>Áreas a observar:</w:t>
            </w:r>
          </w:p>
        </w:tc>
        <w:tc>
          <w:tcPr>
            <w:tcW w:w="4928" w:type="dxa"/>
            <w:vAlign w:val="center"/>
          </w:tcPr>
          <w:p w14:paraId="235E9A6A" w14:textId="4CE822C3" w:rsidR="00895ADD" w:rsidRPr="009A514E" w:rsidRDefault="009A514E" w:rsidP="007F34FA">
            <w:pPr>
              <w:rPr>
                <w:rFonts w:cs="Arial"/>
                <w:sz w:val="20"/>
                <w:szCs w:val="20"/>
                <w:lang w:val="es-PE"/>
              </w:rPr>
            </w:pPr>
            <w:r>
              <w:rPr>
                <w:rFonts w:cs="Arial"/>
                <w:sz w:val="20"/>
                <w:szCs w:val="20"/>
                <w:lang w:val="es-PE"/>
              </w:rPr>
              <w:t>T</w:t>
            </w:r>
            <w:r w:rsidRPr="009A514E">
              <w:rPr>
                <w:rFonts w:cs="Arial"/>
                <w:sz w:val="20"/>
                <w:szCs w:val="20"/>
                <w:lang w:val="es-PE"/>
              </w:rPr>
              <w:t>odas las áreas integradas de forma holística (Personal Social, Comunicación, Matemática, Psicomotricidad y Ciencia y Tecnología).</w:t>
            </w:r>
          </w:p>
        </w:tc>
        <w:tc>
          <w:tcPr>
            <w:tcW w:w="1795" w:type="dxa"/>
            <w:vAlign w:val="center"/>
          </w:tcPr>
          <w:p w14:paraId="7F569E62" w14:textId="77777777" w:rsidR="00895ADD" w:rsidRPr="00774D49" w:rsidRDefault="00895ADD" w:rsidP="007C4A5F">
            <w:pPr>
              <w:rPr>
                <w:rFonts w:cs="Arial"/>
                <w:sz w:val="20"/>
                <w:szCs w:val="20"/>
                <w:lang w:val="es-PE"/>
              </w:rPr>
            </w:pPr>
          </w:p>
        </w:tc>
        <w:tc>
          <w:tcPr>
            <w:tcW w:w="1673" w:type="dxa"/>
            <w:vAlign w:val="center"/>
          </w:tcPr>
          <w:p w14:paraId="3907198D" w14:textId="77777777" w:rsidR="00895ADD" w:rsidRPr="00774D49" w:rsidRDefault="00895ADD" w:rsidP="007C4A5F">
            <w:pPr>
              <w:rPr>
                <w:rFonts w:cs="Arial"/>
                <w:sz w:val="20"/>
                <w:szCs w:val="20"/>
                <w:lang w:val="es-PE"/>
              </w:rPr>
            </w:pPr>
          </w:p>
        </w:tc>
      </w:tr>
    </w:tbl>
    <w:p w14:paraId="6551A709" w14:textId="77777777" w:rsidR="004246B5" w:rsidRPr="00774D49" w:rsidRDefault="004246B5" w:rsidP="004C69C2">
      <w:pPr>
        <w:rPr>
          <w:rFonts w:cs="Arial"/>
          <w:lang w:val="es-PE"/>
        </w:rPr>
      </w:pPr>
    </w:p>
    <w:p w14:paraId="0881E767" w14:textId="77777777" w:rsidR="004246B5" w:rsidRPr="00774D49" w:rsidRDefault="004246B5">
      <w:pPr>
        <w:rPr>
          <w:rFonts w:cs="Arial"/>
          <w:lang w:val="es-PE"/>
        </w:rPr>
      </w:pPr>
    </w:p>
    <w:p w14:paraId="67B4A807" w14:textId="77777777" w:rsidR="004246B5" w:rsidRPr="00774D49" w:rsidRDefault="004246B5">
      <w:pPr>
        <w:rPr>
          <w:rFonts w:cs="Arial"/>
          <w:lang w:val="es-PE"/>
        </w:rPr>
      </w:pPr>
    </w:p>
    <w:p w14:paraId="430C9653" w14:textId="77777777" w:rsidR="00021EFA" w:rsidRPr="00774D49" w:rsidRDefault="00010C46">
      <w:pPr>
        <w:pStyle w:val="Ttulo2"/>
        <w:rPr>
          <w:rFonts w:ascii="Arial" w:hAnsi="Arial" w:cs="Arial"/>
          <w:lang w:val="es-PE"/>
        </w:rPr>
      </w:pPr>
      <w:r w:rsidRPr="00774D49">
        <w:rPr>
          <w:rFonts w:ascii="Arial" w:hAnsi="Arial" w:cs="Arial"/>
          <w:lang w:val="es-PE"/>
        </w:rPr>
        <w:t>IX. ORGANIZACIÓN SEMANAL DEL CONTEXTO</w:t>
      </w:r>
    </w:p>
    <w:tbl>
      <w:tblPr>
        <w:tblStyle w:val="Tablaconcuadrcula"/>
        <w:tblW w:w="0" w:type="auto"/>
        <w:jc w:val="center"/>
        <w:tblLook w:val="04A0" w:firstRow="1" w:lastRow="0" w:firstColumn="1" w:lastColumn="0" w:noHBand="0" w:noVBand="1"/>
      </w:tblPr>
      <w:tblGrid>
        <w:gridCol w:w="1134"/>
        <w:gridCol w:w="1984"/>
        <w:gridCol w:w="2835"/>
        <w:gridCol w:w="2551"/>
        <w:gridCol w:w="1984"/>
      </w:tblGrid>
      <w:tr w:rsidR="00021EFA" w:rsidRPr="00774D49" w14:paraId="2DAC1A3F" w14:textId="77777777">
        <w:trPr>
          <w:jc w:val="center"/>
        </w:trPr>
        <w:tc>
          <w:tcPr>
            <w:tcW w:w="1134" w:type="dxa"/>
            <w:shd w:val="clear" w:color="auto" w:fill="D9EAD3"/>
            <w:vAlign w:val="center"/>
          </w:tcPr>
          <w:p w14:paraId="54EFC585" w14:textId="77777777" w:rsidR="00021EFA" w:rsidRPr="00774D49" w:rsidRDefault="00010C46">
            <w:pPr>
              <w:jc w:val="center"/>
              <w:rPr>
                <w:rFonts w:cs="Arial"/>
                <w:lang w:val="es-PE"/>
              </w:rPr>
            </w:pPr>
            <w:r w:rsidRPr="00774D49">
              <w:rPr>
                <w:rFonts w:cs="Arial"/>
                <w:b/>
                <w:sz w:val="13"/>
                <w:lang w:val="es-PE"/>
              </w:rPr>
              <w:t>Semana</w:t>
            </w:r>
          </w:p>
        </w:tc>
        <w:tc>
          <w:tcPr>
            <w:tcW w:w="1984" w:type="dxa"/>
            <w:shd w:val="clear" w:color="auto" w:fill="D9EAD3"/>
            <w:vAlign w:val="center"/>
          </w:tcPr>
          <w:p w14:paraId="0D795137" w14:textId="77777777" w:rsidR="00021EFA" w:rsidRPr="00774D49" w:rsidRDefault="00010C46">
            <w:pPr>
              <w:jc w:val="center"/>
              <w:rPr>
                <w:rFonts w:cs="Arial"/>
                <w:lang w:val="es-PE"/>
              </w:rPr>
            </w:pPr>
            <w:r w:rsidRPr="00774D49">
              <w:rPr>
                <w:rFonts w:cs="Arial"/>
                <w:b/>
                <w:sz w:val="13"/>
                <w:lang w:val="es-PE"/>
              </w:rPr>
              <w:t>Eje de exploración</w:t>
            </w:r>
          </w:p>
        </w:tc>
        <w:tc>
          <w:tcPr>
            <w:tcW w:w="2835" w:type="dxa"/>
            <w:shd w:val="clear" w:color="auto" w:fill="D9EAD3"/>
            <w:vAlign w:val="center"/>
          </w:tcPr>
          <w:p w14:paraId="022D72EA" w14:textId="77777777" w:rsidR="00021EFA" w:rsidRPr="00774D49" w:rsidRDefault="00010C46">
            <w:pPr>
              <w:jc w:val="center"/>
              <w:rPr>
                <w:rFonts w:cs="Arial"/>
                <w:lang w:val="es-PE"/>
              </w:rPr>
            </w:pPr>
            <w:r w:rsidRPr="00774D49">
              <w:rPr>
                <w:rFonts w:cs="Arial"/>
                <w:b/>
                <w:sz w:val="13"/>
                <w:lang w:val="es-PE"/>
              </w:rPr>
              <w:t>Intención pedagógica</w:t>
            </w:r>
          </w:p>
        </w:tc>
        <w:tc>
          <w:tcPr>
            <w:tcW w:w="2551" w:type="dxa"/>
            <w:shd w:val="clear" w:color="auto" w:fill="D9EAD3"/>
            <w:vAlign w:val="center"/>
          </w:tcPr>
          <w:p w14:paraId="249E3CDF" w14:textId="77777777" w:rsidR="00021EFA" w:rsidRPr="00774D49" w:rsidRDefault="00010C46">
            <w:pPr>
              <w:jc w:val="center"/>
              <w:rPr>
                <w:rFonts w:cs="Arial"/>
                <w:lang w:val="es-PE"/>
              </w:rPr>
            </w:pPr>
            <w:r w:rsidRPr="00774D49">
              <w:rPr>
                <w:rFonts w:cs="Arial"/>
                <w:b/>
                <w:sz w:val="13"/>
                <w:lang w:val="es-PE"/>
              </w:rPr>
              <w:t>Provocaciones sugeridas</w:t>
            </w:r>
          </w:p>
        </w:tc>
        <w:tc>
          <w:tcPr>
            <w:tcW w:w="1984" w:type="dxa"/>
            <w:shd w:val="clear" w:color="auto" w:fill="D9EAD3"/>
            <w:vAlign w:val="center"/>
          </w:tcPr>
          <w:p w14:paraId="659203E3" w14:textId="77777777" w:rsidR="00021EFA" w:rsidRPr="00774D49" w:rsidRDefault="00010C46">
            <w:pPr>
              <w:jc w:val="center"/>
              <w:rPr>
                <w:rFonts w:cs="Arial"/>
                <w:lang w:val="es-PE"/>
              </w:rPr>
            </w:pPr>
            <w:r w:rsidRPr="00774D49">
              <w:rPr>
                <w:rFonts w:cs="Arial"/>
                <w:b/>
                <w:sz w:val="13"/>
                <w:lang w:val="es-PE"/>
              </w:rPr>
              <w:t>Registro docente</w:t>
            </w:r>
          </w:p>
        </w:tc>
      </w:tr>
      <w:tr w:rsidR="00021EFA" w:rsidRPr="00774D49" w14:paraId="79696915" w14:textId="77777777">
        <w:trPr>
          <w:jc w:val="center"/>
        </w:trPr>
        <w:tc>
          <w:tcPr>
            <w:tcW w:w="1134" w:type="dxa"/>
            <w:vAlign w:val="center"/>
          </w:tcPr>
          <w:p w14:paraId="3E77A340" w14:textId="77777777" w:rsidR="00021EFA" w:rsidRPr="00774D49" w:rsidRDefault="00010C46">
            <w:pPr>
              <w:rPr>
                <w:rFonts w:cs="Arial"/>
                <w:lang w:val="es-PE"/>
              </w:rPr>
            </w:pPr>
            <w:r w:rsidRPr="00774D49">
              <w:rPr>
                <w:rFonts w:cs="Arial"/>
                <w:sz w:val="13"/>
                <w:lang w:val="es-PE"/>
              </w:rPr>
              <w:t>Semana 1</w:t>
            </w:r>
          </w:p>
        </w:tc>
        <w:tc>
          <w:tcPr>
            <w:tcW w:w="1984" w:type="dxa"/>
            <w:vAlign w:val="center"/>
          </w:tcPr>
          <w:p w14:paraId="0EBEA937" w14:textId="77777777" w:rsidR="00021EFA" w:rsidRPr="00774D49" w:rsidRDefault="00010C46">
            <w:pPr>
              <w:rPr>
                <w:rFonts w:cs="Arial"/>
                <w:lang w:val="es-PE"/>
              </w:rPr>
            </w:pPr>
            <w:r w:rsidRPr="00774D49">
              <w:rPr>
                <w:rFonts w:cs="Arial"/>
                <w:sz w:val="13"/>
                <w:lang w:val="es-PE"/>
              </w:rPr>
              <w:t>Me acerco a la naturaleza con seguridad</w:t>
            </w:r>
          </w:p>
        </w:tc>
        <w:tc>
          <w:tcPr>
            <w:tcW w:w="2835" w:type="dxa"/>
            <w:vAlign w:val="center"/>
          </w:tcPr>
          <w:p w14:paraId="436E6A16" w14:textId="77777777" w:rsidR="00021EFA" w:rsidRPr="00774D49" w:rsidRDefault="00010C46">
            <w:pPr>
              <w:rPr>
                <w:rFonts w:cs="Arial"/>
                <w:lang w:val="es-PE"/>
              </w:rPr>
            </w:pPr>
            <w:r w:rsidRPr="00774D49">
              <w:rPr>
                <w:rFonts w:cs="Arial"/>
                <w:sz w:val="13"/>
                <w:lang w:val="es-PE"/>
              </w:rPr>
              <w:t>Exploración libre de elementos naturales cercanos. Acompañamiento afectivo para niños que muestran inseguridad.</w:t>
            </w:r>
          </w:p>
        </w:tc>
        <w:tc>
          <w:tcPr>
            <w:tcW w:w="2551" w:type="dxa"/>
            <w:vAlign w:val="center"/>
          </w:tcPr>
          <w:p w14:paraId="7DE8B64A" w14:textId="77777777" w:rsidR="00021EFA" w:rsidRPr="00774D49" w:rsidRDefault="00010C46">
            <w:pPr>
              <w:rPr>
                <w:rFonts w:cs="Arial"/>
                <w:lang w:val="es-PE"/>
              </w:rPr>
            </w:pPr>
            <w:r w:rsidRPr="00774D49">
              <w:rPr>
                <w:rFonts w:cs="Arial"/>
                <w:sz w:val="13"/>
                <w:lang w:val="es-PE"/>
              </w:rPr>
              <w:t>Mesa de naturaleza, cuentos, canastas, fotos, espacio de calma.</w:t>
            </w:r>
          </w:p>
        </w:tc>
        <w:tc>
          <w:tcPr>
            <w:tcW w:w="1984" w:type="dxa"/>
            <w:vAlign w:val="center"/>
          </w:tcPr>
          <w:p w14:paraId="63A62F17" w14:textId="77777777" w:rsidR="00021EFA" w:rsidRPr="00774D49" w:rsidRDefault="00010C46">
            <w:pPr>
              <w:rPr>
                <w:rFonts w:cs="Arial"/>
                <w:lang w:val="es-PE"/>
              </w:rPr>
            </w:pPr>
            <w:r w:rsidRPr="00774D49">
              <w:rPr>
                <w:rFonts w:cs="Arial"/>
                <w:sz w:val="13"/>
                <w:lang w:val="es-PE"/>
              </w:rPr>
              <w:t>Cómo se aproximan a los materiales, emociones, preferencias, palabras o gestos utilizados.</w:t>
            </w:r>
          </w:p>
        </w:tc>
      </w:tr>
      <w:tr w:rsidR="00021EFA" w:rsidRPr="00774D49" w14:paraId="7564B740" w14:textId="77777777">
        <w:trPr>
          <w:jc w:val="center"/>
        </w:trPr>
        <w:tc>
          <w:tcPr>
            <w:tcW w:w="1134" w:type="dxa"/>
            <w:vAlign w:val="center"/>
          </w:tcPr>
          <w:p w14:paraId="5BF141C3" w14:textId="77777777" w:rsidR="00021EFA" w:rsidRPr="00774D49" w:rsidRDefault="00010C46">
            <w:pPr>
              <w:rPr>
                <w:rFonts w:cs="Arial"/>
                <w:lang w:val="es-PE"/>
              </w:rPr>
            </w:pPr>
            <w:r w:rsidRPr="00774D49">
              <w:rPr>
                <w:rFonts w:cs="Arial"/>
                <w:sz w:val="13"/>
                <w:lang w:val="es-PE"/>
              </w:rPr>
              <w:t>Semana 2</w:t>
            </w:r>
          </w:p>
        </w:tc>
        <w:tc>
          <w:tcPr>
            <w:tcW w:w="1984" w:type="dxa"/>
            <w:vAlign w:val="center"/>
          </w:tcPr>
          <w:p w14:paraId="5174CED9" w14:textId="77777777" w:rsidR="00021EFA" w:rsidRPr="00774D49" w:rsidRDefault="00010C46">
            <w:pPr>
              <w:rPr>
                <w:rFonts w:cs="Arial"/>
                <w:lang w:val="es-PE"/>
              </w:rPr>
            </w:pPr>
            <w:r w:rsidRPr="00774D49">
              <w:rPr>
                <w:rFonts w:cs="Arial"/>
                <w:sz w:val="13"/>
                <w:lang w:val="es-PE"/>
              </w:rPr>
              <w:t>Exploro agua, tierra y texturas</w:t>
            </w:r>
          </w:p>
        </w:tc>
        <w:tc>
          <w:tcPr>
            <w:tcW w:w="2835" w:type="dxa"/>
            <w:vAlign w:val="center"/>
          </w:tcPr>
          <w:p w14:paraId="09304216" w14:textId="77777777" w:rsidR="00021EFA" w:rsidRPr="00774D49" w:rsidRDefault="00010C46">
            <w:pPr>
              <w:rPr>
                <w:rFonts w:cs="Arial"/>
                <w:lang w:val="es-PE"/>
              </w:rPr>
            </w:pPr>
            <w:r w:rsidRPr="00774D49">
              <w:rPr>
                <w:rFonts w:cs="Arial"/>
                <w:sz w:val="13"/>
                <w:lang w:val="es-PE"/>
              </w:rPr>
              <w:t>Trasvases, mezclas simples, caminos sensoriales y exploración táctil supervisada.</w:t>
            </w:r>
          </w:p>
        </w:tc>
        <w:tc>
          <w:tcPr>
            <w:tcW w:w="2551" w:type="dxa"/>
            <w:vAlign w:val="center"/>
          </w:tcPr>
          <w:p w14:paraId="1B640502" w14:textId="77777777" w:rsidR="00021EFA" w:rsidRPr="00774D49" w:rsidRDefault="00010C46">
            <w:pPr>
              <w:rPr>
                <w:rFonts w:cs="Arial"/>
                <w:lang w:val="es-PE"/>
              </w:rPr>
            </w:pPr>
            <w:r w:rsidRPr="00774D49">
              <w:rPr>
                <w:rFonts w:cs="Arial"/>
                <w:sz w:val="13"/>
                <w:lang w:val="es-PE"/>
              </w:rPr>
              <w:t xml:space="preserve">Agua, tierra limpia, bandejas, cucharas, esponjas, telas, papel </w:t>
            </w:r>
            <w:proofErr w:type="spellStart"/>
            <w:r w:rsidRPr="00774D49">
              <w:rPr>
                <w:rFonts w:cs="Arial"/>
                <w:sz w:val="13"/>
                <w:lang w:val="es-PE"/>
              </w:rPr>
              <w:t>kraft</w:t>
            </w:r>
            <w:proofErr w:type="spellEnd"/>
            <w:r w:rsidRPr="00774D49">
              <w:rPr>
                <w:rFonts w:cs="Arial"/>
                <w:sz w:val="13"/>
                <w:lang w:val="es-PE"/>
              </w:rPr>
              <w:t>.</w:t>
            </w:r>
          </w:p>
        </w:tc>
        <w:tc>
          <w:tcPr>
            <w:tcW w:w="1984" w:type="dxa"/>
            <w:vAlign w:val="center"/>
          </w:tcPr>
          <w:p w14:paraId="6720EE59" w14:textId="77777777" w:rsidR="00021EFA" w:rsidRPr="00774D49" w:rsidRDefault="00010C46">
            <w:pPr>
              <w:rPr>
                <w:rFonts w:cs="Arial"/>
                <w:lang w:val="es-PE"/>
              </w:rPr>
            </w:pPr>
            <w:r w:rsidRPr="00774D49">
              <w:rPr>
                <w:rFonts w:cs="Arial"/>
                <w:sz w:val="13"/>
                <w:lang w:val="es-PE"/>
              </w:rPr>
              <w:t>Acciones de llenar, vaciar, tocar, comparar, regular movimientos y cuidar el espacio.</w:t>
            </w:r>
          </w:p>
        </w:tc>
      </w:tr>
      <w:tr w:rsidR="00021EFA" w:rsidRPr="00774D49" w14:paraId="7A43D47E" w14:textId="77777777">
        <w:trPr>
          <w:jc w:val="center"/>
        </w:trPr>
        <w:tc>
          <w:tcPr>
            <w:tcW w:w="1134" w:type="dxa"/>
            <w:vAlign w:val="center"/>
          </w:tcPr>
          <w:p w14:paraId="33D71A2C" w14:textId="77777777" w:rsidR="00021EFA" w:rsidRPr="00774D49" w:rsidRDefault="00010C46">
            <w:pPr>
              <w:rPr>
                <w:rFonts w:cs="Arial"/>
                <w:lang w:val="es-PE"/>
              </w:rPr>
            </w:pPr>
            <w:r w:rsidRPr="00774D49">
              <w:rPr>
                <w:rFonts w:cs="Arial"/>
                <w:sz w:val="13"/>
                <w:lang w:val="es-PE"/>
              </w:rPr>
              <w:t>Semana 3</w:t>
            </w:r>
          </w:p>
        </w:tc>
        <w:tc>
          <w:tcPr>
            <w:tcW w:w="1984" w:type="dxa"/>
            <w:vAlign w:val="center"/>
          </w:tcPr>
          <w:p w14:paraId="5E13D0A4" w14:textId="77777777" w:rsidR="00021EFA" w:rsidRPr="00774D49" w:rsidRDefault="00010C46">
            <w:pPr>
              <w:rPr>
                <w:rFonts w:cs="Arial"/>
                <w:lang w:val="es-PE"/>
              </w:rPr>
            </w:pPr>
            <w:r w:rsidRPr="00774D49">
              <w:rPr>
                <w:rFonts w:cs="Arial"/>
                <w:sz w:val="13"/>
                <w:lang w:val="es-PE"/>
              </w:rPr>
              <w:t>Construyo y juego con otros</w:t>
            </w:r>
          </w:p>
        </w:tc>
        <w:tc>
          <w:tcPr>
            <w:tcW w:w="2835" w:type="dxa"/>
            <w:vAlign w:val="center"/>
          </w:tcPr>
          <w:p w14:paraId="3938086F" w14:textId="77777777" w:rsidR="00021EFA" w:rsidRPr="00774D49" w:rsidRDefault="00010C46">
            <w:pPr>
              <w:rPr>
                <w:rFonts w:cs="Arial"/>
                <w:lang w:val="es-PE"/>
              </w:rPr>
            </w:pPr>
            <w:r w:rsidRPr="00774D49">
              <w:rPr>
                <w:rFonts w:cs="Arial"/>
                <w:sz w:val="13"/>
                <w:lang w:val="es-PE"/>
              </w:rPr>
              <w:t>Construcción de refugios, caminos, casitas o espacios de juego simbólico con cajas y telas.</w:t>
            </w:r>
          </w:p>
        </w:tc>
        <w:tc>
          <w:tcPr>
            <w:tcW w:w="2551" w:type="dxa"/>
            <w:vAlign w:val="center"/>
          </w:tcPr>
          <w:p w14:paraId="35A85088" w14:textId="77777777" w:rsidR="00021EFA" w:rsidRPr="00774D49" w:rsidRDefault="00010C46">
            <w:pPr>
              <w:rPr>
                <w:rFonts w:cs="Arial"/>
                <w:lang w:val="es-PE"/>
              </w:rPr>
            </w:pPr>
            <w:r w:rsidRPr="00774D49">
              <w:rPr>
                <w:rFonts w:cs="Arial"/>
                <w:sz w:val="13"/>
                <w:lang w:val="es-PE"/>
              </w:rPr>
              <w:t>Cajas, tubos, telas, bloques, canastas, aros, elementos naturales grandes.</w:t>
            </w:r>
          </w:p>
        </w:tc>
        <w:tc>
          <w:tcPr>
            <w:tcW w:w="1984" w:type="dxa"/>
            <w:vAlign w:val="center"/>
          </w:tcPr>
          <w:p w14:paraId="152652D1" w14:textId="77777777" w:rsidR="00021EFA" w:rsidRPr="00774D49" w:rsidRDefault="00010C46">
            <w:pPr>
              <w:rPr>
                <w:rFonts w:cs="Arial"/>
                <w:lang w:val="es-PE"/>
              </w:rPr>
            </w:pPr>
            <w:r w:rsidRPr="00774D49">
              <w:rPr>
                <w:rFonts w:cs="Arial"/>
                <w:sz w:val="13"/>
                <w:lang w:val="es-PE"/>
              </w:rPr>
              <w:t>Interacciones, turnos, acuerdos, resolución de conflictos, nociones espaciales.</w:t>
            </w:r>
          </w:p>
        </w:tc>
      </w:tr>
      <w:tr w:rsidR="00021EFA" w:rsidRPr="00774D49" w14:paraId="24CA8654" w14:textId="77777777">
        <w:trPr>
          <w:jc w:val="center"/>
        </w:trPr>
        <w:tc>
          <w:tcPr>
            <w:tcW w:w="1134" w:type="dxa"/>
            <w:vAlign w:val="center"/>
          </w:tcPr>
          <w:p w14:paraId="173BEB4C" w14:textId="77777777" w:rsidR="00021EFA" w:rsidRPr="00774D49" w:rsidRDefault="00010C46">
            <w:pPr>
              <w:rPr>
                <w:rFonts w:cs="Arial"/>
                <w:lang w:val="es-PE"/>
              </w:rPr>
            </w:pPr>
            <w:r w:rsidRPr="00774D49">
              <w:rPr>
                <w:rFonts w:cs="Arial"/>
                <w:sz w:val="13"/>
                <w:lang w:val="es-PE"/>
              </w:rPr>
              <w:t>Semana 4</w:t>
            </w:r>
          </w:p>
        </w:tc>
        <w:tc>
          <w:tcPr>
            <w:tcW w:w="1984" w:type="dxa"/>
            <w:vAlign w:val="center"/>
          </w:tcPr>
          <w:p w14:paraId="70BE9075" w14:textId="77777777" w:rsidR="00021EFA" w:rsidRPr="00774D49" w:rsidRDefault="00010C46">
            <w:pPr>
              <w:rPr>
                <w:rFonts w:cs="Arial"/>
                <w:lang w:val="es-PE"/>
              </w:rPr>
            </w:pPr>
            <w:r w:rsidRPr="00774D49">
              <w:rPr>
                <w:rFonts w:cs="Arial"/>
                <w:sz w:val="13"/>
                <w:lang w:val="es-PE"/>
              </w:rPr>
              <w:t>Expreso y comunico mis descubrimientos</w:t>
            </w:r>
          </w:p>
        </w:tc>
        <w:tc>
          <w:tcPr>
            <w:tcW w:w="2835" w:type="dxa"/>
            <w:vAlign w:val="center"/>
          </w:tcPr>
          <w:p w14:paraId="59B8CE24" w14:textId="77777777" w:rsidR="00021EFA" w:rsidRPr="00774D49" w:rsidRDefault="00010C46">
            <w:pPr>
              <w:rPr>
                <w:rFonts w:cs="Arial"/>
                <w:lang w:val="es-PE"/>
              </w:rPr>
            </w:pPr>
            <w:r w:rsidRPr="00774D49">
              <w:rPr>
                <w:rFonts w:cs="Arial"/>
                <w:sz w:val="13"/>
                <w:lang w:val="es-PE"/>
              </w:rPr>
              <w:t>Arte natural, lectura de imágenes, asamblea breve y organización del rincón natural.</w:t>
            </w:r>
          </w:p>
        </w:tc>
        <w:tc>
          <w:tcPr>
            <w:tcW w:w="2551" w:type="dxa"/>
            <w:vAlign w:val="center"/>
          </w:tcPr>
          <w:p w14:paraId="21C91BD0" w14:textId="77777777" w:rsidR="00021EFA" w:rsidRPr="00774D49" w:rsidRDefault="00010C46">
            <w:pPr>
              <w:rPr>
                <w:rFonts w:cs="Arial"/>
                <w:lang w:val="es-PE"/>
              </w:rPr>
            </w:pPr>
            <w:r w:rsidRPr="00774D49">
              <w:rPr>
                <w:rFonts w:cs="Arial"/>
                <w:sz w:val="13"/>
                <w:lang w:val="es-PE"/>
              </w:rPr>
              <w:t>Hojas, pinturas, cuentos, fotografías, producciones, cartel visual.</w:t>
            </w:r>
          </w:p>
        </w:tc>
        <w:tc>
          <w:tcPr>
            <w:tcW w:w="1984" w:type="dxa"/>
            <w:vAlign w:val="center"/>
          </w:tcPr>
          <w:p w14:paraId="3B3CC125" w14:textId="77777777" w:rsidR="00021EFA" w:rsidRPr="00774D49" w:rsidRDefault="00010C46">
            <w:pPr>
              <w:rPr>
                <w:rFonts w:cs="Arial"/>
                <w:lang w:val="es-PE"/>
              </w:rPr>
            </w:pPr>
            <w:r w:rsidRPr="00774D49">
              <w:rPr>
                <w:rFonts w:cs="Arial"/>
                <w:sz w:val="13"/>
                <w:lang w:val="es-PE"/>
              </w:rPr>
              <w:t>Comentarios, frases, gestos, producciones, preferencias y propuestas emergentes.</w:t>
            </w:r>
          </w:p>
        </w:tc>
      </w:tr>
      <w:bookmarkEnd w:id="0"/>
    </w:tbl>
    <w:p w14:paraId="08900ED9" w14:textId="77777777" w:rsidR="00021EFA" w:rsidRPr="00774D49" w:rsidRDefault="00021EFA">
      <w:pPr>
        <w:rPr>
          <w:rFonts w:cs="Arial"/>
          <w:lang w:val="es-PE"/>
        </w:rPr>
      </w:pPr>
    </w:p>
    <w:p w14:paraId="19965581" w14:textId="77777777" w:rsidR="00021EFA" w:rsidRPr="00774D49" w:rsidRDefault="00010C46">
      <w:pPr>
        <w:pStyle w:val="Ttulo2"/>
        <w:rPr>
          <w:rFonts w:ascii="Arial" w:hAnsi="Arial" w:cs="Arial"/>
          <w:lang w:val="es-PE"/>
        </w:rPr>
      </w:pPr>
      <w:r w:rsidRPr="00774D49">
        <w:rPr>
          <w:rFonts w:ascii="Arial" w:hAnsi="Arial" w:cs="Arial"/>
          <w:lang w:val="es-PE"/>
        </w:rPr>
        <w:t>X. ENFOQUES TRANSVERSALES PRIORIZADOS</w:t>
      </w:r>
    </w:p>
    <w:tbl>
      <w:tblPr>
        <w:tblStyle w:val="Tablaconcuadrcula"/>
        <w:tblW w:w="0" w:type="auto"/>
        <w:jc w:val="center"/>
        <w:tblLook w:val="04A0" w:firstRow="1" w:lastRow="0" w:firstColumn="1" w:lastColumn="0" w:noHBand="0" w:noVBand="1"/>
      </w:tblPr>
      <w:tblGrid>
        <w:gridCol w:w="2268"/>
        <w:gridCol w:w="4535"/>
        <w:gridCol w:w="3402"/>
      </w:tblGrid>
      <w:tr w:rsidR="00021EFA" w:rsidRPr="00774D49" w14:paraId="533CC99E" w14:textId="77777777">
        <w:trPr>
          <w:jc w:val="center"/>
        </w:trPr>
        <w:tc>
          <w:tcPr>
            <w:tcW w:w="2268" w:type="dxa"/>
            <w:shd w:val="clear" w:color="auto" w:fill="D9EAF7"/>
            <w:vAlign w:val="center"/>
          </w:tcPr>
          <w:p w14:paraId="375AF1F5" w14:textId="77777777" w:rsidR="00021EFA" w:rsidRPr="00774D49" w:rsidRDefault="00010C46">
            <w:pPr>
              <w:jc w:val="center"/>
              <w:rPr>
                <w:rFonts w:cs="Arial"/>
                <w:lang w:val="es-PE"/>
              </w:rPr>
            </w:pPr>
            <w:r w:rsidRPr="00774D49">
              <w:rPr>
                <w:rFonts w:cs="Arial"/>
                <w:b/>
                <w:sz w:val="14"/>
                <w:lang w:val="es-PE"/>
              </w:rPr>
              <w:t>Enfoque transversal</w:t>
            </w:r>
          </w:p>
        </w:tc>
        <w:tc>
          <w:tcPr>
            <w:tcW w:w="4535" w:type="dxa"/>
            <w:shd w:val="clear" w:color="auto" w:fill="D9EAF7"/>
            <w:vAlign w:val="center"/>
          </w:tcPr>
          <w:p w14:paraId="37011168" w14:textId="77777777" w:rsidR="00021EFA" w:rsidRPr="00774D49" w:rsidRDefault="00010C46">
            <w:pPr>
              <w:jc w:val="center"/>
              <w:rPr>
                <w:rFonts w:cs="Arial"/>
                <w:lang w:val="es-PE"/>
              </w:rPr>
            </w:pPr>
            <w:r w:rsidRPr="00774D49">
              <w:rPr>
                <w:rFonts w:cs="Arial"/>
                <w:b/>
                <w:sz w:val="14"/>
                <w:lang w:val="es-PE"/>
              </w:rPr>
              <w:t>Cómo se vivencia</w:t>
            </w:r>
          </w:p>
        </w:tc>
        <w:tc>
          <w:tcPr>
            <w:tcW w:w="3402" w:type="dxa"/>
            <w:shd w:val="clear" w:color="auto" w:fill="D9EAF7"/>
            <w:vAlign w:val="center"/>
          </w:tcPr>
          <w:p w14:paraId="3F058E9C" w14:textId="77777777" w:rsidR="00021EFA" w:rsidRPr="00774D49" w:rsidRDefault="00010C46">
            <w:pPr>
              <w:jc w:val="center"/>
              <w:rPr>
                <w:rFonts w:cs="Arial"/>
                <w:lang w:val="es-PE"/>
              </w:rPr>
            </w:pPr>
            <w:r w:rsidRPr="00774D49">
              <w:rPr>
                <w:rFonts w:cs="Arial"/>
                <w:b/>
                <w:sz w:val="14"/>
                <w:lang w:val="es-PE"/>
              </w:rPr>
              <w:t>Actitudes observables</w:t>
            </w:r>
          </w:p>
        </w:tc>
      </w:tr>
      <w:tr w:rsidR="00021EFA" w:rsidRPr="00774D49" w14:paraId="44F1D8B3" w14:textId="77777777">
        <w:trPr>
          <w:jc w:val="center"/>
        </w:trPr>
        <w:tc>
          <w:tcPr>
            <w:tcW w:w="2268" w:type="dxa"/>
            <w:vAlign w:val="center"/>
          </w:tcPr>
          <w:p w14:paraId="5E0F8F28" w14:textId="77777777" w:rsidR="00021EFA" w:rsidRPr="00774D49" w:rsidRDefault="00010C46">
            <w:pPr>
              <w:rPr>
                <w:rFonts w:cs="Arial"/>
                <w:lang w:val="es-PE"/>
              </w:rPr>
            </w:pPr>
            <w:r w:rsidRPr="00774D49">
              <w:rPr>
                <w:rFonts w:cs="Arial"/>
                <w:sz w:val="14"/>
                <w:lang w:val="es-PE"/>
              </w:rPr>
              <w:t>Enfoque ambiental</w:t>
            </w:r>
          </w:p>
        </w:tc>
        <w:tc>
          <w:tcPr>
            <w:tcW w:w="4535" w:type="dxa"/>
            <w:vAlign w:val="center"/>
          </w:tcPr>
          <w:p w14:paraId="15F3ECCB" w14:textId="77777777" w:rsidR="00021EFA" w:rsidRPr="00774D49" w:rsidRDefault="00010C46">
            <w:pPr>
              <w:rPr>
                <w:rFonts w:cs="Arial"/>
                <w:lang w:val="es-PE"/>
              </w:rPr>
            </w:pPr>
            <w:r w:rsidRPr="00774D49">
              <w:rPr>
                <w:rFonts w:cs="Arial"/>
                <w:sz w:val="14"/>
                <w:lang w:val="es-PE"/>
              </w:rPr>
              <w:t>Los niños exploran elementos naturales y aprenden progresivamente a cuidar plantas, agua, tierra y materiales del entorno.</w:t>
            </w:r>
          </w:p>
        </w:tc>
        <w:tc>
          <w:tcPr>
            <w:tcW w:w="3402" w:type="dxa"/>
            <w:vAlign w:val="center"/>
          </w:tcPr>
          <w:p w14:paraId="49CFD381" w14:textId="77777777" w:rsidR="00021EFA" w:rsidRPr="00774D49" w:rsidRDefault="00010C46">
            <w:pPr>
              <w:rPr>
                <w:rFonts w:cs="Arial"/>
                <w:lang w:val="es-PE"/>
              </w:rPr>
            </w:pPr>
            <w:r w:rsidRPr="00774D49">
              <w:rPr>
                <w:rFonts w:cs="Arial"/>
                <w:sz w:val="14"/>
                <w:lang w:val="es-PE"/>
              </w:rPr>
              <w:t>Cuidan hojas y plantas, usan poca agua, recogen materiales y evitan maltratar seres vivos.</w:t>
            </w:r>
          </w:p>
        </w:tc>
      </w:tr>
      <w:tr w:rsidR="00021EFA" w:rsidRPr="00774D49" w14:paraId="3060D969" w14:textId="77777777">
        <w:trPr>
          <w:jc w:val="center"/>
        </w:trPr>
        <w:tc>
          <w:tcPr>
            <w:tcW w:w="2268" w:type="dxa"/>
            <w:vAlign w:val="center"/>
          </w:tcPr>
          <w:p w14:paraId="0D1326E5" w14:textId="77777777" w:rsidR="00021EFA" w:rsidRPr="00774D49" w:rsidRDefault="00010C46">
            <w:pPr>
              <w:rPr>
                <w:rFonts w:cs="Arial"/>
                <w:lang w:val="es-PE"/>
              </w:rPr>
            </w:pPr>
            <w:r w:rsidRPr="00774D49">
              <w:rPr>
                <w:rFonts w:cs="Arial"/>
                <w:sz w:val="14"/>
                <w:lang w:val="es-PE"/>
              </w:rPr>
              <w:t>Orientación al bien común</w:t>
            </w:r>
          </w:p>
        </w:tc>
        <w:tc>
          <w:tcPr>
            <w:tcW w:w="4535" w:type="dxa"/>
            <w:vAlign w:val="center"/>
          </w:tcPr>
          <w:p w14:paraId="32C7C6D4" w14:textId="77777777" w:rsidR="00021EFA" w:rsidRPr="00774D49" w:rsidRDefault="00010C46">
            <w:pPr>
              <w:rPr>
                <w:rFonts w:cs="Arial"/>
                <w:lang w:val="es-PE"/>
              </w:rPr>
            </w:pPr>
            <w:r w:rsidRPr="00774D49">
              <w:rPr>
                <w:rFonts w:cs="Arial"/>
                <w:sz w:val="14"/>
                <w:lang w:val="es-PE"/>
              </w:rPr>
              <w:t>Se promueve el cuidado de materiales compartidos, el orden del espacio y la colaboración durante las rutinas.</w:t>
            </w:r>
          </w:p>
        </w:tc>
        <w:tc>
          <w:tcPr>
            <w:tcW w:w="3402" w:type="dxa"/>
            <w:vAlign w:val="center"/>
          </w:tcPr>
          <w:p w14:paraId="3523903A" w14:textId="77777777" w:rsidR="00021EFA" w:rsidRPr="00774D49" w:rsidRDefault="00010C46">
            <w:pPr>
              <w:rPr>
                <w:rFonts w:cs="Arial"/>
                <w:lang w:val="es-PE"/>
              </w:rPr>
            </w:pPr>
            <w:r w:rsidRPr="00774D49">
              <w:rPr>
                <w:rFonts w:cs="Arial"/>
                <w:sz w:val="14"/>
                <w:lang w:val="es-PE"/>
              </w:rPr>
              <w:t>Guardan materiales, esperan turnos, ayudan a mantener limpio el sector.</w:t>
            </w:r>
          </w:p>
        </w:tc>
      </w:tr>
      <w:tr w:rsidR="00021EFA" w:rsidRPr="00774D49" w14:paraId="3C89F28B" w14:textId="77777777">
        <w:trPr>
          <w:jc w:val="center"/>
        </w:trPr>
        <w:tc>
          <w:tcPr>
            <w:tcW w:w="2268" w:type="dxa"/>
            <w:vAlign w:val="center"/>
          </w:tcPr>
          <w:p w14:paraId="0E8170E8" w14:textId="77777777" w:rsidR="00021EFA" w:rsidRPr="00774D49" w:rsidRDefault="00010C46">
            <w:pPr>
              <w:rPr>
                <w:rFonts w:cs="Arial"/>
                <w:lang w:val="es-PE"/>
              </w:rPr>
            </w:pPr>
            <w:r w:rsidRPr="00774D49">
              <w:rPr>
                <w:rFonts w:cs="Arial"/>
                <w:sz w:val="14"/>
                <w:lang w:val="es-PE"/>
              </w:rPr>
              <w:t>Enfoque inclusivo o de atención a la diversidad</w:t>
            </w:r>
          </w:p>
        </w:tc>
        <w:tc>
          <w:tcPr>
            <w:tcW w:w="4535" w:type="dxa"/>
            <w:vAlign w:val="center"/>
          </w:tcPr>
          <w:p w14:paraId="16D52D01" w14:textId="77777777" w:rsidR="00021EFA" w:rsidRPr="00774D49" w:rsidRDefault="00010C46">
            <w:pPr>
              <w:rPr>
                <w:rFonts w:cs="Arial"/>
                <w:lang w:val="es-PE"/>
              </w:rPr>
            </w:pPr>
            <w:r w:rsidRPr="00774D49">
              <w:rPr>
                <w:rFonts w:cs="Arial"/>
                <w:sz w:val="14"/>
                <w:lang w:val="es-PE"/>
              </w:rPr>
              <w:t>Se respetan ritmos, formas de expresión, necesidades de apoyo y distintas maneras de participar.</w:t>
            </w:r>
          </w:p>
        </w:tc>
        <w:tc>
          <w:tcPr>
            <w:tcW w:w="3402" w:type="dxa"/>
            <w:vAlign w:val="center"/>
          </w:tcPr>
          <w:p w14:paraId="0B2C4619" w14:textId="77777777" w:rsidR="00021EFA" w:rsidRPr="00774D49" w:rsidRDefault="00010C46">
            <w:pPr>
              <w:rPr>
                <w:rFonts w:cs="Arial"/>
                <w:lang w:val="es-PE"/>
              </w:rPr>
            </w:pPr>
            <w:r w:rsidRPr="00774D49">
              <w:rPr>
                <w:rFonts w:cs="Arial"/>
                <w:sz w:val="14"/>
                <w:lang w:val="es-PE"/>
              </w:rPr>
              <w:t>Participan desde gestos, palabras, observación, movimiento o manipulación según sus posibilidades.</w:t>
            </w:r>
          </w:p>
        </w:tc>
      </w:tr>
      <w:tr w:rsidR="00021EFA" w:rsidRPr="00774D49" w14:paraId="7E681500" w14:textId="77777777">
        <w:trPr>
          <w:jc w:val="center"/>
        </w:trPr>
        <w:tc>
          <w:tcPr>
            <w:tcW w:w="2268" w:type="dxa"/>
            <w:vAlign w:val="center"/>
          </w:tcPr>
          <w:p w14:paraId="132A8096" w14:textId="77777777" w:rsidR="00021EFA" w:rsidRPr="00774D49" w:rsidRDefault="00010C46">
            <w:pPr>
              <w:rPr>
                <w:rFonts w:cs="Arial"/>
                <w:lang w:val="es-PE"/>
              </w:rPr>
            </w:pPr>
            <w:r w:rsidRPr="00774D49">
              <w:rPr>
                <w:rFonts w:cs="Arial"/>
                <w:sz w:val="14"/>
                <w:lang w:val="es-PE"/>
              </w:rPr>
              <w:t>Enfoque de derechos</w:t>
            </w:r>
          </w:p>
        </w:tc>
        <w:tc>
          <w:tcPr>
            <w:tcW w:w="4535" w:type="dxa"/>
            <w:vAlign w:val="center"/>
          </w:tcPr>
          <w:p w14:paraId="6093B5E9" w14:textId="77777777" w:rsidR="00021EFA" w:rsidRPr="00774D49" w:rsidRDefault="00010C46">
            <w:pPr>
              <w:rPr>
                <w:rFonts w:cs="Arial"/>
                <w:lang w:val="es-PE"/>
              </w:rPr>
            </w:pPr>
            <w:r w:rsidRPr="00774D49">
              <w:rPr>
                <w:rFonts w:cs="Arial"/>
                <w:sz w:val="14"/>
                <w:lang w:val="es-PE"/>
              </w:rPr>
              <w:t>Se escucha la voz de los niños, se valida su emoción y se les brinda oportunidades para elegir y decidir en el juego.</w:t>
            </w:r>
          </w:p>
        </w:tc>
        <w:tc>
          <w:tcPr>
            <w:tcW w:w="3402" w:type="dxa"/>
            <w:vAlign w:val="center"/>
          </w:tcPr>
          <w:p w14:paraId="1DB6870F" w14:textId="77777777" w:rsidR="00021EFA" w:rsidRPr="00774D49" w:rsidRDefault="00010C46">
            <w:pPr>
              <w:rPr>
                <w:rFonts w:cs="Arial"/>
                <w:lang w:val="es-PE"/>
              </w:rPr>
            </w:pPr>
            <w:r w:rsidRPr="00774D49">
              <w:rPr>
                <w:rFonts w:cs="Arial"/>
                <w:sz w:val="14"/>
                <w:lang w:val="es-PE"/>
              </w:rPr>
              <w:t>Eligen sectores, expresan necesidades y son tratados con respeto durante conflictos o cuidados.</w:t>
            </w:r>
          </w:p>
        </w:tc>
      </w:tr>
    </w:tbl>
    <w:p w14:paraId="79FA96EF" w14:textId="77777777" w:rsidR="00021EFA" w:rsidRPr="00774D49" w:rsidRDefault="00021EFA">
      <w:pPr>
        <w:rPr>
          <w:rFonts w:cs="Arial"/>
          <w:lang w:val="es-PE"/>
        </w:rPr>
      </w:pPr>
    </w:p>
    <w:p w14:paraId="1D7D4B6F" w14:textId="77777777" w:rsidR="00021EFA" w:rsidRPr="00774D49" w:rsidRDefault="00010C46">
      <w:pPr>
        <w:pStyle w:val="Ttulo2"/>
        <w:rPr>
          <w:rFonts w:ascii="Arial" w:hAnsi="Arial" w:cs="Arial"/>
          <w:lang w:val="es-PE"/>
        </w:rPr>
      </w:pPr>
      <w:r w:rsidRPr="00774D49">
        <w:rPr>
          <w:rFonts w:ascii="Arial" w:hAnsi="Arial" w:cs="Arial"/>
          <w:lang w:val="es-PE"/>
        </w:rPr>
        <w:t>XI. EVALUACIÓN FORMATIVA Y REGISTRO</w:t>
      </w:r>
    </w:p>
    <w:p w14:paraId="6AC3977F" w14:textId="77777777" w:rsidR="00021EFA" w:rsidRPr="00774D49" w:rsidRDefault="00010C46">
      <w:pPr>
        <w:rPr>
          <w:rFonts w:cs="Arial"/>
          <w:lang w:val="es-PE"/>
        </w:rPr>
      </w:pPr>
      <w:r w:rsidRPr="00774D49">
        <w:rPr>
          <w:rFonts w:cs="Arial"/>
          <w:lang w:val="es-PE"/>
        </w:rPr>
        <w:t>La evaluación será permanente, cualitativa y formativa. Se recogerán evidencias durante el juego libre, actividad autónoma, rutinas de cuidado, lectura compartida, exploración artística, desplazamientos e interacciones cotidianas. La docente utilizará el cuaderno de campo para describir actuaciones reales, interpretar pedagógicamente lo observado y tomar decisiones para reorganizar espacios, materiales o acompañamientos.</w:t>
      </w:r>
    </w:p>
    <w:p w14:paraId="6C97C97D" w14:textId="77777777" w:rsidR="00021EFA" w:rsidRPr="00774D49" w:rsidRDefault="00010C46">
      <w:pPr>
        <w:ind w:left="227" w:hanging="113"/>
        <w:rPr>
          <w:rFonts w:cs="Arial"/>
          <w:lang w:val="es-PE"/>
        </w:rPr>
      </w:pPr>
      <w:r w:rsidRPr="00774D49">
        <w:rPr>
          <w:rFonts w:cs="Arial"/>
          <w:b/>
          <w:lang w:val="es-PE"/>
        </w:rPr>
        <w:t xml:space="preserve">• </w:t>
      </w:r>
      <w:r w:rsidRPr="00774D49">
        <w:rPr>
          <w:rFonts w:cs="Arial"/>
          <w:lang w:val="es-PE"/>
        </w:rPr>
        <w:t>Observar sin interrumpir innecesariamente la iniciativa del niño.</w:t>
      </w:r>
    </w:p>
    <w:p w14:paraId="16199EE6" w14:textId="77777777" w:rsidR="00021EFA" w:rsidRPr="00774D49" w:rsidRDefault="00010C46">
      <w:pPr>
        <w:ind w:left="227" w:hanging="113"/>
        <w:rPr>
          <w:rFonts w:cs="Arial"/>
          <w:lang w:val="es-PE"/>
        </w:rPr>
      </w:pPr>
      <w:r w:rsidRPr="00774D49">
        <w:rPr>
          <w:rFonts w:cs="Arial"/>
          <w:b/>
          <w:lang w:val="es-PE"/>
        </w:rPr>
        <w:t xml:space="preserve">• </w:t>
      </w:r>
      <w:r w:rsidRPr="00774D49">
        <w:rPr>
          <w:rFonts w:cs="Arial"/>
          <w:lang w:val="es-PE"/>
        </w:rPr>
        <w:t>Registrar acciones concretas, evitando juicios como “no sabe” o “no puede”.</w:t>
      </w:r>
    </w:p>
    <w:p w14:paraId="6FF192FA" w14:textId="77777777" w:rsidR="00021EFA" w:rsidRPr="00774D49" w:rsidRDefault="00010C46">
      <w:pPr>
        <w:ind w:left="227" w:hanging="113"/>
        <w:rPr>
          <w:rFonts w:cs="Arial"/>
          <w:lang w:val="es-PE"/>
        </w:rPr>
      </w:pPr>
      <w:r w:rsidRPr="00774D49">
        <w:rPr>
          <w:rFonts w:cs="Arial"/>
          <w:b/>
          <w:lang w:val="es-PE"/>
        </w:rPr>
        <w:t xml:space="preserve">• </w:t>
      </w:r>
      <w:r w:rsidRPr="00774D49">
        <w:rPr>
          <w:rFonts w:cs="Arial"/>
          <w:lang w:val="es-PE"/>
        </w:rPr>
        <w:t>Relacionar la evidencia con criterios de evaluación previamente definidos.</w:t>
      </w:r>
    </w:p>
    <w:p w14:paraId="21A06E38" w14:textId="77777777" w:rsidR="00021EFA" w:rsidRPr="00774D49" w:rsidRDefault="00010C46">
      <w:pPr>
        <w:ind w:left="227" w:hanging="113"/>
        <w:rPr>
          <w:rFonts w:cs="Arial"/>
          <w:lang w:val="es-PE"/>
        </w:rPr>
      </w:pPr>
      <w:r w:rsidRPr="00774D49">
        <w:rPr>
          <w:rFonts w:cs="Arial"/>
          <w:b/>
          <w:lang w:val="es-PE"/>
        </w:rPr>
        <w:t xml:space="preserve">• </w:t>
      </w:r>
      <w:r w:rsidRPr="00774D49">
        <w:rPr>
          <w:rFonts w:cs="Arial"/>
          <w:lang w:val="es-PE"/>
        </w:rPr>
        <w:t>Identificar avances, necesidades y apoyos requeridos.</w:t>
      </w:r>
    </w:p>
    <w:p w14:paraId="22B11550" w14:textId="77777777" w:rsidR="00021EFA" w:rsidRPr="00774D49" w:rsidRDefault="00010C46">
      <w:pPr>
        <w:ind w:left="227" w:hanging="113"/>
        <w:rPr>
          <w:rFonts w:cs="Arial"/>
          <w:lang w:val="es-PE"/>
        </w:rPr>
      </w:pPr>
      <w:r w:rsidRPr="00774D49">
        <w:rPr>
          <w:rFonts w:cs="Arial"/>
          <w:b/>
          <w:lang w:val="es-PE"/>
        </w:rPr>
        <w:t xml:space="preserve">• </w:t>
      </w:r>
      <w:r w:rsidRPr="00774D49">
        <w:rPr>
          <w:rFonts w:cs="Arial"/>
          <w:lang w:val="es-PE"/>
        </w:rPr>
        <w:t>Usar la información para modificar el contexto, variar materiales, formar pequeños grupos o brindar acompañamiento individual.</w:t>
      </w:r>
    </w:p>
    <w:tbl>
      <w:tblPr>
        <w:tblStyle w:val="Tablaconcuadrcula"/>
        <w:tblW w:w="0" w:type="auto"/>
        <w:jc w:val="center"/>
        <w:tblLook w:val="04A0" w:firstRow="1" w:lastRow="0" w:firstColumn="1" w:lastColumn="0" w:noHBand="0" w:noVBand="1"/>
      </w:tblPr>
      <w:tblGrid>
        <w:gridCol w:w="2268"/>
        <w:gridCol w:w="3402"/>
        <w:gridCol w:w="4535"/>
      </w:tblGrid>
      <w:tr w:rsidR="00021EFA" w:rsidRPr="00774D49" w14:paraId="198715EB" w14:textId="77777777">
        <w:trPr>
          <w:jc w:val="center"/>
        </w:trPr>
        <w:tc>
          <w:tcPr>
            <w:tcW w:w="2268" w:type="dxa"/>
            <w:shd w:val="clear" w:color="auto" w:fill="EADCF8"/>
            <w:vAlign w:val="center"/>
          </w:tcPr>
          <w:p w14:paraId="7E8B7606" w14:textId="77777777" w:rsidR="00021EFA" w:rsidRPr="00774D49" w:rsidRDefault="00010C46">
            <w:pPr>
              <w:jc w:val="center"/>
              <w:rPr>
                <w:rFonts w:cs="Arial"/>
                <w:lang w:val="es-PE"/>
              </w:rPr>
            </w:pPr>
            <w:r w:rsidRPr="00774D49">
              <w:rPr>
                <w:rFonts w:cs="Arial"/>
                <w:b/>
                <w:sz w:val="14"/>
                <w:lang w:val="es-PE"/>
              </w:rPr>
              <w:t>Instrumento / técnica</w:t>
            </w:r>
          </w:p>
        </w:tc>
        <w:tc>
          <w:tcPr>
            <w:tcW w:w="3402" w:type="dxa"/>
            <w:shd w:val="clear" w:color="auto" w:fill="EADCF8"/>
            <w:vAlign w:val="center"/>
          </w:tcPr>
          <w:p w14:paraId="473BCDD3" w14:textId="77777777" w:rsidR="00021EFA" w:rsidRPr="00774D49" w:rsidRDefault="00010C46">
            <w:pPr>
              <w:jc w:val="center"/>
              <w:rPr>
                <w:rFonts w:cs="Arial"/>
                <w:lang w:val="es-PE"/>
              </w:rPr>
            </w:pPr>
            <w:proofErr w:type="gramStart"/>
            <w:r w:rsidRPr="00774D49">
              <w:rPr>
                <w:rFonts w:cs="Arial"/>
                <w:b/>
                <w:sz w:val="14"/>
                <w:lang w:val="es-PE"/>
              </w:rPr>
              <w:t>Cuándo</w:t>
            </w:r>
            <w:proofErr w:type="gramEnd"/>
            <w:r w:rsidRPr="00774D49">
              <w:rPr>
                <w:rFonts w:cs="Arial"/>
                <w:b/>
                <w:sz w:val="14"/>
                <w:lang w:val="es-PE"/>
              </w:rPr>
              <w:t xml:space="preserve"> se utilizará</w:t>
            </w:r>
          </w:p>
        </w:tc>
        <w:tc>
          <w:tcPr>
            <w:tcW w:w="4535" w:type="dxa"/>
            <w:shd w:val="clear" w:color="auto" w:fill="EADCF8"/>
            <w:vAlign w:val="center"/>
          </w:tcPr>
          <w:p w14:paraId="5C53E50D" w14:textId="77777777" w:rsidR="00021EFA" w:rsidRPr="00774D49" w:rsidRDefault="00010C46">
            <w:pPr>
              <w:jc w:val="center"/>
              <w:rPr>
                <w:rFonts w:cs="Arial"/>
                <w:lang w:val="es-PE"/>
              </w:rPr>
            </w:pPr>
            <w:r w:rsidRPr="00774D49">
              <w:rPr>
                <w:rFonts w:cs="Arial"/>
                <w:b/>
                <w:sz w:val="14"/>
                <w:lang w:val="es-PE"/>
              </w:rPr>
              <w:t>Qué evidencia recogerá</w:t>
            </w:r>
          </w:p>
        </w:tc>
      </w:tr>
      <w:tr w:rsidR="00021EFA" w:rsidRPr="00774D49" w14:paraId="2BC56BED" w14:textId="77777777">
        <w:trPr>
          <w:jc w:val="center"/>
        </w:trPr>
        <w:tc>
          <w:tcPr>
            <w:tcW w:w="2268" w:type="dxa"/>
            <w:vAlign w:val="center"/>
          </w:tcPr>
          <w:p w14:paraId="6E6084F3" w14:textId="77777777" w:rsidR="00021EFA" w:rsidRPr="00774D49" w:rsidRDefault="00010C46">
            <w:pPr>
              <w:rPr>
                <w:rFonts w:cs="Arial"/>
                <w:lang w:val="es-PE"/>
              </w:rPr>
            </w:pPr>
            <w:r w:rsidRPr="00774D49">
              <w:rPr>
                <w:rFonts w:cs="Arial"/>
                <w:sz w:val="14"/>
                <w:lang w:val="es-PE"/>
              </w:rPr>
              <w:t>Observación directa</w:t>
            </w:r>
          </w:p>
        </w:tc>
        <w:tc>
          <w:tcPr>
            <w:tcW w:w="3402" w:type="dxa"/>
            <w:vAlign w:val="center"/>
          </w:tcPr>
          <w:p w14:paraId="07D96168" w14:textId="77777777" w:rsidR="00021EFA" w:rsidRPr="00774D49" w:rsidRDefault="00010C46">
            <w:pPr>
              <w:rPr>
                <w:rFonts w:cs="Arial"/>
                <w:lang w:val="es-PE"/>
              </w:rPr>
            </w:pPr>
            <w:r w:rsidRPr="00774D49">
              <w:rPr>
                <w:rFonts w:cs="Arial"/>
                <w:sz w:val="14"/>
                <w:lang w:val="es-PE"/>
              </w:rPr>
              <w:t>Durante el juego, exploración, rutinas y convivencia.</w:t>
            </w:r>
          </w:p>
        </w:tc>
        <w:tc>
          <w:tcPr>
            <w:tcW w:w="4535" w:type="dxa"/>
            <w:vAlign w:val="center"/>
          </w:tcPr>
          <w:p w14:paraId="397A8176" w14:textId="77777777" w:rsidR="00021EFA" w:rsidRPr="00774D49" w:rsidRDefault="00010C46">
            <w:pPr>
              <w:rPr>
                <w:rFonts w:cs="Arial"/>
                <w:lang w:val="es-PE"/>
              </w:rPr>
            </w:pPr>
            <w:r w:rsidRPr="00774D49">
              <w:rPr>
                <w:rFonts w:cs="Arial"/>
                <w:sz w:val="14"/>
                <w:lang w:val="es-PE"/>
              </w:rPr>
              <w:t>Acciones, gestos, palabras, interacciones, desplazamientos, elecciones de materiales.</w:t>
            </w:r>
          </w:p>
        </w:tc>
      </w:tr>
      <w:tr w:rsidR="00021EFA" w:rsidRPr="00774D49" w14:paraId="77ADFE17" w14:textId="77777777">
        <w:trPr>
          <w:jc w:val="center"/>
        </w:trPr>
        <w:tc>
          <w:tcPr>
            <w:tcW w:w="2268" w:type="dxa"/>
            <w:vAlign w:val="center"/>
          </w:tcPr>
          <w:p w14:paraId="4FCA37B1" w14:textId="77777777" w:rsidR="00021EFA" w:rsidRPr="00774D49" w:rsidRDefault="00010C46">
            <w:pPr>
              <w:rPr>
                <w:rFonts w:cs="Arial"/>
                <w:lang w:val="es-PE"/>
              </w:rPr>
            </w:pPr>
            <w:r w:rsidRPr="00774D49">
              <w:rPr>
                <w:rFonts w:cs="Arial"/>
                <w:sz w:val="14"/>
                <w:lang w:val="es-PE"/>
              </w:rPr>
              <w:t>Cuaderno de campo</w:t>
            </w:r>
          </w:p>
        </w:tc>
        <w:tc>
          <w:tcPr>
            <w:tcW w:w="3402" w:type="dxa"/>
            <w:vAlign w:val="center"/>
          </w:tcPr>
          <w:p w14:paraId="1BC75DEA" w14:textId="77777777" w:rsidR="00021EFA" w:rsidRPr="00774D49" w:rsidRDefault="00010C46">
            <w:pPr>
              <w:rPr>
                <w:rFonts w:cs="Arial"/>
                <w:lang w:val="es-PE"/>
              </w:rPr>
            </w:pPr>
            <w:r w:rsidRPr="00774D49">
              <w:rPr>
                <w:rFonts w:cs="Arial"/>
                <w:sz w:val="14"/>
                <w:lang w:val="es-PE"/>
              </w:rPr>
              <w:t>Al finalizar o durante momentos significativos de la jornada.</w:t>
            </w:r>
          </w:p>
        </w:tc>
        <w:tc>
          <w:tcPr>
            <w:tcW w:w="4535" w:type="dxa"/>
            <w:vAlign w:val="center"/>
          </w:tcPr>
          <w:p w14:paraId="4A6AA0F7" w14:textId="77777777" w:rsidR="00021EFA" w:rsidRPr="00774D49" w:rsidRDefault="00010C46">
            <w:pPr>
              <w:rPr>
                <w:rFonts w:cs="Arial"/>
                <w:lang w:val="es-PE"/>
              </w:rPr>
            </w:pPr>
            <w:r w:rsidRPr="00774D49">
              <w:rPr>
                <w:rFonts w:cs="Arial"/>
                <w:sz w:val="14"/>
                <w:lang w:val="es-PE"/>
              </w:rPr>
              <w:t>Descripción de actuaciones reales e interpretación pedagógica.</w:t>
            </w:r>
          </w:p>
        </w:tc>
      </w:tr>
      <w:tr w:rsidR="00021EFA" w:rsidRPr="00774D49" w14:paraId="1E525E5F" w14:textId="77777777">
        <w:trPr>
          <w:jc w:val="center"/>
        </w:trPr>
        <w:tc>
          <w:tcPr>
            <w:tcW w:w="2268" w:type="dxa"/>
            <w:vAlign w:val="center"/>
          </w:tcPr>
          <w:p w14:paraId="68F9BACE" w14:textId="77777777" w:rsidR="00021EFA" w:rsidRPr="00774D49" w:rsidRDefault="00010C46">
            <w:pPr>
              <w:rPr>
                <w:rFonts w:cs="Arial"/>
                <w:lang w:val="es-PE"/>
              </w:rPr>
            </w:pPr>
            <w:r w:rsidRPr="00774D49">
              <w:rPr>
                <w:rFonts w:cs="Arial"/>
                <w:sz w:val="14"/>
                <w:lang w:val="es-PE"/>
              </w:rPr>
              <w:t>Registro anecdótico</w:t>
            </w:r>
          </w:p>
        </w:tc>
        <w:tc>
          <w:tcPr>
            <w:tcW w:w="3402" w:type="dxa"/>
            <w:vAlign w:val="center"/>
          </w:tcPr>
          <w:p w14:paraId="4F8053D1" w14:textId="77777777" w:rsidR="00021EFA" w:rsidRPr="00774D49" w:rsidRDefault="00010C46">
            <w:pPr>
              <w:rPr>
                <w:rFonts w:cs="Arial"/>
                <w:lang w:val="es-PE"/>
              </w:rPr>
            </w:pPr>
            <w:r w:rsidRPr="00774D49">
              <w:rPr>
                <w:rFonts w:cs="Arial"/>
                <w:sz w:val="14"/>
                <w:lang w:val="es-PE"/>
              </w:rPr>
              <w:t>Cuando aparece una situación relevante de comunicación, autonomía, conflicto, descubrimiento o emoción.</w:t>
            </w:r>
          </w:p>
        </w:tc>
        <w:tc>
          <w:tcPr>
            <w:tcW w:w="4535" w:type="dxa"/>
            <w:vAlign w:val="center"/>
          </w:tcPr>
          <w:p w14:paraId="091C50BF" w14:textId="77777777" w:rsidR="00021EFA" w:rsidRPr="00774D49" w:rsidRDefault="00010C46">
            <w:pPr>
              <w:rPr>
                <w:rFonts w:cs="Arial"/>
                <w:lang w:val="es-PE"/>
              </w:rPr>
            </w:pPr>
            <w:r w:rsidRPr="00774D49">
              <w:rPr>
                <w:rFonts w:cs="Arial"/>
                <w:sz w:val="14"/>
                <w:lang w:val="es-PE"/>
              </w:rPr>
              <w:t>Hecho significativo, contexto, intervención docente y decisión posterior.</w:t>
            </w:r>
          </w:p>
        </w:tc>
      </w:tr>
      <w:tr w:rsidR="00021EFA" w:rsidRPr="00774D49" w14:paraId="7BCB75FB" w14:textId="77777777">
        <w:trPr>
          <w:jc w:val="center"/>
        </w:trPr>
        <w:tc>
          <w:tcPr>
            <w:tcW w:w="2268" w:type="dxa"/>
            <w:vAlign w:val="center"/>
          </w:tcPr>
          <w:p w14:paraId="58FB11B7" w14:textId="77777777" w:rsidR="00021EFA" w:rsidRPr="00774D49" w:rsidRDefault="00010C46">
            <w:pPr>
              <w:rPr>
                <w:rFonts w:cs="Arial"/>
                <w:lang w:val="es-PE"/>
              </w:rPr>
            </w:pPr>
            <w:r w:rsidRPr="00774D49">
              <w:rPr>
                <w:rFonts w:cs="Arial"/>
                <w:sz w:val="14"/>
                <w:lang w:val="es-PE"/>
              </w:rPr>
              <w:t>Fotografía pedagógica</w:t>
            </w:r>
          </w:p>
        </w:tc>
        <w:tc>
          <w:tcPr>
            <w:tcW w:w="3402" w:type="dxa"/>
            <w:vAlign w:val="center"/>
          </w:tcPr>
          <w:p w14:paraId="32E383F4" w14:textId="77777777" w:rsidR="00021EFA" w:rsidRPr="00774D49" w:rsidRDefault="00010C46">
            <w:pPr>
              <w:rPr>
                <w:rFonts w:cs="Arial"/>
                <w:lang w:val="es-PE"/>
              </w:rPr>
            </w:pPr>
            <w:r w:rsidRPr="00774D49">
              <w:rPr>
                <w:rFonts w:cs="Arial"/>
                <w:sz w:val="14"/>
                <w:lang w:val="es-PE"/>
              </w:rPr>
              <w:t>Solo cuando aporte evidencia del proceso y respetando acuerdos institucionales con familias.</w:t>
            </w:r>
          </w:p>
        </w:tc>
        <w:tc>
          <w:tcPr>
            <w:tcW w:w="4535" w:type="dxa"/>
            <w:vAlign w:val="center"/>
          </w:tcPr>
          <w:p w14:paraId="5D4A05C0" w14:textId="77777777" w:rsidR="00021EFA" w:rsidRPr="00774D49" w:rsidRDefault="00010C46">
            <w:pPr>
              <w:rPr>
                <w:rFonts w:cs="Arial"/>
                <w:lang w:val="es-PE"/>
              </w:rPr>
            </w:pPr>
            <w:r w:rsidRPr="00774D49">
              <w:rPr>
                <w:rFonts w:cs="Arial"/>
                <w:sz w:val="14"/>
                <w:lang w:val="es-PE"/>
              </w:rPr>
              <w:t>Secuencia de exploración, construcción, agrupación, movimiento o producción artística.</w:t>
            </w:r>
          </w:p>
        </w:tc>
      </w:tr>
      <w:tr w:rsidR="00021EFA" w:rsidRPr="00774D49" w14:paraId="4BE16153" w14:textId="77777777">
        <w:trPr>
          <w:jc w:val="center"/>
        </w:trPr>
        <w:tc>
          <w:tcPr>
            <w:tcW w:w="2268" w:type="dxa"/>
            <w:vAlign w:val="center"/>
          </w:tcPr>
          <w:p w14:paraId="477A1937" w14:textId="77777777" w:rsidR="00021EFA" w:rsidRPr="00774D49" w:rsidRDefault="00010C46">
            <w:pPr>
              <w:rPr>
                <w:rFonts w:cs="Arial"/>
                <w:lang w:val="es-PE"/>
              </w:rPr>
            </w:pPr>
            <w:r w:rsidRPr="00774D49">
              <w:rPr>
                <w:rFonts w:cs="Arial"/>
                <w:sz w:val="14"/>
                <w:lang w:val="es-PE"/>
              </w:rPr>
              <w:t>Producciones espontáneas</w:t>
            </w:r>
          </w:p>
        </w:tc>
        <w:tc>
          <w:tcPr>
            <w:tcW w:w="3402" w:type="dxa"/>
            <w:vAlign w:val="center"/>
          </w:tcPr>
          <w:p w14:paraId="322636B6" w14:textId="77777777" w:rsidR="00021EFA" w:rsidRPr="00774D49" w:rsidRDefault="00010C46">
            <w:pPr>
              <w:rPr>
                <w:rFonts w:cs="Arial"/>
                <w:lang w:val="es-PE"/>
              </w:rPr>
            </w:pPr>
            <w:r w:rsidRPr="00774D49">
              <w:rPr>
                <w:rFonts w:cs="Arial"/>
                <w:sz w:val="14"/>
                <w:lang w:val="es-PE"/>
              </w:rPr>
              <w:t>Durante arte, construcción, clasificación o lectura de imágenes.</w:t>
            </w:r>
          </w:p>
        </w:tc>
        <w:tc>
          <w:tcPr>
            <w:tcW w:w="4535" w:type="dxa"/>
            <w:vAlign w:val="center"/>
          </w:tcPr>
          <w:p w14:paraId="7F0DB4E3" w14:textId="77777777" w:rsidR="00021EFA" w:rsidRPr="00774D49" w:rsidRDefault="00010C46">
            <w:pPr>
              <w:rPr>
                <w:rFonts w:cs="Arial"/>
                <w:lang w:val="es-PE"/>
              </w:rPr>
            </w:pPr>
            <w:r w:rsidRPr="00774D49">
              <w:rPr>
                <w:rFonts w:cs="Arial"/>
                <w:sz w:val="14"/>
                <w:lang w:val="es-PE"/>
              </w:rPr>
              <w:t>Huellas, dibujos, composiciones, agrupaciones, refugios o arreglos de materiales.</w:t>
            </w:r>
          </w:p>
        </w:tc>
      </w:tr>
    </w:tbl>
    <w:p w14:paraId="1EB15ABF" w14:textId="777F1184" w:rsidR="00021EFA" w:rsidRPr="00774D49" w:rsidRDefault="00010C46">
      <w:pPr>
        <w:pStyle w:val="Ttulo2"/>
        <w:rPr>
          <w:rFonts w:ascii="Arial" w:hAnsi="Arial" w:cs="Arial"/>
          <w:lang w:val="es-PE"/>
        </w:rPr>
      </w:pPr>
      <w:r w:rsidRPr="00774D49">
        <w:rPr>
          <w:rFonts w:ascii="Arial" w:hAnsi="Arial" w:cs="Arial"/>
          <w:lang w:val="es-PE"/>
        </w:rPr>
        <w:t>XI</w:t>
      </w:r>
      <w:r w:rsidR="00EC0CED" w:rsidRPr="00774D49">
        <w:rPr>
          <w:rFonts w:ascii="Arial" w:hAnsi="Arial" w:cs="Arial"/>
          <w:lang w:val="es-PE"/>
        </w:rPr>
        <w:t>I</w:t>
      </w:r>
      <w:r w:rsidRPr="00774D49">
        <w:rPr>
          <w:rFonts w:ascii="Arial" w:hAnsi="Arial" w:cs="Arial"/>
          <w:lang w:val="es-PE"/>
        </w:rPr>
        <w:t>. COMUNICACIÓN CON LAS FAMILIAS</w:t>
      </w:r>
    </w:p>
    <w:p w14:paraId="14F31E0B" w14:textId="77777777" w:rsidR="00021EFA" w:rsidRPr="00774D49" w:rsidRDefault="00010C46">
      <w:pPr>
        <w:rPr>
          <w:rFonts w:cs="Arial"/>
          <w:lang w:val="es-PE"/>
        </w:rPr>
      </w:pPr>
      <w:r w:rsidRPr="00774D49">
        <w:rPr>
          <w:rFonts w:cs="Arial"/>
          <w:lang w:val="es-PE"/>
        </w:rPr>
        <w:t>Se informará a las familias que durante junio se desarrollará un contexto de exploración de la naturaleza. Se solicitará, de ser posible, enviar algunos materiales seguros como hojas grandes, semillas grandes, telas limpias, cajas o botellas transparentes, evitando objetos pequeños, sucios, punzantes o peligrosos.</w:t>
      </w:r>
    </w:p>
    <w:tbl>
      <w:tblPr>
        <w:tblStyle w:val="Tablaconcuadrcula"/>
        <w:tblW w:w="0" w:type="auto"/>
        <w:jc w:val="center"/>
        <w:tblLook w:val="04A0" w:firstRow="1" w:lastRow="0" w:firstColumn="1" w:lastColumn="0" w:noHBand="0" w:noVBand="1"/>
      </w:tblPr>
      <w:tblGrid>
        <w:gridCol w:w="2835"/>
        <w:gridCol w:w="7370"/>
      </w:tblGrid>
      <w:tr w:rsidR="00021EFA" w:rsidRPr="00774D49" w14:paraId="4D09400C" w14:textId="77777777">
        <w:trPr>
          <w:jc w:val="center"/>
        </w:trPr>
        <w:tc>
          <w:tcPr>
            <w:tcW w:w="2835" w:type="dxa"/>
            <w:shd w:val="clear" w:color="auto" w:fill="D9EAF7"/>
            <w:vAlign w:val="center"/>
          </w:tcPr>
          <w:p w14:paraId="4DD43881" w14:textId="77777777" w:rsidR="00021EFA" w:rsidRPr="00774D49" w:rsidRDefault="00010C46">
            <w:pPr>
              <w:jc w:val="center"/>
              <w:rPr>
                <w:rFonts w:cs="Arial"/>
                <w:lang w:val="es-PE"/>
              </w:rPr>
            </w:pPr>
            <w:r w:rsidRPr="00774D49">
              <w:rPr>
                <w:rFonts w:cs="Arial"/>
                <w:b/>
                <w:sz w:val="15"/>
                <w:lang w:val="es-PE"/>
              </w:rPr>
              <w:t>Aspecto</w:t>
            </w:r>
          </w:p>
        </w:tc>
        <w:tc>
          <w:tcPr>
            <w:tcW w:w="7370" w:type="dxa"/>
            <w:shd w:val="clear" w:color="auto" w:fill="D9EAF7"/>
            <w:vAlign w:val="center"/>
          </w:tcPr>
          <w:p w14:paraId="618882A8" w14:textId="77777777" w:rsidR="00021EFA" w:rsidRPr="00774D49" w:rsidRDefault="00010C46">
            <w:pPr>
              <w:jc w:val="center"/>
              <w:rPr>
                <w:rFonts w:cs="Arial"/>
                <w:lang w:val="es-PE"/>
              </w:rPr>
            </w:pPr>
            <w:r w:rsidRPr="00774D49">
              <w:rPr>
                <w:rFonts w:cs="Arial"/>
                <w:b/>
                <w:sz w:val="15"/>
                <w:lang w:val="es-PE"/>
              </w:rPr>
              <w:t>Detalle</w:t>
            </w:r>
          </w:p>
        </w:tc>
      </w:tr>
      <w:tr w:rsidR="00021EFA" w:rsidRPr="00774D49" w14:paraId="598F45E0" w14:textId="77777777">
        <w:trPr>
          <w:jc w:val="center"/>
        </w:trPr>
        <w:tc>
          <w:tcPr>
            <w:tcW w:w="2835" w:type="dxa"/>
            <w:vAlign w:val="center"/>
          </w:tcPr>
          <w:p w14:paraId="76EADE1A" w14:textId="77777777" w:rsidR="00021EFA" w:rsidRPr="00774D49" w:rsidRDefault="00010C46">
            <w:pPr>
              <w:rPr>
                <w:rFonts w:cs="Arial"/>
                <w:lang w:val="es-PE"/>
              </w:rPr>
            </w:pPr>
            <w:r w:rsidRPr="00774D49">
              <w:rPr>
                <w:rFonts w:cs="Arial"/>
                <w:sz w:val="15"/>
                <w:lang w:val="es-PE"/>
              </w:rPr>
              <w:t>Propósito del mensaje</w:t>
            </w:r>
          </w:p>
        </w:tc>
        <w:tc>
          <w:tcPr>
            <w:tcW w:w="7370" w:type="dxa"/>
            <w:vAlign w:val="center"/>
          </w:tcPr>
          <w:p w14:paraId="2B57922B" w14:textId="77777777" w:rsidR="00021EFA" w:rsidRPr="00774D49" w:rsidRDefault="00010C46">
            <w:pPr>
              <w:rPr>
                <w:rFonts w:cs="Arial"/>
                <w:lang w:val="es-PE"/>
              </w:rPr>
            </w:pPr>
            <w:r w:rsidRPr="00774D49">
              <w:rPr>
                <w:rFonts w:cs="Arial"/>
                <w:sz w:val="15"/>
                <w:lang w:val="es-PE"/>
              </w:rPr>
              <w:t>Que las familias comprendan que los niños aprenderán explorando, jugando y cuidando elementos naturales.</w:t>
            </w:r>
          </w:p>
        </w:tc>
      </w:tr>
      <w:tr w:rsidR="00021EFA" w:rsidRPr="00774D49" w14:paraId="5AFEECBA" w14:textId="77777777">
        <w:trPr>
          <w:jc w:val="center"/>
        </w:trPr>
        <w:tc>
          <w:tcPr>
            <w:tcW w:w="2835" w:type="dxa"/>
            <w:vAlign w:val="center"/>
          </w:tcPr>
          <w:p w14:paraId="68787C70" w14:textId="77777777" w:rsidR="00021EFA" w:rsidRPr="00774D49" w:rsidRDefault="00010C46">
            <w:pPr>
              <w:rPr>
                <w:rFonts w:cs="Arial"/>
                <w:lang w:val="es-PE"/>
              </w:rPr>
            </w:pPr>
            <w:r w:rsidRPr="00774D49">
              <w:rPr>
                <w:rFonts w:cs="Arial"/>
                <w:sz w:val="15"/>
                <w:lang w:val="es-PE"/>
              </w:rPr>
              <w:lastRenderedPageBreak/>
              <w:t>Materiales que pueden apoyar</w:t>
            </w:r>
          </w:p>
        </w:tc>
        <w:tc>
          <w:tcPr>
            <w:tcW w:w="7370" w:type="dxa"/>
            <w:vAlign w:val="center"/>
          </w:tcPr>
          <w:p w14:paraId="714ABB43" w14:textId="77777777" w:rsidR="00021EFA" w:rsidRPr="00774D49" w:rsidRDefault="00010C46">
            <w:pPr>
              <w:rPr>
                <w:rFonts w:cs="Arial"/>
                <w:lang w:val="es-PE"/>
              </w:rPr>
            </w:pPr>
            <w:r w:rsidRPr="00774D49">
              <w:rPr>
                <w:rFonts w:cs="Arial"/>
                <w:sz w:val="15"/>
                <w:lang w:val="es-PE"/>
              </w:rPr>
              <w:t>Hojas grandes, cajas, telas limpias, botellas transparentes, recipientes plásticos, semillas grandes supervisadas.</w:t>
            </w:r>
          </w:p>
        </w:tc>
      </w:tr>
      <w:tr w:rsidR="00021EFA" w:rsidRPr="00774D49" w14:paraId="4DB420A5" w14:textId="77777777">
        <w:trPr>
          <w:jc w:val="center"/>
        </w:trPr>
        <w:tc>
          <w:tcPr>
            <w:tcW w:w="2835" w:type="dxa"/>
            <w:vAlign w:val="center"/>
          </w:tcPr>
          <w:p w14:paraId="00CC9149" w14:textId="77777777" w:rsidR="00021EFA" w:rsidRPr="00774D49" w:rsidRDefault="00010C46">
            <w:pPr>
              <w:rPr>
                <w:rFonts w:cs="Arial"/>
                <w:lang w:val="es-PE"/>
              </w:rPr>
            </w:pPr>
            <w:r w:rsidRPr="00774D49">
              <w:rPr>
                <w:rFonts w:cs="Arial"/>
                <w:sz w:val="15"/>
                <w:lang w:val="es-PE"/>
              </w:rPr>
              <w:t>Recomendación</w:t>
            </w:r>
          </w:p>
        </w:tc>
        <w:tc>
          <w:tcPr>
            <w:tcW w:w="7370" w:type="dxa"/>
            <w:vAlign w:val="center"/>
          </w:tcPr>
          <w:p w14:paraId="42EE5EB5" w14:textId="77777777" w:rsidR="00021EFA" w:rsidRPr="00774D49" w:rsidRDefault="00010C46">
            <w:pPr>
              <w:rPr>
                <w:rFonts w:cs="Arial"/>
                <w:lang w:val="es-PE"/>
              </w:rPr>
            </w:pPr>
            <w:r w:rsidRPr="00774D49">
              <w:rPr>
                <w:rFonts w:cs="Arial"/>
                <w:sz w:val="15"/>
                <w:lang w:val="es-PE"/>
              </w:rPr>
              <w:t>Enviar ropa cómoda y una muda si se trabajará con agua, tierra o pintura.</w:t>
            </w:r>
          </w:p>
        </w:tc>
      </w:tr>
      <w:tr w:rsidR="00021EFA" w:rsidRPr="00774D49" w14:paraId="53EA45AE" w14:textId="77777777">
        <w:trPr>
          <w:jc w:val="center"/>
        </w:trPr>
        <w:tc>
          <w:tcPr>
            <w:tcW w:w="2835" w:type="dxa"/>
            <w:vAlign w:val="center"/>
          </w:tcPr>
          <w:p w14:paraId="1255258C" w14:textId="77777777" w:rsidR="00021EFA" w:rsidRPr="00774D49" w:rsidRDefault="00010C46">
            <w:pPr>
              <w:rPr>
                <w:rFonts w:cs="Arial"/>
                <w:lang w:val="es-PE"/>
              </w:rPr>
            </w:pPr>
            <w:r w:rsidRPr="00774D49">
              <w:rPr>
                <w:rFonts w:cs="Arial"/>
                <w:sz w:val="15"/>
                <w:lang w:val="es-PE"/>
              </w:rPr>
              <w:t>Mensaje central</w:t>
            </w:r>
          </w:p>
        </w:tc>
        <w:tc>
          <w:tcPr>
            <w:tcW w:w="7370" w:type="dxa"/>
            <w:vAlign w:val="center"/>
          </w:tcPr>
          <w:p w14:paraId="678E29E6" w14:textId="77777777" w:rsidR="00021EFA" w:rsidRPr="00774D49" w:rsidRDefault="00010C46">
            <w:pPr>
              <w:rPr>
                <w:rFonts w:cs="Arial"/>
                <w:lang w:val="es-PE"/>
              </w:rPr>
            </w:pPr>
            <w:r w:rsidRPr="00774D49">
              <w:rPr>
                <w:rFonts w:cs="Arial"/>
                <w:sz w:val="15"/>
                <w:lang w:val="es-PE"/>
              </w:rPr>
              <w:t>No se busca un producto perfecto; se valora el proceso de exploración, autonomía, comunicación y convivencia.</w:t>
            </w:r>
          </w:p>
        </w:tc>
      </w:tr>
    </w:tbl>
    <w:p w14:paraId="5D7FF7FB" w14:textId="77777777" w:rsidR="00021EFA" w:rsidRPr="00774D49" w:rsidRDefault="00021EFA">
      <w:pPr>
        <w:rPr>
          <w:rFonts w:cs="Arial"/>
          <w:lang w:val="es-PE"/>
        </w:rPr>
      </w:pPr>
    </w:p>
    <w:p w14:paraId="115934E0" w14:textId="77777777" w:rsidR="00021EFA" w:rsidRPr="00774D49" w:rsidRDefault="00010C46">
      <w:pPr>
        <w:rPr>
          <w:rFonts w:cs="Arial"/>
          <w:lang w:val="es-PE"/>
        </w:rPr>
      </w:pPr>
      <w:r w:rsidRPr="00774D49">
        <w:rPr>
          <w:rFonts w:cs="Arial"/>
          <w:lang w:val="es-PE"/>
        </w:rPr>
        <w:br/>
      </w:r>
      <w:r w:rsidRPr="00774D49">
        <w:rPr>
          <w:rFonts w:cs="Arial"/>
          <w:lang w:val="es-PE"/>
        </w:rPr>
        <w:br/>
      </w:r>
    </w:p>
    <w:tbl>
      <w:tblPr>
        <w:tblStyle w:val="Tablaconcuadrcula"/>
        <w:tblW w:w="0" w:type="auto"/>
        <w:jc w:val="center"/>
        <w:tblLook w:val="04A0" w:firstRow="1" w:lastRow="0" w:firstColumn="1" w:lastColumn="0" w:noHBand="0" w:noVBand="1"/>
      </w:tblPr>
      <w:tblGrid>
        <w:gridCol w:w="5102"/>
        <w:gridCol w:w="5102"/>
      </w:tblGrid>
      <w:tr w:rsidR="00021EFA" w:rsidRPr="00774D49" w14:paraId="5C45CD6C" w14:textId="77777777">
        <w:trPr>
          <w:jc w:val="center"/>
        </w:trPr>
        <w:tc>
          <w:tcPr>
            <w:tcW w:w="5102" w:type="dxa"/>
            <w:shd w:val="clear" w:color="auto" w:fill="FFFFFF"/>
            <w:vAlign w:val="center"/>
          </w:tcPr>
          <w:p w14:paraId="264E1CF0" w14:textId="77777777" w:rsidR="00021EFA" w:rsidRPr="00774D49" w:rsidRDefault="00010C46">
            <w:pPr>
              <w:jc w:val="center"/>
              <w:rPr>
                <w:rFonts w:cs="Arial"/>
                <w:lang w:val="es-PE"/>
              </w:rPr>
            </w:pPr>
            <w:r w:rsidRPr="00774D49">
              <w:rPr>
                <w:rFonts w:cs="Arial"/>
                <w:b/>
                <w:sz w:val="17"/>
                <w:lang w:val="es-PE"/>
              </w:rPr>
              <w:t>Docente de aula</w:t>
            </w:r>
          </w:p>
        </w:tc>
        <w:tc>
          <w:tcPr>
            <w:tcW w:w="5102" w:type="dxa"/>
            <w:shd w:val="clear" w:color="auto" w:fill="FFFFFF"/>
            <w:vAlign w:val="center"/>
          </w:tcPr>
          <w:p w14:paraId="1DB8F96F" w14:textId="77777777" w:rsidR="00021EFA" w:rsidRPr="00774D49" w:rsidRDefault="00010C46">
            <w:pPr>
              <w:jc w:val="center"/>
              <w:rPr>
                <w:rFonts w:cs="Arial"/>
                <w:lang w:val="es-PE"/>
              </w:rPr>
            </w:pPr>
            <w:r w:rsidRPr="00774D49">
              <w:rPr>
                <w:rFonts w:cs="Arial"/>
                <w:b/>
                <w:sz w:val="17"/>
                <w:lang w:val="es-PE"/>
              </w:rPr>
              <w:t>Director/a</w:t>
            </w:r>
          </w:p>
        </w:tc>
      </w:tr>
      <w:tr w:rsidR="00021EFA" w:rsidRPr="00774D49" w14:paraId="606050B3" w14:textId="77777777">
        <w:trPr>
          <w:jc w:val="center"/>
        </w:trPr>
        <w:tc>
          <w:tcPr>
            <w:tcW w:w="5102" w:type="dxa"/>
            <w:vAlign w:val="center"/>
          </w:tcPr>
          <w:p w14:paraId="7CE6879D" w14:textId="77777777" w:rsidR="00021EFA" w:rsidRPr="00774D49" w:rsidRDefault="00010C46">
            <w:pPr>
              <w:rPr>
                <w:rFonts w:cs="Arial"/>
                <w:lang w:val="es-PE"/>
              </w:rPr>
            </w:pPr>
            <w:r w:rsidRPr="00774D49">
              <w:rPr>
                <w:rFonts w:cs="Arial"/>
                <w:sz w:val="17"/>
                <w:lang w:val="es-PE"/>
              </w:rPr>
              <w:br/>
            </w:r>
            <w:r w:rsidRPr="00774D49">
              <w:rPr>
                <w:rFonts w:cs="Arial"/>
                <w:sz w:val="17"/>
                <w:lang w:val="es-PE"/>
              </w:rPr>
              <w:br/>
              <w:t>__________________________________</w:t>
            </w:r>
          </w:p>
        </w:tc>
        <w:tc>
          <w:tcPr>
            <w:tcW w:w="5102" w:type="dxa"/>
            <w:vAlign w:val="center"/>
          </w:tcPr>
          <w:p w14:paraId="32ED9B01" w14:textId="77777777" w:rsidR="00021EFA" w:rsidRPr="00774D49" w:rsidRDefault="00010C46">
            <w:pPr>
              <w:rPr>
                <w:rFonts w:cs="Arial"/>
                <w:lang w:val="es-PE"/>
              </w:rPr>
            </w:pPr>
            <w:r w:rsidRPr="00774D49">
              <w:rPr>
                <w:rFonts w:cs="Arial"/>
                <w:sz w:val="17"/>
                <w:lang w:val="es-PE"/>
              </w:rPr>
              <w:br/>
            </w:r>
            <w:r w:rsidRPr="00774D49">
              <w:rPr>
                <w:rFonts w:cs="Arial"/>
                <w:sz w:val="17"/>
                <w:lang w:val="es-PE"/>
              </w:rPr>
              <w:br/>
              <w:t>__________________________________</w:t>
            </w:r>
          </w:p>
        </w:tc>
      </w:tr>
    </w:tbl>
    <w:p w14:paraId="6A04CCF9" w14:textId="77777777" w:rsidR="00021EFA" w:rsidRPr="00774D49" w:rsidRDefault="00021EFA">
      <w:pPr>
        <w:rPr>
          <w:rFonts w:cs="Arial"/>
          <w:lang w:val="es-PE"/>
        </w:rPr>
      </w:pPr>
    </w:p>
    <w:sectPr w:rsidR="00021EFA" w:rsidRPr="00774D49" w:rsidSect="00034616">
      <w:pgSz w:w="11906" w:h="16838"/>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DD3CF" w14:textId="77777777" w:rsidR="00736A15" w:rsidRDefault="00736A15">
      <w:pPr>
        <w:spacing w:after="0" w:line="240" w:lineRule="auto"/>
      </w:pPr>
      <w:r>
        <w:separator/>
      </w:r>
    </w:p>
  </w:endnote>
  <w:endnote w:type="continuationSeparator" w:id="0">
    <w:p w14:paraId="4CE7003A" w14:textId="77777777" w:rsidR="00736A15" w:rsidRDefault="00736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F6510" w14:textId="77777777" w:rsidR="00736A15" w:rsidRDefault="00736A15">
      <w:pPr>
        <w:spacing w:after="0" w:line="240" w:lineRule="auto"/>
      </w:pPr>
      <w:r>
        <w:separator/>
      </w:r>
    </w:p>
  </w:footnote>
  <w:footnote w:type="continuationSeparator" w:id="0">
    <w:p w14:paraId="38388E3D" w14:textId="77777777" w:rsidR="00736A15" w:rsidRDefault="00736A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01B38B1"/>
    <w:multiLevelType w:val="multilevel"/>
    <w:tmpl w:val="1BAA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084788B"/>
    <w:multiLevelType w:val="multilevel"/>
    <w:tmpl w:val="8D7C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0C12BCD"/>
    <w:multiLevelType w:val="multilevel"/>
    <w:tmpl w:val="0D66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0E15461"/>
    <w:multiLevelType w:val="multilevel"/>
    <w:tmpl w:val="A3A4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0B3A90"/>
    <w:multiLevelType w:val="multilevel"/>
    <w:tmpl w:val="BBAC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AC5775"/>
    <w:multiLevelType w:val="multilevel"/>
    <w:tmpl w:val="F094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737311"/>
    <w:multiLevelType w:val="multilevel"/>
    <w:tmpl w:val="68F4B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EC2FA8"/>
    <w:multiLevelType w:val="multilevel"/>
    <w:tmpl w:val="F4DC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F31F59"/>
    <w:multiLevelType w:val="multilevel"/>
    <w:tmpl w:val="AE46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1649B5"/>
    <w:multiLevelType w:val="multilevel"/>
    <w:tmpl w:val="BC36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5356590"/>
    <w:multiLevelType w:val="multilevel"/>
    <w:tmpl w:val="2F04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AD3801"/>
    <w:multiLevelType w:val="multilevel"/>
    <w:tmpl w:val="6080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D5D68"/>
    <w:multiLevelType w:val="multilevel"/>
    <w:tmpl w:val="3E66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5F1319"/>
    <w:multiLevelType w:val="multilevel"/>
    <w:tmpl w:val="C3EC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1F4F14"/>
    <w:multiLevelType w:val="multilevel"/>
    <w:tmpl w:val="DDC8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2564A6"/>
    <w:multiLevelType w:val="multilevel"/>
    <w:tmpl w:val="FEE2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A74A15"/>
    <w:multiLevelType w:val="multilevel"/>
    <w:tmpl w:val="93F0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3D3ABF"/>
    <w:multiLevelType w:val="multilevel"/>
    <w:tmpl w:val="DE52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B402F3"/>
    <w:multiLevelType w:val="multilevel"/>
    <w:tmpl w:val="9A78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11B7B4A"/>
    <w:multiLevelType w:val="multilevel"/>
    <w:tmpl w:val="3B20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1A35D9B"/>
    <w:multiLevelType w:val="multilevel"/>
    <w:tmpl w:val="994C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804A64"/>
    <w:multiLevelType w:val="multilevel"/>
    <w:tmpl w:val="49B6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46467FB"/>
    <w:multiLevelType w:val="multilevel"/>
    <w:tmpl w:val="88A4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4E12D95"/>
    <w:multiLevelType w:val="multilevel"/>
    <w:tmpl w:val="D344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64E74F8"/>
    <w:multiLevelType w:val="multilevel"/>
    <w:tmpl w:val="195A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A72B2A"/>
    <w:multiLevelType w:val="multilevel"/>
    <w:tmpl w:val="3130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75E1992"/>
    <w:multiLevelType w:val="multilevel"/>
    <w:tmpl w:val="6F04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8052CF0"/>
    <w:multiLevelType w:val="multilevel"/>
    <w:tmpl w:val="47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817615B"/>
    <w:multiLevelType w:val="multilevel"/>
    <w:tmpl w:val="5D28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1E401F"/>
    <w:multiLevelType w:val="multilevel"/>
    <w:tmpl w:val="4BBA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533D52"/>
    <w:multiLevelType w:val="multilevel"/>
    <w:tmpl w:val="7150A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A864181"/>
    <w:multiLevelType w:val="multilevel"/>
    <w:tmpl w:val="7D56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AD639CE"/>
    <w:multiLevelType w:val="multilevel"/>
    <w:tmpl w:val="8BE6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B2342F2"/>
    <w:multiLevelType w:val="multilevel"/>
    <w:tmpl w:val="F5E0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287644"/>
    <w:multiLevelType w:val="multilevel"/>
    <w:tmpl w:val="9D3E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BE6009E"/>
    <w:multiLevelType w:val="multilevel"/>
    <w:tmpl w:val="C47C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C924E6D"/>
    <w:multiLevelType w:val="multilevel"/>
    <w:tmpl w:val="0758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CB4771"/>
    <w:multiLevelType w:val="multilevel"/>
    <w:tmpl w:val="0240A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F024B12"/>
    <w:multiLevelType w:val="multilevel"/>
    <w:tmpl w:val="8C38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01B61D5"/>
    <w:multiLevelType w:val="multilevel"/>
    <w:tmpl w:val="0C3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07E2B05"/>
    <w:multiLevelType w:val="multilevel"/>
    <w:tmpl w:val="5748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0854876"/>
    <w:multiLevelType w:val="multilevel"/>
    <w:tmpl w:val="4966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0BF6E0F"/>
    <w:multiLevelType w:val="multilevel"/>
    <w:tmpl w:val="2E34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0FA4E5D"/>
    <w:multiLevelType w:val="multilevel"/>
    <w:tmpl w:val="F7EA4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14332AF"/>
    <w:multiLevelType w:val="multilevel"/>
    <w:tmpl w:val="091E1BCC"/>
    <w:lvl w:ilvl="0">
      <w:start w:val="1"/>
      <w:numFmt w:val="bullet"/>
      <w:lvlText w:val=""/>
      <w:lvlJc w:val="left"/>
      <w:pPr>
        <w:tabs>
          <w:tab w:val="num" w:pos="720"/>
        </w:tabs>
        <w:ind w:left="720" w:hanging="360"/>
      </w:pPr>
      <w:rPr>
        <w:rFonts w:ascii="Symbol" w:hAnsi="Symbol" w:hint="default"/>
        <w:sz w:val="18"/>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1BB3289"/>
    <w:multiLevelType w:val="multilevel"/>
    <w:tmpl w:val="C852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2525F19"/>
    <w:multiLevelType w:val="multilevel"/>
    <w:tmpl w:val="0A52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32C0CD0"/>
    <w:multiLevelType w:val="multilevel"/>
    <w:tmpl w:val="9168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6DF6583"/>
    <w:multiLevelType w:val="multilevel"/>
    <w:tmpl w:val="384A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735502A"/>
    <w:multiLevelType w:val="multilevel"/>
    <w:tmpl w:val="5514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3F4D8C"/>
    <w:multiLevelType w:val="multilevel"/>
    <w:tmpl w:val="9302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7691CF2"/>
    <w:multiLevelType w:val="multilevel"/>
    <w:tmpl w:val="31E48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8CA0FCE"/>
    <w:multiLevelType w:val="multilevel"/>
    <w:tmpl w:val="E402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9FC574A"/>
    <w:multiLevelType w:val="multilevel"/>
    <w:tmpl w:val="DB02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A757675"/>
    <w:multiLevelType w:val="multilevel"/>
    <w:tmpl w:val="6566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A8C74D1"/>
    <w:multiLevelType w:val="multilevel"/>
    <w:tmpl w:val="9834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C4343DB"/>
    <w:multiLevelType w:val="multilevel"/>
    <w:tmpl w:val="D6865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CD51869"/>
    <w:multiLevelType w:val="multilevel"/>
    <w:tmpl w:val="405A2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D0604EF"/>
    <w:multiLevelType w:val="multilevel"/>
    <w:tmpl w:val="085A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DB66426"/>
    <w:multiLevelType w:val="multilevel"/>
    <w:tmpl w:val="AA42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FAC24E9"/>
    <w:multiLevelType w:val="multilevel"/>
    <w:tmpl w:val="898C5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0172289"/>
    <w:multiLevelType w:val="multilevel"/>
    <w:tmpl w:val="465C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2E526D4"/>
    <w:multiLevelType w:val="multilevel"/>
    <w:tmpl w:val="B28E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32C5C03"/>
    <w:multiLevelType w:val="multilevel"/>
    <w:tmpl w:val="5194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46244FF"/>
    <w:multiLevelType w:val="multilevel"/>
    <w:tmpl w:val="40CA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5AC474E"/>
    <w:multiLevelType w:val="multilevel"/>
    <w:tmpl w:val="6776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6924748"/>
    <w:multiLevelType w:val="multilevel"/>
    <w:tmpl w:val="D1CC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7562FED"/>
    <w:multiLevelType w:val="multilevel"/>
    <w:tmpl w:val="83F0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7BB5032"/>
    <w:multiLevelType w:val="multilevel"/>
    <w:tmpl w:val="8CC0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89C791B"/>
    <w:multiLevelType w:val="multilevel"/>
    <w:tmpl w:val="84CA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8F01792"/>
    <w:multiLevelType w:val="multilevel"/>
    <w:tmpl w:val="E0BC2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9582467"/>
    <w:multiLevelType w:val="multilevel"/>
    <w:tmpl w:val="667A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9995C59"/>
    <w:multiLevelType w:val="multilevel"/>
    <w:tmpl w:val="30EE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9A357F1"/>
    <w:multiLevelType w:val="multilevel"/>
    <w:tmpl w:val="E684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AED670E"/>
    <w:multiLevelType w:val="multilevel"/>
    <w:tmpl w:val="C204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B130C76"/>
    <w:multiLevelType w:val="multilevel"/>
    <w:tmpl w:val="92B0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BE27B59"/>
    <w:multiLevelType w:val="multilevel"/>
    <w:tmpl w:val="ABB6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BF72BCB"/>
    <w:multiLevelType w:val="multilevel"/>
    <w:tmpl w:val="7254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CFA03C0"/>
    <w:multiLevelType w:val="multilevel"/>
    <w:tmpl w:val="1696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D9F3567"/>
    <w:multiLevelType w:val="multilevel"/>
    <w:tmpl w:val="E132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F58575C"/>
    <w:multiLevelType w:val="multilevel"/>
    <w:tmpl w:val="606E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56613A3"/>
    <w:multiLevelType w:val="multilevel"/>
    <w:tmpl w:val="1A28E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5B91280"/>
    <w:multiLevelType w:val="multilevel"/>
    <w:tmpl w:val="091E1BCC"/>
    <w:lvl w:ilvl="0">
      <w:start w:val="1"/>
      <w:numFmt w:val="bullet"/>
      <w:lvlText w:val=""/>
      <w:lvlJc w:val="left"/>
      <w:pPr>
        <w:tabs>
          <w:tab w:val="num" w:pos="720"/>
        </w:tabs>
        <w:ind w:left="720" w:hanging="360"/>
      </w:pPr>
      <w:rPr>
        <w:rFonts w:ascii="Symbol" w:hAnsi="Symbol" w:hint="default"/>
        <w:sz w:val="18"/>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5BE3C77"/>
    <w:multiLevelType w:val="multilevel"/>
    <w:tmpl w:val="BC6A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876147A"/>
    <w:multiLevelType w:val="multilevel"/>
    <w:tmpl w:val="98103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8DF66D5"/>
    <w:multiLevelType w:val="multilevel"/>
    <w:tmpl w:val="9CD6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E7358F9"/>
    <w:multiLevelType w:val="multilevel"/>
    <w:tmpl w:val="FD16C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FB630D7"/>
    <w:multiLevelType w:val="multilevel"/>
    <w:tmpl w:val="BC6E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03C422A"/>
    <w:multiLevelType w:val="multilevel"/>
    <w:tmpl w:val="FD82E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10C75A5"/>
    <w:multiLevelType w:val="multilevel"/>
    <w:tmpl w:val="F41A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16D0CE1"/>
    <w:multiLevelType w:val="multilevel"/>
    <w:tmpl w:val="7B02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2611E90"/>
    <w:multiLevelType w:val="multilevel"/>
    <w:tmpl w:val="750A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26D6C28"/>
    <w:multiLevelType w:val="multilevel"/>
    <w:tmpl w:val="2E08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2794219"/>
    <w:multiLevelType w:val="multilevel"/>
    <w:tmpl w:val="1054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27C2BEA"/>
    <w:multiLevelType w:val="multilevel"/>
    <w:tmpl w:val="E64A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2B77032"/>
    <w:multiLevelType w:val="multilevel"/>
    <w:tmpl w:val="0A2A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3053070"/>
    <w:multiLevelType w:val="multilevel"/>
    <w:tmpl w:val="0F86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3827A49"/>
    <w:multiLevelType w:val="multilevel"/>
    <w:tmpl w:val="0F00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3F2368A"/>
    <w:multiLevelType w:val="multilevel"/>
    <w:tmpl w:val="2F74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51E371D"/>
    <w:multiLevelType w:val="multilevel"/>
    <w:tmpl w:val="2C7C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5C7027F"/>
    <w:multiLevelType w:val="multilevel"/>
    <w:tmpl w:val="08108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6A94DB2"/>
    <w:multiLevelType w:val="multilevel"/>
    <w:tmpl w:val="E13C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6EC5736"/>
    <w:multiLevelType w:val="multilevel"/>
    <w:tmpl w:val="1438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6EF64EB"/>
    <w:multiLevelType w:val="multilevel"/>
    <w:tmpl w:val="96AE3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7687DC8"/>
    <w:multiLevelType w:val="multilevel"/>
    <w:tmpl w:val="58FC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7BE4A39"/>
    <w:multiLevelType w:val="multilevel"/>
    <w:tmpl w:val="6222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88701B4"/>
    <w:multiLevelType w:val="multilevel"/>
    <w:tmpl w:val="10107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A37324A"/>
    <w:multiLevelType w:val="multilevel"/>
    <w:tmpl w:val="1CE0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A70322C"/>
    <w:multiLevelType w:val="multilevel"/>
    <w:tmpl w:val="F6604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A830C52"/>
    <w:multiLevelType w:val="multilevel"/>
    <w:tmpl w:val="9A8A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B8248C7"/>
    <w:multiLevelType w:val="multilevel"/>
    <w:tmpl w:val="6A06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CC9631A"/>
    <w:multiLevelType w:val="multilevel"/>
    <w:tmpl w:val="75D6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CE74734"/>
    <w:multiLevelType w:val="multilevel"/>
    <w:tmpl w:val="AFCE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E8B39A1"/>
    <w:multiLevelType w:val="multilevel"/>
    <w:tmpl w:val="417CA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F5F7B82"/>
    <w:multiLevelType w:val="multilevel"/>
    <w:tmpl w:val="EB6E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10016AC"/>
    <w:multiLevelType w:val="multilevel"/>
    <w:tmpl w:val="D2CA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13739CE"/>
    <w:multiLevelType w:val="multilevel"/>
    <w:tmpl w:val="8C9A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1FD04D3"/>
    <w:multiLevelType w:val="multilevel"/>
    <w:tmpl w:val="7A10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25936F4"/>
    <w:multiLevelType w:val="multilevel"/>
    <w:tmpl w:val="D41A8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32723BF"/>
    <w:multiLevelType w:val="multilevel"/>
    <w:tmpl w:val="FF5E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4665F11"/>
    <w:multiLevelType w:val="multilevel"/>
    <w:tmpl w:val="9F84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48E57E2"/>
    <w:multiLevelType w:val="multilevel"/>
    <w:tmpl w:val="7424E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57D3C0A"/>
    <w:multiLevelType w:val="multilevel"/>
    <w:tmpl w:val="128E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692436A"/>
    <w:multiLevelType w:val="multilevel"/>
    <w:tmpl w:val="DD82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69E0B4E"/>
    <w:multiLevelType w:val="multilevel"/>
    <w:tmpl w:val="B27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84D290E"/>
    <w:multiLevelType w:val="multilevel"/>
    <w:tmpl w:val="7BE4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8ED2A37"/>
    <w:multiLevelType w:val="multilevel"/>
    <w:tmpl w:val="94A0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AE801DE"/>
    <w:multiLevelType w:val="multilevel"/>
    <w:tmpl w:val="C4EC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D8E24D7"/>
    <w:multiLevelType w:val="multilevel"/>
    <w:tmpl w:val="FC96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DE7795B"/>
    <w:multiLevelType w:val="multilevel"/>
    <w:tmpl w:val="F4D2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DE94BC3"/>
    <w:multiLevelType w:val="multilevel"/>
    <w:tmpl w:val="8390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EE77193"/>
    <w:multiLevelType w:val="multilevel"/>
    <w:tmpl w:val="A53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28D5F36"/>
    <w:multiLevelType w:val="multilevel"/>
    <w:tmpl w:val="D8D4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2D9322E"/>
    <w:multiLevelType w:val="multilevel"/>
    <w:tmpl w:val="091E1BCC"/>
    <w:lvl w:ilvl="0">
      <w:start w:val="1"/>
      <w:numFmt w:val="bullet"/>
      <w:lvlText w:val=""/>
      <w:lvlJc w:val="left"/>
      <w:pPr>
        <w:tabs>
          <w:tab w:val="num" w:pos="720"/>
        </w:tabs>
        <w:ind w:left="720" w:hanging="360"/>
      </w:pPr>
      <w:rPr>
        <w:rFonts w:ascii="Symbol" w:hAnsi="Symbol" w:hint="default"/>
        <w:sz w:val="18"/>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33E73A0"/>
    <w:multiLevelType w:val="multilevel"/>
    <w:tmpl w:val="1FFC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34F6A6F"/>
    <w:multiLevelType w:val="multilevel"/>
    <w:tmpl w:val="DDCC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5B6205E"/>
    <w:multiLevelType w:val="multilevel"/>
    <w:tmpl w:val="ECD2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6AC75CE"/>
    <w:multiLevelType w:val="multilevel"/>
    <w:tmpl w:val="0F86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88F5504"/>
    <w:multiLevelType w:val="multilevel"/>
    <w:tmpl w:val="6766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A7644A6"/>
    <w:multiLevelType w:val="multilevel"/>
    <w:tmpl w:val="D41A8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C506D4B"/>
    <w:multiLevelType w:val="multilevel"/>
    <w:tmpl w:val="3032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E612610"/>
    <w:multiLevelType w:val="multilevel"/>
    <w:tmpl w:val="D72A0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E7A6CC5"/>
    <w:multiLevelType w:val="multilevel"/>
    <w:tmpl w:val="0450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FDD08F5"/>
    <w:multiLevelType w:val="multilevel"/>
    <w:tmpl w:val="7BB6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20"/>
  </w:num>
  <w:num w:numId="8">
    <w:abstractNumId w:val="108"/>
  </w:num>
  <w:num w:numId="9">
    <w:abstractNumId w:val="136"/>
  </w:num>
  <w:num w:numId="10">
    <w:abstractNumId w:val="63"/>
  </w:num>
  <w:num w:numId="11">
    <w:abstractNumId w:val="93"/>
  </w:num>
  <w:num w:numId="12">
    <w:abstractNumId w:val="81"/>
  </w:num>
  <w:num w:numId="13">
    <w:abstractNumId w:val="83"/>
  </w:num>
  <w:num w:numId="14">
    <w:abstractNumId w:val="107"/>
  </w:num>
  <w:num w:numId="15">
    <w:abstractNumId w:val="113"/>
  </w:num>
  <w:num w:numId="16">
    <w:abstractNumId w:val="75"/>
  </w:num>
  <w:num w:numId="17">
    <w:abstractNumId w:val="30"/>
  </w:num>
  <w:num w:numId="18">
    <w:abstractNumId w:val="147"/>
  </w:num>
  <w:num w:numId="19">
    <w:abstractNumId w:val="27"/>
  </w:num>
  <w:num w:numId="20">
    <w:abstractNumId w:val="77"/>
  </w:num>
  <w:num w:numId="21">
    <w:abstractNumId w:val="47"/>
  </w:num>
  <w:num w:numId="22">
    <w:abstractNumId w:val="118"/>
  </w:num>
  <w:num w:numId="23">
    <w:abstractNumId w:val="76"/>
  </w:num>
  <w:num w:numId="24">
    <w:abstractNumId w:val="84"/>
  </w:num>
  <w:num w:numId="25">
    <w:abstractNumId w:val="133"/>
  </w:num>
  <w:num w:numId="26">
    <w:abstractNumId w:val="56"/>
  </w:num>
  <w:num w:numId="27">
    <w:abstractNumId w:val="111"/>
  </w:num>
  <w:num w:numId="28">
    <w:abstractNumId w:val="78"/>
  </w:num>
  <w:num w:numId="29">
    <w:abstractNumId w:val="119"/>
  </w:num>
  <w:num w:numId="30">
    <w:abstractNumId w:val="62"/>
  </w:num>
  <w:num w:numId="31">
    <w:abstractNumId w:val="97"/>
  </w:num>
  <w:num w:numId="32">
    <w:abstractNumId w:val="33"/>
  </w:num>
  <w:num w:numId="33">
    <w:abstractNumId w:val="110"/>
  </w:num>
  <w:num w:numId="34">
    <w:abstractNumId w:val="72"/>
  </w:num>
  <w:num w:numId="35">
    <w:abstractNumId w:val="146"/>
  </w:num>
  <w:num w:numId="36">
    <w:abstractNumId w:val="45"/>
  </w:num>
  <w:num w:numId="37">
    <w:abstractNumId w:val="124"/>
  </w:num>
  <w:num w:numId="38">
    <w:abstractNumId w:val="89"/>
  </w:num>
  <w:num w:numId="39">
    <w:abstractNumId w:val="60"/>
  </w:num>
  <w:num w:numId="40">
    <w:abstractNumId w:val="46"/>
  </w:num>
  <w:num w:numId="41">
    <w:abstractNumId w:val="149"/>
  </w:num>
  <w:num w:numId="42">
    <w:abstractNumId w:val="125"/>
  </w:num>
  <w:num w:numId="43">
    <w:abstractNumId w:val="134"/>
  </w:num>
  <w:num w:numId="44">
    <w:abstractNumId w:val="25"/>
  </w:num>
  <w:num w:numId="45">
    <w:abstractNumId w:val="114"/>
  </w:num>
  <w:num w:numId="46">
    <w:abstractNumId w:val="142"/>
  </w:num>
  <w:num w:numId="47">
    <w:abstractNumId w:val="99"/>
  </w:num>
  <w:num w:numId="48">
    <w:abstractNumId w:val="52"/>
  </w:num>
  <w:num w:numId="49">
    <w:abstractNumId w:val="79"/>
  </w:num>
  <w:num w:numId="50">
    <w:abstractNumId w:val="41"/>
  </w:num>
  <w:num w:numId="51">
    <w:abstractNumId w:val="13"/>
  </w:num>
  <w:num w:numId="52">
    <w:abstractNumId w:val="21"/>
  </w:num>
  <w:num w:numId="53">
    <w:abstractNumId w:val="94"/>
  </w:num>
  <w:num w:numId="54">
    <w:abstractNumId w:val="42"/>
  </w:num>
  <w:num w:numId="55">
    <w:abstractNumId w:val="22"/>
  </w:num>
  <w:num w:numId="56">
    <w:abstractNumId w:val="54"/>
  </w:num>
  <w:num w:numId="57">
    <w:abstractNumId w:val="132"/>
  </w:num>
  <w:num w:numId="58">
    <w:abstractNumId w:val="32"/>
  </w:num>
  <w:num w:numId="59">
    <w:abstractNumId w:val="105"/>
  </w:num>
  <w:num w:numId="60">
    <w:abstractNumId w:val="18"/>
  </w:num>
  <w:num w:numId="61">
    <w:abstractNumId w:val="135"/>
  </w:num>
  <w:num w:numId="62">
    <w:abstractNumId w:val="66"/>
  </w:num>
  <w:num w:numId="63">
    <w:abstractNumId w:val="123"/>
  </w:num>
  <w:num w:numId="64">
    <w:abstractNumId w:val="34"/>
  </w:num>
  <w:num w:numId="65">
    <w:abstractNumId w:val="68"/>
  </w:num>
  <w:num w:numId="66">
    <w:abstractNumId w:val="6"/>
  </w:num>
  <w:num w:numId="67">
    <w:abstractNumId w:val="112"/>
  </w:num>
  <w:num w:numId="68">
    <w:abstractNumId w:val="92"/>
  </w:num>
  <w:num w:numId="69">
    <w:abstractNumId w:val="16"/>
  </w:num>
  <w:num w:numId="70">
    <w:abstractNumId w:val="29"/>
  </w:num>
  <w:num w:numId="71">
    <w:abstractNumId w:val="55"/>
  </w:num>
  <w:num w:numId="72">
    <w:abstractNumId w:val="140"/>
  </w:num>
  <w:num w:numId="73">
    <w:abstractNumId w:val="59"/>
  </w:num>
  <w:num w:numId="74">
    <w:abstractNumId w:val="95"/>
  </w:num>
  <w:num w:numId="75">
    <w:abstractNumId w:val="8"/>
  </w:num>
  <w:num w:numId="76">
    <w:abstractNumId w:val="58"/>
  </w:num>
  <w:num w:numId="77">
    <w:abstractNumId w:val="130"/>
  </w:num>
  <w:num w:numId="78">
    <w:abstractNumId w:val="138"/>
  </w:num>
  <w:num w:numId="79">
    <w:abstractNumId w:val="9"/>
  </w:num>
  <w:num w:numId="80">
    <w:abstractNumId w:val="127"/>
  </w:num>
  <w:num w:numId="81">
    <w:abstractNumId w:val="23"/>
  </w:num>
  <w:num w:numId="82">
    <w:abstractNumId w:val="39"/>
  </w:num>
  <w:num w:numId="83">
    <w:abstractNumId w:val="109"/>
  </w:num>
  <w:num w:numId="84">
    <w:abstractNumId w:val="91"/>
  </w:num>
  <w:num w:numId="85">
    <w:abstractNumId w:val="35"/>
  </w:num>
  <w:num w:numId="86">
    <w:abstractNumId w:val="148"/>
  </w:num>
  <w:num w:numId="87">
    <w:abstractNumId w:val="37"/>
  </w:num>
  <w:num w:numId="88">
    <w:abstractNumId w:val="82"/>
  </w:num>
  <w:num w:numId="89">
    <w:abstractNumId w:val="69"/>
  </w:num>
  <w:num w:numId="90">
    <w:abstractNumId w:val="102"/>
  </w:num>
  <w:num w:numId="91">
    <w:abstractNumId w:val="28"/>
  </w:num>
  <w:num w:numId="92">
    <w:abstractNumId w:val="128"/>
  </w:num>
  <w:num w:numId="93">
    <w:abstractNumId w:val="48"/>
  </w:num>
  <w:num w:numId="94">
    <w:abstractNumId w:val="103"/>
  </w:num>
  <w:num w:numId="95">
    <w:abstractNumId w:val="101"/>
  </w:num>
  <w:num w:numId="96">
    <w:abstractNumId w:val="67"/>
  </w:num>
  <w:num w:numId="97">
    <w:abstractNumId w:val="131"/>
  </w:num>
  <w:num w:numId="98">
    <w:abstractNumId w:val="10"/>
  </w:num>
  <w:num w:numId="99">
    <w:abstractNumId w:val="74"/>
  </w:num>
  <w:num w:numId="100">
    <w:abstractNumId w:val="87"/>
  </w:num>
  <w:num w:numId="101">
    <w:abstractNumId w:val="40"/>
  </w:num>
  <w:num w:numId="102">
    <w:abstractNumId w:val="100"/>
  </w:num>
  <w:num w:numId="103">
    <w:abstractNumId w:val="15"/>
  </w:num>
  <w:num w:numId="104">
    <w:abstractNumId w:val="141"/>
  </w:num>
  <w:num w:numId="105">
    <w:abstractNumId w:val="144"/>
  </w:num>
  <w:num w:numId="106">
    <w:abstractNumId w:val="120"/>
  </w:num>
  <w:num w:numId="107">
    <w:abstractNumId w:val="43"/>
  </w:num>
  <w:num w:numId="108">
    <w:abstractNumId w:val="70"/>
  </w:num>
  <w:num w:numId="109">
    <w:abstractNumId w:val="104"/>
  </w:num>
  <w:num w:numId="110">
    <w:abstractNumId w:val="14"/>
  </w:num>
  <w:num w:numId="111">
    <w:abstractNumId w:val="71"/>
  </w:num>
  <w:num w:numId="112">
    <w:abstractNumId w:val="44"/>
  </w:num>
  <w:num w:numId="113">
    <w:abstractNumId w:val="17"/>
  </w:num>
  <w:num w:numId="114">
    <w:abstractNumId w:val="121"/>
  </w:num>
  <w:num w:numId="115">
    <w:abstractNumId w:val="53"/>
  </w:num>
  <w:num w:numId="116">
    <w:abstractNumId w:val="7"/>
  </w:num>
  <w:num w:numId="117">
    <w:abstractNumId w:val="129"/>
  </w:num>
  <w:num w:numId="118">
    <w:abstractNumId w:val="36"/>
  </w:num>
  <w:num w:numId="119">
    <w:abstractNumId w:val="51"/>
  </w:num>
  <w:num w:numId="120">
    <w:abstractNumId w:val="116"/>
  </w:num>
  <w:num w:numId="121">
    <w:abstractNumId w:val="115"/>
  </w:num>
  <w:num w:numId="122">
    <w:abstractNumId w:val="126"/>
  </w:num>
  <w:num w:numId="123">
    <w:abstractNumId w:val="64"/>
  </w:num>
  <w:num w:numId="124">
    <w:abstractNumId w:val="96"/>
  </w:num>
  <w:num w:numId="125">
    <w:abstractNumId w:val="80"/>
  </w:num>
  <w:num w:numId="126">
    <w:abstractNumId w:val="90"/>
  </w:num>
  <w:num w:numId="127">
    <w:abstractNumId w:val="85"/>
  </w:num>
  <w:num w:numId="128">
    <w:abstractNumId w:val="49"/>
  </w:num>
  <w:num w:numId="129">
    <w:abstractNumId w:val="137"/>
  </w:num>
  <w:num w:numId="130">
    <w:abstractNumId w:val="26"/>
  </w:num>
  <w:num w:numId="131">
    <w:abstractNumId w:val="19"/>
  </w:num>
  <w:num w:numId="132">
    <w:abstractNumId w:val="117"/>
  </w:num>
  <w:num w:numId="133">
    <w:abstractNumId w:val="12"/>
  </w:num>
  <w:num w:numId="134">
    <w:abstractNumId w:val="31"/>
  </w:num>
  <w:num w:numId="135">
    <w:abstractNumId w:val="122"/>
  </w:num>
  <w:num w:numId="136">
    <w:abstractNumId w:val="38"/>
  </w:num>
  <w:num w:numId="137">
    <w:abstractNumId w:val="57"/>
  </w:num>
  <w:num w:numId="138">
    <w:abstractNumId w:val="106"/>
  </w:num>
  <w:num w:numId="139">
    <w:abstractNumId w:val="65"/>
  </w:num>
  <w:num w:numId="140">
    <w:abstractNumId w:val="86"/>
  </w:num>
  <w:num w:numId="141">
    <w:abstractNumId w:val="98"/>
  </w:num>
  <w:num w:numId="142">
    <w:abstractNumId w:val="24"/>
  </w:num>
  <w:num w:numId="143">
    <w:abstractNumId w:val="11"/>
  </w:num>
  <w:num w:numId="144">
    <w:abstractNumId w:val="145"/>
  </w:num>
  <w:num w:numId="145">
    <w:abstractNumId w:val="73"/>
  </w:num>
  <w:num w:numId="146">
    <w:abstractNumId w:val="61"/>
  </w:num>
  <w:num w:numId="147">
    <w:abstractNumId w:val="143"/>
  </w:num>
  <w:num w:numId="148">
    <w:abstractNumId w:val="139"/>
  </w:num>
  <w:num w:numId="149">
    <w:abstractNumId w:val="50"/>
  </w:num>
  <w:num w:numId="150">
    <w:abstractNumId w:val="88"/>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2FF"/>
    <w:rsid w:val="00010C46"/>
    <w:rsid w:val="00015EC5"/>
    <w:rsid w:val="00021EFA"/>
    <w:rsid w:val="00034616"/>
    <w:rsid w:val="0006063C"/>
    <w:rsid w:val="00062398"/>
    <w:rsid w:val="000775D8"/>
    <w:rsid w:val="0009298D"/>
    <w:rsid w:val="000B4611"/>
    <w:rsid w:val="000C1871"/>
    <w:rsid w:val="000C5DB4"/>
    <w:rsid w:val="000F66F0"/>
    <w:rsid w:val="00101B7B"/>
    <w:rsid w:val="00122A16"/>
    <w:rsid w:val="00127F61"/>
    <w:rsid w:val="0015074B"/>
    <w:rsid w:val="001513F9"/>
    <w:rsid w:val="00181360"/>
    <w:rsid w:val="001822CD"/>
    <w:rsid w:val="001849CF"/>
    <w:rsid w:val="0019265F"/>
    <w:rsid w:val="00202BFF"/>
    <w:rsid w:val="00202EDB"/>
    <w:rsid w:val="00204DA3"/>
    <w:rsid w:val="00233586"/>
    <w:rsid w:val="002478FE"/>
    <w:rsid w:val="00256588"/>
    <w:rsid w:val="00295ACC"/>
    <w:rsid w:val="0029639D"/>
    <w:rsid w:val="002A3F46"/>
    <w:rsid w:val="002B5B5D"/>
    <w:rsid w:val="002E6DC7"/>
    <w:rsid w:val="002F27F3"/>
    <w:rsid w:val="00312002"/>
    <w:rsid w:val="00326F90"/>
    <w:rsid w:val="00334937"/>
    <w:rsid w:val="00360A31"/>
    <w:rsid w:val="00383939"/>
    <w:rsid w:val="004246B5"/>
    <w:rsid w:val="00437107"/>
    <w:rsid w:val="00443698"/>
    <w:rsid w:val="004524DE"/>
    <w:rsid w:val="0047083F"/>
    <w:rsid w:val="00476572"/>
    <w:rsid w:val="0049128A"/>
    <w:rsid w:val="004B3827"/>
    <w:rsid w:val="004E13A4"/>
    <w:rsid w:val="004E3C3B"/>
    <w:rsid w:val="004F4BE3"/>
    <w:rsid w:val="00523FB8"/>
    <w:rsid w:val="00537FB9"/>
    <w:rsid w:val="0055462B"/>
    <w:rsid w:val="00556671"/>
    <w:rsid w:val="005B4B0A"/>
    <w:rsid w:val="00606839"/>
    <w:rsid w:val="0061238B"/>
    <w:rsid w:val="00622821"/>
    <w:rsid w:val="00633AD7"/>
    <w:rsid w:val="006517BA"/>
    <w:rsid w:val="00652E8F"/>
    <w:rsid w:val="00653A66"/>
    <w:rsid w:val="006779EB"/>
    <w:rsid w:val="00691C3F"/>
    <w:rsid w:val="00695A91"/>
    <w:rsid w:val="006C783E"/>
    <w:rsid w:val="00736A15"/>
    <w:rsid w:val="0075432F"/>
    <w:rsid w:val="007639A8"/>
    <w:rsid w:val="00770954"/>
    <w:rsid w:val="00774136"/>
    <w:rsid w:val="00774D49"/>
    <w:rsid w:val="007957FE"/>
    <w:rsid w:val="007A586C"/>
    <w:rsid w:val="00811699"/>
    <w:rsid w:val="008234DB"/>
    <w:rsid w:val="0083463F"/>
    <w:rsid w:val="008501F8"/>
    <w:rsid w:val="008554DA"/>
    <w:rsid w:val="008628B1"/>
    <w:rsid w:val="0088653E"/>
    <w:rsid w:val="008919E4"/>
    <w:rsid w:val="008922E0"/>
    <w:rsid w:val="00895ADD"/>
    <w:rsid w:val="008A6115"/>
    <w:rsid w:val="008B150C"/>
    <w:rsid w:val="008B2F2C"/>
    <w:rsid w:val="008C249A"/>
    <w:rsid w:val="008D015B"/>
    <w:rsid w:val="00901250"/>
    <w:rsid w:val="0091051D"/>
    <w:rsid w:val="00910B46"/>
    <w:rsid w:val="00922F73"/>
    <w:rsid w:val="009247F2"/>
    <w:rsid w:val="00934528"/>
    <w:rsid w:val="00941A97"/>
    <w:rsid w:val="00942D0E"/>
    <w:rsid w:val="0094516D"/>
    <w:rsid w:val="00963D6B"/>
    <w:rsid w:val="00967D30"/>
    <w:rsid w:val="009A514E"/>
    <w:rsid w:val="009A66CC"/>
    <w:rsid w:val="009B7559"/>
    <w:rsid w:val="009C5CBC"/>
    <w:rsid w:val="009C649B"/>
    <w:rsid w:val="009F4D76"/>
    <w:rsid w:val="00A25399"/>
    <w:rsid w:val="00A5067B"/>
    <w:rsid w:val="00A70500"/>
    <w:rsid w:val="00A84C12"/>
    <w:rsid w:val="00A95154"/>
    <w:rsid w:val="00AA1D8D"/>
    <w:rsid w:val="00AA49C9"/>
    <w:rsid w:val="00AA5BED"/>
    <w:rsid w:val="00AD6276"/>
    <w:rsid w:val="00AF2755"/>
    <w:rsid w:val="00B10CBA"/>
    <w:rsid w:val="00B47730"/>
    <w:rsid w:val="00BA19E4"/>
    <w:rsid w:val="00BD44ED"/>
    <w:rsid w:val="00BF290A"/>
    <w:rsid w:val="00BF303D"/>
    <w:rsid w:val="00C45926"/>
    <w:rsid w:val="00C83C48"/>
    <w:rsid w:val="00C93492"/>
    <w:rsid w:val="00CA498D"/>
    <w:rsid w:val="00CB0664"/>
    <w:rsid w:val="00CB38A2"/>
    <w:rsid w:val="00CD106A"/>
    <w:rsid w:val="00D07604"/>
    <w:rsid w:val="00D513CD"/>
    <w:rsid w:val="00D53449"/>
    <w:rsid w:val="00D675BF"/>
    <w:rsid w:val="00D763FD"/>
    <w:rsid w:val="00DB655D"/>
    <w:rsid w:val="00DB7E11"/>
    <w:rsid w:val="00DE36B1"/>
    <w:rsid w:val="00DF3D04"/>
    <w:rsid w:val="00DF54E4"/>
    <w:rsid w:val="00DF74A6"/>
    <w:rsid w:val="00E15DA4"/>
    <w:rsid w:val="00E604A0"/>
    <w:rsid w:val="00E73B05"/>
    <w:rsid w:val="00E87652"/>
    <w:rsid w:val="00E94D2D"/>
    <w:rsid w:val="00EC0CED"/>
    <w:rsid w:val="00ED22D0"/>
    <w:rsid w:val="00ED44E3"/>
    <w:rsid w:val="00EF1D5C"/>
    <w:rsid w:val="00F26986"/>
    <w:rsid w:val="00F3025B"/>
    <w:rsid w:val="00F31495"/>
    <w:rsid w:val="00F45A43"/>
    <w:rsid w:val="00F5459A"/>
    <w:rsid w:val="00F60D77"/>
    <w:rsid w:val="00F73356"/>
    <w:rsid w:val="00F9621B"/>
    <w:rsid w:val="00F96F59"/>
    <w:rsid w:val="00FC1093"/>
    <w:rsid w:val="00FC693F"/>
    <w:rsid w:val="00FD3F1C"/>
    <w:rsid w:val="00FD77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9408DE"/>
  <w14:defaultImageDpi w14:val="330"/>
  <w15:docId w15:val="{A7BF18C5-E478-4B16-A0C4-97E47488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006666"/>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C71585"/>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006666"/>
      <w:sz w:val="2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z1qcye">
    <w:name w:val="z1qcye"/>
    <w:basedOn w:val="Normal"/>
    <w:rsid w:val="009B7559"/>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286pc">
    <w:name w:val="t286pc"/>
    <w:basedOn w:val="Fuentedeprrafopredeter"/>
    <w:rsid w:val="009B7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45529">
      <w:bodyDiv w:val="1"/>
      <w:marLeft w:val="0"/>
      <w:marRight w:val="0"/>
      <w:marTop w:val="0"/>
      <w:marBottom w:val="0"/>
      <w:divBdr>
        <w:top w:val="none" w:sz="0" w:space="0" w:color="auto"/>
        <w:left w:val="none" w:sz="0" w:space="0" w:color="auto"/>
        <w:bottom w:val="none" w:sz="0" w:space="0" w:color="auto"/>
        <w:right w:val="none" w:sz="0" w:space="0" w:color="auto"/>
      </w:divBdr>
    </w:div>
    <w:div w:id="81996047">
      <w:bodyDiv w:val="1"/>
      <w:marLeft w:val="0"/>
      <w:marRight w:val="0"/>
      <w:marTop w:val="0"/>
      <w:marBottom w:val="0"/>
      <w:divBdr>
        <w:top w:val="none" w:sz="0" w:space="0" w:color="auto"/>
        <w:left w:val="none" w:sz="0" w:space="0" w:color="auto"/>
        <w:bottom w:val="none" w:sz="0" w:space="0" w:color="auto"/>
        <w:right w:val="none" w:sz="0" w:space="0" w:color="auto"/>
      </w:divBdr>
      <w:divsChild>
        <w:div w:id="1168404178">
          <w:marLeft w:val="0"/>
          <w:marRight w:val="0"/>
          <w:marTop w:val="360"/>
          <w:marBottom w:val="180"/>
          <w:divBdr>
            <w:top w:val="none" w:sz="0" w:space="0" w:color="auto"/>
            <w:left w:val="none" w:sz="0" w:space="0" w:color="auto"/>
            <w:bottom w:val="none" w:sz="0" w:space="0" w:color="auto"/>
            <w:right w:val="none" w:sz="0" w:space="0" w:color="auto"/>
          </w:divBdr>
        </w:div>
        <w:div w:id="995841341">
          <w:marLeft w:val="0"/>
          <w:marRight w:val="0"/>
          <w:marTop w:val="360"/>
          <w:marBottom w:val="180"/>
          <w:divBdr>
            <w:top w:val="none" w:sz="0" w:space="0" w:color="auto"/>
            <w:left w:val="none" w:sz="0" w:space="0" w:color="auto"/>
            <w:bottom w:val="none" w:sz="0" w:space="0" w:color="auto"/>
            <w:right w:val="none" w:sz="0" w:space="0" w:color="auto"/>
          </w:divBdr>
        </w:div>
        <w:div w:id="1690373324">
          <w:marLeft w:val="0"/>
          <w:marRight w:val="0"/>
          <w:marTop w:val="360"/>
          <w:marBottom w:val="180"/>
          <w:divBdr>
            <w:top w:val="none" w:sz="0" w:space="0" w:color="auto"/>
            <w:left w:val="none" w:sz="0" w:space="0" w:color="auto"/>
            <w:bottom w:val="none" w:sz="0" w:space="0" w:color="auto"/>
            <w:right w:val="none" w:sz="0" w:space="0" w:color="auto"/>
          </w:divBdr>
        </w:div>
        <w:div w:id="2130581737">
          <w:marLeft w:val="0"/>
          <w:marRight w:val="0"/>
          <w:marTop w:val="360"/>
          <w:marBottom w:val="180"/>
          <w:divBdr>
            <w:top w:val="none" w:sz="0" w:space="0" w:color="auto"/>
            <w:left w:val="none" w:sz="0" w:space="0" w:color="auto"/>
            <w:bottom w:val="none" w:sz="0" w:space="0" w:color="auto"/>
            <w:right w:val="none" w:sz="0" w:space="0" w:color="auto"/>
          </w:divBdr>
        </w:div>
        <w:div w:id="107285810">
          <w:marLeft w:val="0"/>
          <w:marRight w:val="0"/>
          <w:marTop w:val="360"/>
          <w:marBottom w:val="180"/>
          <w:divBdr>
            <w:top w:val="none" w:sz="0" w:space="0" w:color="auto"/>
            <w:left w:val="none" w:sz="0" w:space="0" w:color="auto"/>
            <w:bottom w:val="none" w:sz="0" w:space="0" w:color="auto"/>
            <w:right w:val="none" w:sz="0" w:space="0" w:color="auto"/>
          </w:divBdr>
        </w:div>
        <w:div w:id="1688750419">
          <w:marLeft w:val="0"/>
          <w:marRight w:val="0"/>
          <w:marTop w:val="360"/>
          <w:marBottom w:val="180"/>
          <w:divBdr>
            <w:top w:val="none" w:sz="0" w:space="0" w:color="auto"/>
            <w:left w:val="none" w:sz="0" w:space="0" w:color="auto"/>
            <w:bottom w:val="none" w:sz="0" w:space="0" w:color="auto"/>
            <w:right w:val="none" w:sz="0" w:space="0" w:color="auto"/>
          </w:divBdr>
        </w:div>
        <w:div w:id="106044199">
          <w:marLeft w:val="0"/>
          <w:marRight w:val="0"/>
          <w:marTop w:val="360"/>
          <w:marBottom w:val="180"/>
          <w:divBdr>
            <w:top w:val="none" w:sz="0" w:space="0" w:color="auto"/>
            <w:left w:val="none" w:sz="0" w:space="0" w:color="auto"/>
            <w:bottom w:val="none" w:sz="0" w:space="0" w:color="auto"/>
            <w:right w:val="none" w:sz="0" w:space="0" w:color="auto"/>
          </w:divBdr>
        </w:div>
      </w:divsChild>
    </w:div>
    <w:div w:id="87360727">
      <w:bodyDiv w:val="1"/>
      <w:marLeft w:val="0"/>
      <w:marRight w:val="0"/>
      <w:marTop w:val="0"/>
      <w:marBottom w:val="0"/>
      <w:divBdr>
        <w:top w:val="none" w:sz="0" w:space="0" w:color="auto"/>
        <w:left w:val="none" w:sz="0" w:space="0" w:color="auto"/>
        <w:bottom w:val="none" w:sz="0" w:space="0" w:color="auto"/>
        <w:right w:val="none" w:sz="0" w:space="0" w:color="auto"/>
      </w:divBdr>
    </w:div>
    <w:div w:id="110514744">
      <w:bodyDiv w:val="1"/>
      <w:marLeft w:val="0"/>
      <w:marRight w:val="0"/>
      <w:marTop w:val="0"/>
      <w:marBottom w:val="0"/>
      <w:divBdr>
        <w:top w:val="none" w:sz="0" w:space="0" w:color="auto"/>
        <w:left w:val="none" w:sz="0" w:space="0" w:color="auto"/>
        <w:bottom w:val="none" w:sz="0" w:space="0" w:color="auto"/>
        <w:right w:val="none" w:sz="0" w:space="0" w:color="auto"/>
      </w:divBdr>
      <w:divsChild>
        <w:div w:id="296301399">
          <w:marLeft w:val="0"/>
          <w:marRight w:val="0"/>
          <w:marTop w:val="360"/>
          <w:marBottom w:val="180"/>
          <w:divBdr>
            <w:top w:val="none" w:sz="0" w:space="0" w:color="auto"/>
            <w:left w:val="none" w:sz="0" w:space="0" w:color="auto"/>
            <w:bottom w:val="none" w:sz="0" w:space="0" w:color="auto"/>
            <w:right w:val="none" w:sz="0" w:space="0" w:color="auto"/>
          </w:divBdr>
        </w:div>
        <w:div w:id="1621764600">
          <w:marLeft w:val="0"/>
          <w:marRight w:val="0"/>
          <w:marTop w:val="360"/>
          <w:marBottom w:val="180"/>
          <w:divBdr>
            <w:top w:val="none" w:sz="0" w:space="0" w:color="auto"/>
            <w:left w:val="none" w:sz="0" w:space="0" w:color="auto"/>
            <w:bottom w:val="none" w:sz="0" w:space="0" w:color="auto"/>
            <w:right w:val="none" w:sz="0" w:space="0" w:color="auto"/>
          </w:divBdr>
        </w:div>
        <w:div w:id="1751341289">
          <w:marLeft w:val="0"/>
          <w:marRight w:val="0"/>
          <w:marTop w:val="360"/>
          <w:marBottom w:val="180"/>
          <w:divBdr>
            <w:top w:val="none" w:sz="0" w:space="0" w:color="auto"/>
            <w:left w:val="none" w:sz="0" w:space="0" w:color="auto"/>
            <w:bottom w:val="none" w:sz="0" w:space="0" w:color="auto"/>
            <w:right w:val="none" w:sz="0" w:space="0" w:color="auto"/>
          </w:divBdr>
        </w:div>
        <w:div w:id="1315336804">
          <w:marLeft w:val="0"/>
          <w:marRight w:val="0"/>
          <w:marTop w:val="360"/>
          <w:marBottom w:val="180"/>
          <w:divBdr>
            <w:top w:val="none" w:sz="0" w:space="0" w:color="auto"/>
            <w:left w:val="none" w:sz="0" w:space="0" w:color="auto"/>
            <w:bottom w:val="none" w:sz="0" w:space="0" w:color="auto"/>
            <w:right w:val="none" w:sz="0" w:space="0" w:color="auto"/>
          </w:divBdr>
        </w:div>
        <w:div w:id="1272198880">
          <w:marLeft w:val="0"/>
          <w:marRight w:val="0"/>
          <w:marTop w:val="360"/>
          <w:marBottom w:val="180"/>
          <w:divBdr>
            <w:top w:val="none" w:sz="0" w:space="0" w:color="auto"/>
            <w:left w:val="none" w:sz="0" w:space="0" w:color="auto"/>
            <w:bottom w:val="none" w:sz="0" w:space="0" w:color="auto"/>
            <w:right w:val="none" w:sz="0" w:space="0" w:color="auto"/>
          </w:divBdr>
        </w:div>
        <w:div w:id="717583826">
          <w:marLeft w:val="0"/>
          <w:marRight w:val="0"/>
          <w:marTop w:val="360"/>
          <w:marBottom w:val="180"/>
          <w:divBdr>
            <w:top w:val="none" w:sz="0" w:space="0" w:color="auto"/>
            <w:left w:val="none" w:sz="0" w:space="0" w:color="auto"/>
            <w:bottom w:val="none" w:sz="0" w:space="0" w:color="auto"/>
            <w:right w:val="none" w:sz="0" w:space="0" w:color="auto"/>
          </w:divBdr>
        </w:div>
        <w:div w:id="2003190879">
          <w:marLeft w:val="0"/>
          <w:marRight w:val="0"/>
          <w:marTop w:val="360"/>
          <w:marBottom w:val="180"/>
          <w:divBdr>
            <w:top w:val="none" w:sz="0" w:space="0" w:color="auto"/>
            <w:left w:val="none" w:sz="0" w:space="0" w:color="auto"/>
            <w:bottom w:val="none" w:sz="0" w:space="0" w:color="auto"/>
            <w:right w:val="none" w:sz="0" w:space="0" w:color="auto"/>
          </w:divBdr>
        </w:div>
      </w:divsChild>
    </w:div>
    <w:div w:id="143786642">
      <w:bodyDiv w:val="1"/>
      <w:marLeft w:val="0"/>
      <w:marRight w:val="0"/>
      <w:marTop w:val="0"/>
      <w:marBottom w:val="0"/>
      <w:divBdr>
        <w:top w:val="none" w:sz="0" w:space="0" w:color="auto"/>
        <w:left w:val="none" w:sz="0" w:space="0" w:color="auto"/>
        <w:bottom w:val="none" w:sz="0" w:space="0" w:color="auto"/>
        <w:right w:val="none" w:sz="0" w:space="0" w:color="auto"/>
      </w:divBdr>
    </w:div>
    <w:div w:id="195122325">
      <w:bodyDiv w:val="1"/>
      <w:marLeft w:val="0"/>
      <w:marRight w:val="0"/>
      <w:marTop w:val="0"/>
      <w:marBottom w:val="0"/>
      <w:divBdr>
        <w:top w:val="none" w:sz="0" w:space="0" w:color="auto"/>
        <w:left w:val="none" w:sz="0" w:space="0" w:color="auto"/>
        <w:bottom w:val="none" w:sz="0" w:space="0" w:color="auto"/>
        <w:right w:val="none" w:sz="0" w:space="0" w:color="auto"/>
      </w:divBdr>
      <w:divsChild>
        <w:div w:id="499470228">
          <w:marLeft w:val="0"/>
          <w:marRight w:val="0"/>
          <w:marTop w:val="180"/>
          <w:marBottom w:val="240"/>
          <w:divBdr>
            <w:top w:val="none" w:sz="0" w:space="0" w:color="auto"/>
            <w:left w:val="none" w:sz="0" w:space="0" w:color="auto"/>
            <w:bottom w:val="none" w:sz="0" w:space="0" w:color="auto"/>
            <w:right w:val="none" w:sz="0" w:space="0" w:color="auto"/>
          </w:divBdr>
        </w:div>
      </w:divsChild>
    </w:div>
    <w:div w:id="288366550">
      <w:bodyDiv w:val="1"/>
      <w:marLeft w:val="0"/>
      <w:marRight w:val="0"/>
      <w:marTop w:val="0"/>
      <w:marBottom w:val="0"/>
      <w:divBdr>
        <w:top w:val="none" w:sz="0" w:space="0" w:color="auto"/>
        <w:left w:val="none" w:sz="0" w:space="0" w:color="auto"/>
        <w:bottom w:val="none" w:sz="0" w:space="0" w:color="auto"/>
        <w:right w:val="none" w:sz="0" w:space="0" w:color="auto"/>
      </w:divBdr>
      <w:divsChild>
        <w:div w:id="1581450299">
          <w:marLeft w:val="0"/>
          <w:marRight w:val="0"/>
          <w:marTop w:val="360"/>
          <w:marBottom w:val="180"/>
          <w:divBdr>
            <w:top w:val="none" w:sz="0" w:space="0" w:color="auto"/>
            <w:left w:val="none" w:sz="0" w:space="0" w:color="auto"/>
            <w:bottom w:val="none" w:sz="0" w:space="0" w:color="auto"/>
            <w:right w:val="none" w:sz="0" w:space="0" w:color="auto"/>
          </w:divBdr>
        </w:div>
        <w:div w:id="1277296742">
          <w:marLeft w:val="0"/>
          <w:marRight w:val="0"/>
          <w:marTop w:val="360"/>
          <w:marBottom w:val="180"/>
          <w:divBdr>
            <w:top w:val="none" w:sz="0" w:space="0" w:color="auto"/>
            <w:left w:val="none" w:sz="0" w:space="0" w:color="auto"/>
            <w:bottom w:val="none" w:sz="0" w:space="0" w:color="auto"/>
            <w:right w:val="none" w:sz="0" w:space="0" w:color="auto"/>
          </w:divBdr>
        </w:div>
        <w:div w:id="1158034223">
          <w:marLeft w:val="0"/>
          <w:marRight w:val="0"/>
          <w:marTop w:val="360"/>
          <w:marBottom w:val="180"/>
          <w:divBdr>
            <w:top w:val="none" w:sz="0" w:space="0" w:color="auto"/>
            <w:left w:val="none" w:sz="0" w:space="0" w:color="auto"/>
            <w:bottom w:val="none" w:sz="0" w:space="0" w:color="auto"/>
            <w:right w:val="none" w:sz="0" w:space="0" w:color="auto"/>
          </w:divBdr>
        </w:div>
        <w:div w:id="2137750681">
          <w:marLeft w:val="0"/>
          <w:marRight w:val="0"/>
          <w:marTop w:val="360"/>
          <w:marBottom w:val="180"/>
          <w:divBdr>
            <w:top w:val="none" w:sz="0" w:space="0" w:color="auto"/>
            <w:left w:val="none" w:sz="0" w:space="0" w:color="auto"/>
            <w:bottom w:val="none" w:sz="0" w:space="0" w:color="auto"/>
            <w:right w:val="none" w:sz="0" w:space="0" w:color="auto"/>
          </w:divBdr>
        </w:div>
        <w:div w:id="969095562">
          <w:marLeft w:val="0"/>
          <w:marRight w:val="0"/>
          <w:marTop w:val="360"/>
          <w:marBottom w:val="180"/>
          <w:divBdr>
            <w:top w:val="none" w:sz="0" w:space="0" w:color="auto"/>
            <w:left w:val="none" w:sz="0" w:space="0" w:color="auto"/>
            <w:bottom w:val="none" w:sz="0" w:space="0" w:color="auto"/>
            <w:right w:val="none" w:sz="0" w:space="0" w:color="auto"/>
          </w:divBdr>
        </w:div>
        <w:div w:id="1473209001">
          <w:marLeft w:val="0"/>
          <w:marRight w:val="0"/>
          <w:marTop w:val="360"/>
          <w:marBottom w:val="180"/>
          <w:divBdr>
            <w:top w:val="none" w:sz="0" w:space="0" w:color="auto"/>
            <w:left w:val="none" w:sz="0" w:space="0" w:color="auto"/>
            <w:bottom w:val="none" w:sz="0" w:space="0" w:color="auto"/>
            <w:right w:val="none" w:sz="0" w:space="0" w:color="auto"/>
          </w:divBdr>
        </w:div>
        <w:div w:id="589895613">
          <w:marLeft w:val="0"/>
          <w:marRight w:val="0"/>
          <w:marTop w:val="360"/>
          <w:marBottom w:val="180"/>
          <w:divBdr>
            <w:top w:val="none" w:sz="0" w:space="0" w:color="auto"/>
            <w:left w:val="none" w:sz="0" w:space="0" w:color="auto"/>
            <w:bottom w:val="none" w:sz="0" w:space="0" w:color="auto"/>
            <w:right w:val="none" w:sz="0" w:space="0" w:color="auto"/>
          </w:divBdr>
        </w:div>
      </w:divsChild>
    </w:div>
    <w:div w:id="324943309">
      <w:bodyDiv w:val="1"/>
      <w:marLeft w:val="0"/>
      <w:marRight w:val="0"/>
      <w:marTop w:val="0"/>
      <w:marBottom w:val="0"/>
      <w:divBdr>
        <w:top w:val="none" w:sz="0" w:space="0" w:color="auto"/>
        <w:left w:val="none" w:sz="0" w:space="0" w:color="auto"/>
        <w:bottom w:val="none" w:sz="0" w:space="0" w:color="auto"/>
        <w:right w:val="none" w:sz="0" w:space="0" w:color="auto"/>
      </w:divBdr>
    </w:div>
    <w:div w:id="447362181">
      <w:bodyDiv w:val="1"/>
      <w:marLeft w:val="0"/>
      <w:marRight w:val="0"/>
      <w:marTop w:val="0"/>
      <w:marBottom w:val="0"/>
      <w:divBdr>
        <w:top w:val="none" w:sz="0" w:space="0" w:color="auto"/>
        <w:left w:val="none" w:sz="0" w:space="0" w:color="auto"/>
        <w:bottom w:val="none" w:sz="0" w:space="0" w:color="auto"/>
        <w:right w:val="none" w:sz="0" w:space="0" w:color="auto"/>
      </w:divBdr>
      <w:divsChild>
        <w:div w:id="648284913">
          <w:marLeft w:val="0"/>
          <w:marRight w:val="0"/>
          <w:marTop w:val="360"/>
          <w:marBottom w:val="180"/>
          <w:divBdr>
            <w:top w:val="none" w:sz="0" w:space="0" w:color="auto"/>
            <w:left w:val="none" w:sz="0" w:space="0" w:color="auto"/>
            <w:bottom w:val="none" w:sz="0" w:space="0" w:color="auto"/>
            <w:right w:val="none" w:sz="0" w:space="0" w:color="auto"/>
          </w:divBdr>
        </w:div>
        <w:div w:id="410350773">
          <w:marLeft w:val="0"/>
          <w:marRight w:val="0"/>
          <w:marTop w:val="360"/>
          <w:marBottom w:val="180"/>
          <w:divBdr>
            <w:top w:val="none" w:sz="0" w:space="0" w:color="auto"/>
            <w:left w:val="none" w:sz="0" w:space="0" w:color="auto"/>
            <w:bottom w:val="none" w:sz="0" w:space="0" w:color="auto"/>
            <w:right w:val="none" w:sz="0" w:space="0" w:color="auto"/>
          </w:divBdr>
        </w:div>
        <w:div w:id="618150056">
          <w:marLeft w:val="0"/>
          <w:marRight w:val="0"/>
          <w:marTop w:val="360"/>
          <w:marBottom w:val="180"/>
          <w:divBdr>
            <w:top w:val="none" w:sz="0" w:space="0" w:color="auto"/>
            <w:left w:val="none" w:sz="0" w:space="0" w:color="auto"/>
            <w:bottom w:val="none" w:sz="0" w:space="0" w:color="auto"/>
            <w:right w:val="none" w:sz="0" w:space="0" w:color="auto"/>
          </w:divBdr>
        </w:div>
        <w:div w:id="1652714476">
          <w:marLeft w:val="0"/>
          <w:marRight w:val="0"/>
          <w:marTop w:val="360"/>
          <w:marBottom w:val="180"/>
          <w:divBdr>
            <w:top w:val="none" w:sz="0" w:space="0" w:color="auto"/>
            <w:left w:val="none" w:sz="0" w:space="0" w:color="auto"/>
            <w:bottom w:val="none" w:sz="0" w:space="0" w:color="auto"/>
            <w:right w:val="none" w:sz="0" w:space="0" w:color="auto"/>
          </w:divBdr>
        </w:div>
        <w:div w:id="1666006011">
          <w:marLeft w:val="0"/>
          <w:marRight w:val="0"/>
          <w:marTop w:val="360"/>
          <w:marBottom w:val="180"/>
          <w:divBdr>
            <w:top w:val="none" w:sz="0" w:space="0" w:color="auto"/>
            <w:left w:val="none" w:sz="0" w:space="0" w:color="auto"/>
            <w:bottom w:val="none" w:sz="0" w:space="0" w:color="auto"/>
            <w:right w:val="none" w:sz="0" w:space="0" w:color="auto"/>
          </w:divBdr>
        </w:div>
        <w:div w:id="1628704211">
          <w:marLeft w:val="0"/>
          <w:marRight w:val="0"/>
          <w:marTop w:val="360"/>
          <w:marBottom w:val="180"/>
          <w:divBdr>
            <w:top w:val="none" w:sz="0" w:space="0" w:color="auto"/>
            <w:left w:val="none" w:sz="0" w:space="0" w:color="auto"/>
            <w:bottom w:val="none" w:sz="0" w:space="0" w:color="auto"/>
            <w:right w:val="none" w:sz="0" w:space="0" w:color="auto"/>
          </w:divBdr>
        </w:div>
        <w:div w:id="788209364">
          <w:marLeft w:val="0"/>
          <w:marRight w:val="0"/>
          <w:marTop w:val="360"/>
          <w:marBottom w:val="180"/>
          <w:divBdr>
            <w:top w:val="none" w:sz="0" w:space="0" w:color="auto"/>
            <w:left w:val="none" w:sz="0" w:space="0" w:color="auto"/>
            <w:bottom w:val="none" w:sz="0" w:space="0" w:color="auto"/>
            <w:right w:val="none" w:sz="0" w:space="0" w:color="auto"/>
          </w:divBdr>
        </w:div>
      </w:divsChild>
    </w:div>
    <w:div w:id="700857772">
      <w:bodyDiv w:val="1"/>
      <w:marLeft w:val="0"/>
      <w:marRight w:val="0"/>
      <w:marTop w:val="0"/>
      <w:marBottom w:val="0"/>
      <w:divBdr>
        <w:top w:val="none" w:sz="0" w:space="0" w:color="auto"/>
        <w:left w:val="none" w:sz="0" w:space="0" w:color="auto"/>
        <w:bottom w:val="none" w:sz="0" w:space="0" w:color="auto"/>
        <w:right w:val="none" w:sz="0" w:space="0" w:color="auto"/>
      </w:divBdr>
    </w:div>
    <w:div w:id="781147162">
      <w:bodyDiv w:val="1"/>
      <w:marLeft w:val="0"/>
      <w:marRight w:val="0"/>
      <w:marTop w:val="0"/>
      <w:marBottom w:val="0"/>
      <w:divBdr>
        <w:top w:val="none" w:sz="0" w:space="0" w:color="auto"/>
        <w:left w:val="none" w:sz="0" w:space="0" w:color="auto"/>
        <w:bottom w:val="none" w:sz="0" w:space="0" w:color="auto"/>
        <w:right w:val="none" w:sz="0" w:space="0" w:color="auto"/>
      </w:divBdr>
      <w:divsChild>
        <w:div w:id="1483041956">
          <w:marLeft w:val="0"/>
          <w:marRight w:val="0"/>
          <w:marTop w:val="360"/>
          <w:marBottom w:val="180"/>
          <w:divBdr>
            <w:top w:val="none" w:sz="0" w:space="0" w:color="auto"/>
            <w:left w:val="none" w:sz="0" w:space="0" w:color="auto"/>
            <w:bottom w:val="none" w:sz="0" w:space="0" w:color="auto"/>
            <w:right w:val="none" w:sz="0" w:space="0" w:color="auto"/>
          </w:divBdr>
        </w:div>
        <w:div w:id="1467895970">
          <w:marLeft w:val="0"/>
          <w:marRight w:val="0"/>
          <w:marTop w:val="360"/>
          <w:marBottom w:val="180"/>
          <w:divBdr>
            <w:top w:val="none" w:sz="0" w:space="0" w:color="auto"/>
            <w:left w:val="none" w:sz="0" w:space="0" w:color="auto"/>
            <w:bottom w:val="none" w:sz="0" w:space="0" w:color="auto"/>
            <w:right w:val="none" w:sz="0" w:space="0" w:color="auto"/>
          </w:divBdr>
        </w:div>
        <w:div w:id="353727651">
          <w:marLeft w:val="0"/>
          <w:marRight w:val="0"/>
          <w:marTop w:val="360"/>
          <w:marBottom w:val="180"/>
          <w:divBdr>
            <w:top w:val="none" w:sz="0" w:space="0" w:color="auto"/>
            <w:left w:val="none" w:sz="0" w:space="0" w:color="auto"/>
            <w:bottom w:val="none" w:sz="0" w:space="0" w:color="auto"/>
            <w:right w:val="none" w:sz="0" w:space="0" w:color="auto"/>
          </w:divBdr>
        </w:div>
        <w:div w:id="1960184898">
          <w:marLeft w:val="0"/>
          <w:marRight w:val="0"/>
          <w:marTop w:val="360"/>
          <w:marBottom w:val="180"/>
          <w:divBdr>
            <w:top w:val="none" w:sz="0" w:space="0" w:color="auto"/>
            <w:left w:val="none" w:sz="0" w:space="0" w:color="auto"/>
            <w:bottom w:val="none" w:sz="0" w:space="0" w:color="auto"/>
            <w:right w:val="none" w:sz="0" w:space="0" w:color="auto"/>
          </w:divBdr>
        </w:div>
        <w:div w:id="368652649">
          <w:marLeft w:val="0"/>
          <w:marRight w:val="0"/>
          <w:marTop w:val="360"/>
          <w:marBottom w:val="180"/>
          <w:divBdr>
            <w:top w:val="none" w:sz="0" w:space="0" w:color="auto"/>
            <w:left w:val="none" w:sz="0" w:space="0" w:color="auto"/>
            <w:bottom w:val="none" w:sz="0" w:space="0" w:color="auto"/>
            <w:right w:val="none" w:sz="0" w:space="0" w:color="auto"/>
          </w:divBdr>
        </w:div>
        <w:div w:id="499925753">
          <w:marLeft w:val="0"/>
          <w:marRight w:val="0"/>
          <w:marTop w:val="360"/>
          <w:marBottom w:val="180"/>
          <w:divBdr>
            <w:top w:val="none" w:sz="0" w:space="0" w:color="auto"/>
            <w:left w:val="none" w:sz="0" w:space="0" w:color="auto"/>
            <w:bottom w:val="none" w:sz="0" w:space="0" w:color="auto"/>
            <w:right w:val="none" w:sz="0" w:space="0" w:color="auto"/>
          </w:divBdr>
        </w:div>
        <w:div w:id="1594897131">
          <w:marLeft w:val="0"/>
          <w:marRight w:val="0"/>
          <w:marTop w:val="360"/>
          <w:marBottom w:val="180"/>
          <w:divBdr>
            <w:top w:val="none" w:sz="0" w:space="0" w:color="auto"/>
            <w:left w:val="none" w:sz="0" w:space="0" w:color="auto"/>
            <w:bottom w:val="none" w:sz="0" w:space="0" w:color="auto"/>
            <w:right w:val="none" w:sz="0" w:space="0" w:color="auto"/>
          </w:divBdr>
        </w:div>
      </w:divsChild>
    </w:div>
    <w:div w:id="798106819">
      <w:bodyDiv w:val="1"/>
      <w:marLeft w:val="0"/>
      <w:marRight w:val="0"/>
      <w:marTop w:val="0"/>
      <w:marBottom w:val="0"/>
      <w:divBdr>
        <w:top w:val="none" w:sz="0" w:space="0" w:color="auto"/>
        <w:left w:val="none" w:sz="0" w:space="0" w:color="auto"/>
        <w:bottom w:val="none" w:sz="0" w:space="0" w:color="auto"/>
        <w:right w:val="none" w:sz="0" w:space="0" w:color="auto"/>
      </w:divBdr>
    </w:div>
    <w:div w:id="851191418">
      <w:bodyDiv w:val="1"/>
      <w:marLeft w:val="0"/>
      <w:marRight w:val="0"/>
      <w:marTop w:val="0"/>
      <w:marBottom w:val="0"/>
      <w:divBdr>
        <w:top w:val="none" w:sz="0" w:space="0" w:color="auto"/>
        <w:left w:val="none" w:sz="0" w:space="0" w:color="auto"/>
        <w:bottom w:val="none" w:sz="0" w:space="0" w:color="auto"/>
        <w:right w:val="none" w:sz="0" w:space="0" w:color="auto"/>
      </w:divBdr>
    </w:div>
    <w:div w:id="889611006">
      <w:bodyDiv w:val="1"/>
      <w:marLeft w:val="0"/>
      <w:marRight w:val="0"/>
      <w:marTop w:val="0"/>
      <w:marBottom w:val="0"/>
      <w:divBdr>
        <w:top w:val="none" w:sz="0" w:space="0" w:color="auto"/>
        <w:left w:val="none" w:sz="0" w:space="0" w:color="auto"/>
        <w:bottom w:val="none" w:sz="0" w:space="0" w:color="auto"/>
        <w:right w:val="none" w:sz="0" w:space="0" w:color="auto"/>
      </w:divBdr>
    </w:div>
    <w:div w:id="911425207">
      <w:bodyDiv w:val="1"/>
      <w:marLeft w:val="0"/>
      <w:marRight w:val="0"/>
      <w:marTop w:val="0"/>
      <w:marBottom w:val="0"/>
      <w:divBdr>
        <w:top w:val="none" w:sz="0" w:space="0" w:color="auto"/>
        <w:left w:val="none" w:sz="0" w:space="0" w:color="auto"/>
        <w:bottom w:val="none" w:sz="0" w:space="0" w:color="auto"/>
        <w:right w:val="none" w:sz="0" w:space="0" w:color="auto"/>
      </w:divBdr>
    </w:div>
    <w:div w:id="973372689">
      <w:bodyDiv w:val="1"/>
      <w:marLeft w:val="0"/>
      <w:marRight w:val="0"/>
      <w:marTop w:val="0"/>
      <w:marBottom w:val="0"/>
      <w:divBdr>
        <w:top w:val="none" w:sz="0" w:space="0" w:color="auto"/>
        <w:left w:val="none" w:sz="0" w:space="0" w:color="auto"/>
        <w:bottom w:val="none" w:sz="0" w:space="0" w:color="auto"/>
        <w:right w:val="none" w:sz="0" w:space="0" w:color="auto"/>
      </w:divBdr>
    </w:div>
    <w:div w:id="986468631">
      <w:bodyDiv w:val="1"/>
      <w:marLeft w:val="0"/>
      <w:marRight w:val="0"/>
      <w:marTop w:val="0"/>
      <w:marBottom w:val="0"/>
      <w:divBdr>
        <w:top w:val="none" w:sz="0" w:space="0" w:color="auto"/>
        <w:left w:val="none" w:sz="0" w:space="0" w:color="auto"/>
        <w:bottom w:val="none" w:sz="0" w:space="0" w:color="auto"/>
        <w:right w:val="none" w:sz="0" w:space="0" w:color="auto"/>
      </w:divBdr>
    </w:div>
    <w:div w:id="1029642344">
      <w:bodyDiv w:val="1"/>
      <w:marLeft w:val="0"/>
      <w:marRight w:val="0"/>
      <w:marTop w:val="0"/>
      <w:marBottom w:val="0"/>
      <w:divBdr>
        <w:top w:val="none" w:sz="0" w:space="0" w:color="auto"/>
        <w:left w:val="none" w:sz="0" w:space="0" w:color="auto"/>
        <w:bottom w:val="none" w:sz="0" w:space="0" w:color="auto"/>
        <w:right w:val="none" w:sz="0" w:space="0" w:color="auto"/>
      </w:divBdr>
    </w:div>
    <w:div w:id="1151630583">
      <w:bodyDiv w:val="1"/>
      <w:marLeft w:val="0"/>
      <w:marRight w:val="0"/>
      <w:marTop w:val="0"/>
      <w:marBottom w:val="0"/>
      <w:divBdr>
        <w:top w:val="none" w:sz="0" w:space="0" w:color="auto"/>
        <w:left w:val="none" w:sz="0" w:space="0" w:color="auto"/>
        <w:bottom w:val="none" w:sz="0" w:space="0" w:color="auto"/>
        <w:right w:val="none" w:sz="0" w:space="0" w:color="auto"/>
      </w:divBdr>
      <w:divsChild>
        <w:div w:id="1842426307">
          <w:marLeft w:val="0"/>
          <w:marRight w:val="0"/>
          <w:marTop w:val="360"/>
          <w:marBottom w:val="180"/>
          <w:divBdr>
            <w:top w:val="none" w:sz="0" w:space="0" w:color="auto"/>
            <w:left w:val="none" w:sz="0" w:space="0" w:color="auto"/>
            <w:bottom w:val="none" w:sz="0" w:space="0" w:color="auto"/>
            <w:right w:val="none" w:sz="0" w:space="0" w:color="auto"/>
          </w:divBdr>
        </w:div>
        <w:div w:id="1018851995">
          <w:marLeft w:val="0"/>
          <w:marRight w:val="0"/>
          <w:marTop w:val="360"/>
          <w:marBottom w:val="180"/>
          <w:divBdr>
            <w:top w:val="none" w:sz="0" w:space="0" w:color="auto"/>
            <w:left w:val="none" w:sz="0" w:space="0" w:color="auto"/>
            <w:bottom w:val="none" w:sz="0" w:space="0" w:color="auto"/>
            <w:right w:val="none" w:sz="0" w:space="0" w:color="auto"/>
          </w:divBdr>
        </w:div>
        <w:div w:id="1384017600">
          <w:marLeft w:val="0"/>
          <w:marRight w:val="0"/>
          <w:marTop w:val="360"/>
          <w:marBottom w:val="180"/>
          <w:divBdr>
            <w:top w:val="none" w:sz="0" w:space="0" w:color="auto"/>
            <w:left w:val="none" w:sz="0" w:space="0" w:color="auto"/>
            <w:bottom w:val="none" w:sz="0" w:space="0" w:color="auto"/>
            <w:right w:val="none" w:sz="0" w:space="0" w:color="auto"/>
          </w:divBdr>
        </w:div>
        <w:div w:id="1883862963">
          <w:marLeft w:val="0"/>
          <w:marRight w:val="0"/>
          <w:marTop w:val="360"/>
          <w:marBottom w:val="180"/>
          <w:divBdr>
            <w:top w:val="none" w:sz="0" w:space="0" w:color="auto"/>
            <w:left w:val="none" w:sz="0" w:space="0" w:color="auto"/>
            <w:bottom w:val="none" w:sz="0" w:space="0" w:color="auto"/>
            <w:right w:val="none" w:sz="0" w:space="0" w:color="auto"/>
          </w:divBdr>
        </w:div>
        <w:div w:id="326249193">
          <w:marLeft w:val="0"/>
          <w:marRight w:val="0"/>
          <w:marTop w:val="360"/>
          <w:marBottom w:val="180"/>
          <w:divBdr>
            <w:top w:val="none" w:sz="0" w:space="0" w:color="auto"/>
            <w:left w:val="none" w:sz="0" w:space="0" w:color="auto"/>
            <w:bottom w:val="none" w:sz="0" w:space="0" w:color="auto"/>
            <w:right w:val="none" w:sz="0" w:space="0" w:color="auto"/>
          </w:divBdr>
        </w:div>
        <w:div w:id="1368679489">
          <w:marLeft w:val="0"/>
          <w:marRight w:val="0"/>
          <w:marTop w:val="360"/>
          <w:marBottom w:val="180"/>
          <w:divBdr>
            <w:top w:val="none" w:sz="0" w:space="0" w:color="auto"/>
            <w:left w:val="none" w:sz="0" w:space="0" w:color="auto"/>
            <w:bottom w:val="none" w:sz="0" w:space="0" w:color="auto"/>
            <w:right w:val="none" w:sz="0" w:space="0" w:color="auto"/>
          </w:divBdr>
        </w:div>
        <w:div w:id="2140415831">
          <w:marLeft w:val="0"/>
          <w:marRight w:val="0"/>
          <w:marTop w:val="360"/>
          <w:marBottom w:val="180"/>
          <w:divBdr>
            <w:top w:val="none" w:sz="0" w:space="0" w:color="auto"/>
            <w:left w:val="none" w:sz="0" w:space="0" w:color="auto"/>
            <w:bottom w:val="none" w:sz="0" w:space="0" w:color="auto"/>
            <w:right w:val="none" w:sz="0" w:space="0" w:color="auto"/>
          </w:divBdr>
        </w:div>
      </w:divsChild>
    </w:div>
    <w:div w:id="1155953844">
      <w:bodyDiv w:val="1"/>
      <w:marLeft w:val="0"/>
      <w:marRight w:val="0"/>
      <w:marTop w:val="0"/>
      <w:marBottom w:val="0"/>
      <w:divBdr>
        <w:top w:val="none" w:sz="0" w:space="0" w:color="auto"/>
        <w:left w:val="none" w:sz="0" w:space="0" w:color="auto"/>
        <w:bottom w:val="none" w:sz="0" w:space="0" w:color="auto"/>
        <w:right w:val="none" w:sz="0" w:space="0" w:color="auto"/>
      </w:divBdr>
    </w:div>
    <w:div w:id="1173304809">
      <w:bodyDiv w:val="1"/>
      <w:marLeft w:val="0"/>
      <w:marRight w:val="0"/>
      <w:marTop w:val="0"/>
      <w:marBottom w:val="0"/>
      <w:divBdr>
        <w:top w:val="none" w:sz="0" w:space="0" w:color="auto"/>
        <w:left w:val="none" w:sz="0" w:space="0" w:color="auto"/>
        <w:bottom w:val="none" w:sz="0" w:space="0" w:color="auto"/>
        <w:right w:val="none" w:sz="0" w:space="0" w:color="auto"/>
      </w:divBdr>
      <w:divsChild>
        <w:div w:id="1059596116">
          <w:marLeft w:val="0"/>
          <w:marRight w:val="0"/>
          <w:marTop w:val="360"/>
          <w:marBottom w:val="180"/>
          <w:divBdr>
            <w:top w:val="none" w:sz="0" w:space="0" w:color="auto"/>
            <w:left w:val="none" w:sz="0" w:space="0" w:color="auto"/>
            <w:bottom w:val="none" w:sz="0" w:space="0" w:color="auto"/>
            <w:right w:val="none" w:sz="0" w:space="0" w:color="auto"/>
          </w:divBdr>
        </w:div>
        <w:div w:id="510604331">
          <w:marLeft w:val="0"/>
          <w:marRight w:val="0"/>
          <w:marTop w:val="360"/>
          <w:marBottom w:val="180"/>
          <w:divBdr>
            <w:top w:val="none" w:sz="0" w:space="0" w:color="auto"/>
            <w:left w:val="none" w:sz="0" w:space="0" w:color="auto"/>
            <w:bottom w:val="none" w:sz="0" w:space="0" w:color="auto"/>
            <w:right w:val="none" w:sz="0" w:space="0" w:color="auto"/>
          </w:divBdr>
        </w:div>
        <w:div w:id="681010517">
          <w:marLeft w:val="0"/>
          <w:marRight w:val="0"/>
          <w:marTop w:val="360"/>
          <w:marBottom w:val="180"/>
          <w:divBdr>
            <w:top w:val="none" w:sz="0" w:space="0" w:color="auto"/>
            <w:left w:val="none" w:sz="0" w:space="0" w:color="auto"/>
            <w:bottom w:val="none" w:sz="0" w:space="0" w:color="auto"/>
            <w:right w:val="none" w:sz="0" w:space="0" w:color="auto"/>
          </w:divBdr>
        </w:div>
        <w:div w:id="1987121739">
          <w:marLeft w:val="0"/>
          <w:marRight w:val="0"/>
          <w:marTop w:val="360"/>
          <w:marBottom w:val="180"/>
          <w:divBdr>
            <w:top w:val="none" w:sz="0" w:space="0" w:color="auto"/>
            <w:left w:val="none" w:sz="0" w:space="0" w:color="auto"/>
            <w:bottom w:val="none" w:sz="0" w:space="0" w:color="auto"/>
            <w:right w:val="none" w:sz="0" w:space="0" w:color="auto"/>
          </w:divBdr>
        </w:div>
        <w:div w:id="1896506074">
          <w:marLeft w:val="0"/>
          <w:marRight w:val="0"/>
          <w:marTop w:val="360"/>
          <w:marBottom w:val="180"/>
          <w:divBdr>
            <w:top w:val="none" w:sz="0" w:space="0" w:color="auto"/>
            <w:left w:val="none" w:sz="0" w:space="0" w:color="auto"/>
            <w:bottom w:val="none" w:sz="0" w:space="0" w:color="auto"/>
            <w:right w:val="none" w:sz="0" w:space="0" w:color="auto"/>
          </w:divBdr>
        </w:div>
        <w:div w:id="146677067">
          <w:marLeft w:val="0"/>
          <w:marRight w:val="0"/>
          <w:marTop w:val="360"/>
          <w:marBottom w:val="180"/>
          <w:divBdr>
            <w:top w:val="none" w:sz="0" w:space="0" w:color="auto"/>
            <w:left w:val="none" w:sz="0" w:space="0" w:color="auto"/>
            <w:bottom w:val="none" w:sz="0" w:space="0" w:color="auto"/>
            <w:right w:val="none" w:sz="0" w:space="0" w:color="auto"/>
          </w:divBdr>
        </w:div>
        <w:div w:id="171527271">
          <w:marLeft w:val="0"/>
          <w:marRight w:val="0"/>
          <w:marTop w:val="360"/>
          <w:marBottom w:val="180"/>
          <w:divBdr>
            <w:top w:val="none" w:sz="0" w:space="0" w:color="auto"/>
            <w:left w:val="none" w:sz="0" w:space="0" w:color="auto"/>
            <w:bottom w:val="none" w:sz="0" w:space="0" w:color="auto"/>
            <w:right w:val="none" w:sz="0" w:space="0" w:color="auto"/>
          </w:divBdr>
        </w:div>
      </w:divsChild>
    </w:div>
    <w:div w:id="1220823450">
      <w:bodyDiv w:val="1"/>
      <w:marLeft w:val="0"/>
      <w:marRight w:val="0"/>
      <w:marTop w:val="0"/>
      <w:marBottom w:val="0"/>
      <w:divBdr>
        <w:top w:val="none" w:sz="0" w:space="0" w:color="auto"/>
        <w:left w:val="none" w:sz="0" w:space="0" w:color="auto"/>
        <w:bottom w:val="none" w:sz="0" w:space="0" w:color="auto"/>
        <w:right w:val="none" w:sz="0" w:space="0" w:color="auto"/>
      </w:divBdr>
    </w:div>
    <w:div w:id="1222402689">
      <w:bodyDiv w:val="1"/>
      <w:marLeft w:val="0"/>
      <w:marRight w:val="0"/>
      <w:marTop w:val="0"/>
      <w:marBottom w:val="0"/>
      <w:divBdr>
        <w:top w:val="none" w:sz="0" w:space="0" w:color="auto"/>
        <w:left w:val="none" w:sz="0" w:space="0" w:color="auto"/>
        <w:bottom w:val="none" w:sz="0" w:space="0" w:color="auto"/>
        <w:right w:val="none" w:sz="0" w:space="0" w:color="auto"/>
      </w:divBdr>
      <w:divsChild>
        <w:div w:id="1419862939">
          <w:marLeft w:val="0"/>
          <w:marRight w:val="0"/>
          <w:marTop w:val="180"/>
          <w:marBottom w:val="240"/>
          <w:divBdr>
            <w:top w:val="none" w:sz="0" w:space="0" w:color="auto"/>
            <w:left w:val="none" w:sz="0" w:space="0" w:color="auto"/>
            <w:bottom w:val="none" w:sz="0" w:space="0" w:color="auto"/>
            <w:right w:val="none" w:sz="0" w:space="0" w:color="auto"/>
          </w:divBdr>
        </w:div>
      </w:divsChild>
    </w:div>
    <w:div w:id="1330210722">
      <w:bodyDiv w:val="1"/>
      <w:marLeft w:val="0"/>
      <w:marRight w:val="0"/>
      <w:marTop w:val="0"/>
      <w:marBottom w:val="0"/>
      <w:divBdr>
        <w:top w:val="none" w:sz="0" w:space="0" w:color="auto"/>
        <w:left w:val="none" w:sz="0" w:space="0" w:color="auto"/>
        <w:bottom w:val="none" w:sz="0" w:space="0" w:color="auto"/>
        <w:right w:val="none" w:sz="0" w:space="0" w:color="auto"/>
      </w:divBdr>
    </w:div>
    <w:div w:id="1344165061">
      <w:bodyDiv w:val="1"/>
      <w:marLeft w:val="0"/>
      <w:marRight w:val="0"/>
      <w:marTop w:val="0"/>
      <w:marBottom w:val="0"/>
      <w:divBdr>
        <w:top w:val="none" w:sz="0" w:space="0" w:color="auto"/>
        <w:left w:val="none" w:sz="0" w:space="0" w:color="auto"/>
        <w:bottom w:val="none" w:sz="0" w:space="0" w:color="auto"/>
        <w:right w:val="none" w:sz="0" w:space="0" w:color="auto"/>
      </w:divBdr>
    </w:div>
    <w:div w:id="1429038769">
      <w:bodyDiv w:val="1"/>
      <w:marLeft w:val="0"/>
      <w:marRight w:val="0"/>
      <w:marTop w:val="0"/>
      <w:marBottom w:val="0"/>
      <w:divBdr>
        <w:top w:val="none" w:sz="0" w:space="0" w:color="auto"/>
        <w:left w:val="none" w:sz="0" w:space="0" w:color="auto"/>
        <w:bottom w:val="none" w:sz="0" w:space="0" w:color="auto"/>
        <w:right w:val="none" w:sz="0" w:space="0" w:color="auto"/>
      </w:divBdr>
      <w:divsChild>
        <w:div w:id="1026368680">
          <w:marLeft w:val="0"/>
          <w:marRight w:val="0"/>
          <w:marTop w:val="360"/>
          <w:marBottom w:val="180"/>
          <w:divBdr>
            <w:top w:val="none" w:sz="0" w:space="0" w:color="auto"/>
            <w:left w:val="none" w:sz="0" w:space="0" w:color="auto"/>
            <w:bottom w:val="none" w:sz="0" w:space="0" w:color="auto"/>
            <w:right w:val="none" w:sz="0" w:space="0" w:color="auto"/>
          </w:divBdr>
        </w:div>
        <w:div w:id="78140436">
          <w:marLeft w:val="0"/>
          <w:marRight w:val="0"/>
          <w:marTop w:val="360"/>
          <w:marBottom w:val="180"/>
          <w:divBdr>
            <w:top w:val="none" w:sz="0" w:space="0" w:color="auto"/>
            <w:left w:val="none" w:sz="0" w:space="0" w:color="auto"/>
            <w:bottom w:val="none" w:sz="0" w:space="0" w:color="auto"/>
            <w:right w:val="none" w:sz="0" w:space="0" w:color="auto"/>
          </w:divBdr>
        </w:div>
        <w:div w:id="1497038956">
          <w:marLeft w:val="0"/>
          <w:marRight w:val="0"/>
          <w:marTop w:val="360"/>
          <w:marBottom w:val="180"/>
          <w:divBdr>
            <w:top w:val="none" w:sz="0" w:space="0" w:color="auto"/>
            <w:left w:val="none" w:sz="0" w:space="0" w:color="auto"/>
            <w:bottom w:val="none" w:sz="0" w:space="0" w:color="auto"/>
            <w:right w:val="none" w:sz="0" w:space="0" w:color="auto"/>
          </w:divBdr>
        </w:div>
        <w:div w:id="269751511">
          <w:marLeft w:val="0"/>
          <w:marRight w:val="0"/>
          <w:marTop w:val="360"/>
          <w:marBottom w:val="180"/>
          <w:divBdr>
            <w:top w:val="none" w:sz="0" w:space="0" w:color="auto"/>
            <w:left w:val="none" w:sz="0" w:space="0" w:color="auto"/>
            <w:bottom w:val="none" w:sz="0" w:space="0" w:color="auto"/>
            <w:right w:val="none" w:sz="0" w:space="0" w:color="auto"/>
          </w:divBdr>
        </w:div>
        <w:div w:id="2015498957">
          <w:marLeft w:val="0"/>
          <w:marRight w:val="0"/>
          <w:marTop w:val="360"/>
          <w:marBottom w:val="180"/>
          <w:divBdr>
            <w:top w:val="none" w:sz="0" w:space="0" w:color="auto"/>
            <w:left w:val="none" w:sz="0" w:space="0" w:color="auto"/>
            <w:bottom w:val="none" w:sz="0" w:space="0" w:color="auto"/>
            <w:right w:val="none" w:sz="0" w:space="0" w:color="auto"/>
          </w:divBdr>
        </w:div>
        <w:div w:id="1177883218">
          <w:marLeft w:val="0"/>
          <w:marRight w:val="0"/>
          <w:marTop w:val="360"/>
          <w:marBottom w:val="180"/>
          <w:divBdr>
            <w:top w:val="none" w:sz="0" w:space="0" w:color="auto"/>
            <w:left w:val="none" w:sz="0" w:space="0" w:color="auto"/>
            <w:bottom w:val="none" w:sz="0" w:space="0" w:color="auto"/>
            <w:right w:val="none" w:sz="0" w:space="0" w:color="auto"/>
          </w:divBdr>
        </w:div>
        <w:div w:id="490171093">
          <w:marLeft w:val="0"/>
          <w:marRight w:val="0"/>
          <w:marTop w:val="360"/>
          <w:marBottom w:val="180"/>
          <w:divBdr>
            <w:top w:val="none" w:sz="0" w:space="0" w:color="auto"/>
            <w:left w:val="none" w:sz="0" w:space="0" w:color="auto"/>
            <w:bottom w:val="none" w:sz="0" w:space="0" w:color="auto"/>
            <w:right w:val="none" w:sz="0" w:space="0" w:color="auto"/>
          </w:divBdr>
        </w:div>
      </w:divsChild>
    </w:div>
    <w:div w:id="1474634985">
      <w:bodyDiv w:val="1"/>
      <w:marLeft w:val="0"/>
      <w:marRight w:val="0"/>
      <w:marTop w:val="0"/>
      <w:marBottom w:val="0"/>
      <w:divBdr>
        <w:top w:val="none" w:sz="0" w:space="0" w:color="auto"/>
        <w:left w:val="none" w:sz="0" w:space="0" w:color="auto"/>
        <w:bottom w:val="none" w:sz="0" w:space="0" w:color="auto"/>
        <w:right w:val="none" w:sz="0" w:space="0" w:color="auto"/>
      </w:divBdr>
    </w:div>
    <w:div w:id="1506673448">
      <w:bodyDiv w:val="1"/>
      <w:marLeft w:val="0"/>
      <w:marRight w:val="0"/>
      <w:marTop w:val="0"/>
      <w:marBottom w:val="0"/>
      <w:divBdr>
        <w:top w:val="none" w:sz="0" w:space="0" w:color="auto"/>
        <w:left w:val="none" w:sz="0" w:space="0" w:color="auto"/>
        <w:bottom w:val="none" w:sz="0" w:space="0" w:color="auto"/>
        <w:right w:val="none" w:sz="0" w:space="0" w:color="auto"/>
      </w:divBdr>
    </w:div>
    <w:div w:id="1520848400">
      <w:bodyDiv w:val="1"/>
      <w:marLeft w:val="0"/>
      <w:marRight w:val="0"/>
      <w:marTop w:val="0"/>
      <w:marBottom w:val="0"/>
      <w:divBdr>
        <w:top w:val="none" w:sz="0" w:space="0" w:color="auto"/>
        <w:left w:val="none" w:sz="0" w:space="0" w:color="auto"/>
        <w:bottom w:val="none" w:sz="0" w:space="0" w:color="auto"/>
        <w:right w:val="none" w:sz="0" w:space="0" w:color="auto"/>
      </w:divBdr>
    </w:div>
    <w:div w:id="1625843435">
      <w:bodyDiv w:val="1"/>
      <w:marLeft w:val="0"/>
      <w:marRight w:val="0"/>
      <w:marTop w:val="0"/>
      <w:marBottom w:val="0"/>
      <w:divBdr>
        <w:top w:val="none" w:sz="0" w:space="0" w:color="auto"/>
        <w:left w:val="none" w:sz="0" w:space="0" w:color="auto"/>
        <w:bottom w:val="none" w:sz="0" w:space="0" w:color="auto"/>
        <w:right w:val="none" w:sz="0" w:space="0" w:color="auto"/>
      </w:divBdr>
    </w:div>
    <w:div w:id="1678772519">
      <w:bodyDiv w:val="1"/>
      <w:marLeft w:val="0"/>
      <w:marRight w:val="0"/>
      <w:marTop w:val="0"/>
      <w:marBottom w:val="0"/>
      <w:divBdr>
        <w:top w:val="none" w:sz="0" w:space="0" w:color="auto"/>
        <w:left w:val="none" w:sz="0" w:space="0" w:color="auto"/>
        <w:bottom w:val="none" w:sz="0" w:space="0" w:color="auto"/>
        <w:right w:val="none" w:sz="0" w:space="0" w:color="auto"/>
      </w:divBdr>
    </w:div>
    <w:div w:id="1731153698">
      <w:bodyDiv w:val="1"/>
      <w:marLeft w:val="0"/>
      <w:marRight w:val="0"/>
      <w:marTop w:val="0"/>
      <w:marBottom w:val="0"/>
      <w:divBdr>
        <w:top w:val="none" w:sz="0" w:space="0" w:color="auto"/>
        <w:left w:val="none" w:sz="0" w:space="0" w:color="auto"/>
        <w:bottom w:val="none" w:sz="0" w:space="0" w:color="auto"/>
        <w:right w:val="none" w:sz="0" w:space="0" w:color="auto"/>
      </w:divBdr>
    </w:div>
    <w:div w:id="1786805206">
      <w:bodyDiv w:val="1"/>
      <w:marLeft w:val="0"/>
      <w:marRight w:val="0"/>
      <w:marTop w:val="0"/>
      <w:marBottom w:val="0"/>
      <w:divBdr>
        <w:top w:val="none" w:sz="0" w:space="0" w:color="auto"/>
        <w:left w:val="none" w:sz="0" w:space="0" w:color="auto"/>
        <w:bottom w:val="none" w:sz="0" w:space="0" w:color="auto"/>
        <w:right w:val="none" w:sz="0" w:space="0" w:color="auto"/>
      </w:divBdr>
      <w:divsChild>
        <w:div w:id="818495720">
          <w:marLeft w:val="0"/>
          <w:marRight w:val="0"/>
          <w:marTop w:val="360"/>
          <w:marBottom w:val="180"/>
          <w:divBdr>
            <w:top w:val="none" w:sz="0" w:space="0" w:color="auto"/>
            <w:left w:val="none" w:sz="0" w:space="0" w:color="auto"/>
            <w:bottom w:val="none" w:sz="0" w:space="0" w:color="auto"/>
            <w:right w:val="none" w:sz="0" w:space="0" w:color="auto"/>
          </w:divBdr>
        </w:div>
        <w:div w:id="750859070">
          <w:marLeft w:val="0"/>
          <w:marRight w:val="0"/>
          <w:marTop w:val="360"/>
          <w:marBottom w:val="180"/>
          <w:divBdr>
            <w:top w:val="none" w:sz="0" w:space="0" w:color="auto"/>
            <w:left w:val="none" w:sz="0" w:space="0" w:color="auto"/>
            <w:bottom w:val="none" w:sz="0" w:space="0" w:color="auto"/>
            <w:right w:val="none" w:sz="0" w:space="0" w:color="auto"/>
          </w:divBdr>
        </w:div>
        <w:div w:id="1282805112">
          <w:marLeft w:val="0"/>
          <w:marRight w:val="0"/>
          <w:marTop w:val="360"/>
          <w:marBottom w:val="180"/>
          <w:divBdr>
            <w:top w:val="none" w:sz="0" w:space="0" w:color="auto"/>
            <w:left w:val="none" w:sz="0" w:space="0" w:color="auto"/>
            <w:bottom w:val="none" w:sz="0" w:space="0" w:color="auto"/>
            <w:right w:val="none" w:sz="0" w:space="0" w:color="auto"/>
          </w:divBdr>
        </w:div>
        <w:div w:id="1793203600">
          <w:marLeft w:val="0"/>
          <w:marRight w:val="0"/>
          <w:marTop w:val="360"/>
          <w:marBottom w:val="180"/>
          <w:divBdr>
            <w:top w:val="none" w:sz="0" w:space="0" w:color="auto"/>
            <w:left w:val="none" w:sz="0" w:space="0" w:color="auto"/>
            <w:bottom w:val="none" w:sz="0" w:space="0" w:color="auto"/>
            <w:right w:val="none" w:sz="0" w:space="0" w:color="auto"/>
          </w:divBdr>
        </w:div>
        <w:div w:id="671570486">
          <w:marLeft w:val="0"/>
          <w:marRight w:val="0"/>
          <w:marTop w:val="360"/>
          <w:marBottom w:val="180"/>
          <w:divBdr>
            <w:top w:val="none" w:sz="0" w:space="0" w:color="auto"/>
            <w:left w:val="none" w:sz="0" w:space="0" w:color="auto"/>
            <w:bottom w:val="none" w:sz="0" w:space="0" w:color="auto"/>
            <w:right w:val="none" w:sz="0" w:space="0" w:color="auto"/>
          </w:divBdr>
        </w:div>
        <w:div w:id="2041586781">
          <w:marLeft w:val="0"/>
          <w:marRight w:val="0"/>
          <w:marTop w:val="360"/>
          <w:marBottom w:val="180"/>
          <w:divBdr>
            <w:top w:val="none" w:sz="0" w:space="0" w:color="auto"/>
            <w:left w:val="none" w:sz="0" w:space="0" w:color="auto"/>
            <w:bottom w:val="none" w:sz="0" w:space="0" w:color="auto"/>
            <w:right w:val="none" w:sz="0" w:space="0" w:color="auto"/>
          </w:divBdr>
        </w:div>
        <w:div w:id="467018953">
          <w:marLeft w:val="0"/>
          <w:marRight w:val="0"/>
          <w:marTop w:val="360"/>
          <w:marBottom w:val="180"/>
          <w:divBdr>
            <w:top w:val="none" w:sz="0" w:space="0" w:color="auto"/>
            <w:left w:val="none" w:sz="0" w:space="0" w:color="auto"/>
            <w:bottom w:val="none" w:sz="0" w:space="0" w:color="auto"/>
            <w:right w:val="none" w:sz="0" w:space="0" w:color="auto"/>
          </w:divBdr>
        </w:div>
      </w:divsChild>
    </w:div>
    <w:div w:id="1787888247">
      <w:bodyDiv w:val="1"/>
      <w:marLeft w:val="0"/>
      <w:marRight w:val="0"/>
      <w:marTop w:val="0"/>
      <w:marBottom w:val="0"/>
      <w:divBdr>
        <w:top w:val="none" w:sz="0" w:space="0" w:color="auto"/>
        <w:left w:val="none" w:sz="0" w:space="0" w:color="auto"/>
        <w:bottom w:val="none" w:sz="0" w:space="0" w:color="auto"/>
        <w:right w:val="none" w:sz="0" w:space="0" w:color="auto"/>
      </w:divBdr>
    </w:div>
    <w:div w:id="1800029888">
      <w:bodyDiv w:val="1"/>
      <w:marLeft w:val="0"/>
      <w:marRight w:val="0"/>
      <w:marTop w:val="0"/>
      <w:marBottom w:val="0"/>
      <w:divBdr>
        <w:top w:val="none" w:sz="0" w:space="0" w:color="auto"/>
        <w:left w:val="none" w:sz="0" w:space="0" w:color="auto"/>
        <w:bottom w:val="none" w:sz="0" w:space="0" w:color="auto"/>
        <w:right w:val="none" w:sz="0" w:space="0" w:color="auto"/>
      </w:divBdr>
      <w:divsChild>
        <w:div w:id="1331132197">
          <w:marLeft w:val="0"/>
          <w:marRight w:val="0"/>
          <w:marTop w:val="360"/>
          <w:marBottom w:val="180"/>
          <w:divBdr>
            <w:top w:val="none" w:sz="0" w:space="0" w:color="auto"/>
            <w:left w:val="none" w:sz="0" w:space="0" w:color="auto"/>
            <w:bottom w:val="none" w:sz="0" w:space="0" w:color="auto"/>
            <w:right w:val="none" w:sz="0" w:space="0" w:color="auto"/>
          </w:divBdr>
        </w:div>
        <w:div w:id="1428773108">
          <w:marLeft w:val="0"/>
          <w:marRight w:val="0"/>
          <w:marTop w:val="360"/>
          <w:marBottom w:val="180"/>
          <w:divBdr>
            <w:top w:val="none" w:sz="0" w:space="0" w:color="auto"/>
            <w:left w:val="none" w:sz="0" w:space="0" w:color="auto"/>
            <w:bottom w:val="none" w:sz="0" w:space="0" w:color="auto"/>
            <w:right w:val="none" w:sz="0" w:space="0" w:color="auto"/>
          </w:divBdr>
        </w:div>
        <w:div w:id="1069380986">
          <w:marLeft w:val="0"/>
          <w:marRight w:val="0"/>
          <w:marTop w:val="360"/>
          <w:marBottom w:val="180"/>
          <w:divBdr>
            <w:top w:val="none" w:sz="0" w:space="0" w:color="auto"/>
            <w:left w:val="none" w:sz="0" w:space="0" w:color="auto"/>
            <w:bottom w:val="none" w:sz="0" w:space="0" w:color="auto"/>
            <w:right w:val="none" w:sz="0" w:space="0" w:color="auto"/>
          </w:divBdr>
        </w:div>
        <w:div w:id="203761168">
          <w:marLeft w:val="0"/>
          <w:marRight w:val="0"/>
          <w:marTop w:val="360"/>
          <w:marBottom w:val="180"/>
          <w:divBdr>
            <w:top w:val="none" w:sz="0" w:space="0" w:color="auto"/>
            <w:left w:val="none" w:sz="0" w:space="0" w:color="auto"/>
            <w:bottom w:val="none" w:sz="0" w:space="0" w:color="auto"/>
            <w:right w:val="none" w:sz="0" w:space="0" w:color="auto"/>
          </w:divBdr>
        </w:div>
        <w:div w:id="628628119">
          <w:marLeft w:val="0"/>
          <w:marRight w:val="0"/>
          <w:marTop w:val="360"/>
          <w:marBottom w:val="180"/>
          <w:divBdr>
            <w:top w:val="none" w:sz="0" w:space="0" w:color="auto"/>
            <w:left w:val="none" w:sz="0" w:space="0" w:color="auto"/>
            <w:bottom w:val="none" w:sz="0" w:space="0" w:color="auto"/>
            <w:right w:val="none" w:sz="0" w:space="0" w:color="auto"/>
          </w:divBdr>
        </w:div>
        <w:div w:id="657538116">
          <w:marLeft w:val="0"/>
          <w:marRight w:val="0"/>
          <w:marTop w:val="360"/>
          <w:marBottom w:val="180"/>
          <w:divBdr>
            <w:top w:val="none" w:sz="0" w:space="0" w:color="auto"/>
            <w:left w:val="none" w:sz="0" w:space="0" w:color="auto"/>
            <w:bottom w:val="none" w:sz="0" w:space="0" w:color="auto"/>
            <w:right w:val="none" w:sz="0" w:space="0" w:color="auto"/>
          </w:divBdr>
        </w:div>
        <w:div w:id="1115634001">
          <w:marLeft w:val="0"/>
          <w:marRight w:val="0"/>
          <w:marTop w:val="360"/>
          <w:marBottom w:val="180"/>
          <w:divBdr>
            <w:top w:val="none" w:sz="0" w:space="0" w:color="auto"/>
            <w:left w:val="none" w:sz="0" w:space="0" w:color="auto"/>
            <w:bottom w:val="none" w:sz="0" w:space="0" w:color="auto"/>
            <w:right w:val="none" w:sz="0" w:space="0" w:color="auto"/>
          </w:divBdr>
        </w:div>
      </w:divsChild>
    </w:div>
    <w:div w:id="1880359575">
      <w:bodyDiv w:val="1"/>
      <w:marLeft w:val="0"/>
      <w:marRight w:val="0"/>
      <w:marTop w:val="0"/>
      <w:marBottom w:val="0"/>
      <w:divBdr>
        <w:top w:val="none" w:sz="0" w:space="0" w:color="auto"/>
        <w:left w:val="none" w:sz="0" w:space="0" w:color="auto"/>
        <w:bottom w:val="none" w:sz="0" w:space="0" w:color="auto"/>
        <w:right w:val="none" w:sz="0" w:space="0" w:color="auto"/>
      </w:divBdr>
    </w:div>
    <w:div w:id="1922370711">
      <w:bodyDiv w:val="1"/>
      <w:marLeft w:val="0"/>
      <w:marRight w:val="0"/>
      <w:marTop w:val="0"/>
      <w:marBottom w:val="0"/>
      <w:divBdr>
        <w:top w:val="none" w:sz="0" w:space="0" w:color="auto"/>
        <w:left w:val="none" w:sz="0" w:space="0" w:color="auto"/>
        <w:bottom w:val="none" w:sz="0" w:space="0" w:color="auto"/>
        <w:right w:val="none" w:sz="0" w:space="0" w:color="auto"/>
      </w:divBdr>
    </w:div>
    <w:div w:id="1949315424">
      <w:bodyDiv w:val="1"/>
      <w:marLeft w:val="0"/>
      <w:marRight w:val="0"/>
      <w:marTop w:val="0"/>
      <w:marBottom w:val="0"/>
      <w:divBdr>
        <w:top w:val="none" w:sz="0" w:space="0" w:color="auto"/>
        <w:left w:val="none" w:sz="0" w:space="0" w:color="auto"/>
        <w:bottom w:val="none" w:sz="0" w:space="0" w:color="auto"/>
        <w:right w:val="none" w:sz="0" w:space="0" w:color="auto"/>
      </w:divBdr>
    </w:div>
    <w:div w:id="1968658290">
      <w:bodyDiv w:val="1"/>
      <w:marLeft w:val="0"/>
      <w:marRight w:val="0"/>
      <w:marTop w:val="0"/>
      <w:marBottom w:val="0"/>
      <w:divBdr>
        <w:top w:val="none" w:sz="0" w:space="0" w:color="auto"/>
        <w:left w:val="none" w:sz="0" w:space="0" w:color="auto"/>
        <w:bottom w:val="none" w:sz="0" w:space="0" w:color="auto"/>
        <w:right w:val="none" w:sz="0" w:space="0" w:color="auto"/>
      </w:divBdr>
      <w:divsChild>
        <w:div w:id="1099259801">
          <w:marLeft w:val="0"/>
          <w:marRight w:val="0"/>
          <w:marTop w:val="360"/>
          <w:marBottom w:val="180"/>
          <w:divBdr>
            <w:top w:val="none" w:sz="0" w:space="0" w:color="auto"/>
            <w:left w:val="none" w:sz="0" w:space="0" w:color="auto"/>
            <w:bottom w:val="none" w:sz="0" w:space="0" w:color="auto"/>
            <w:right w:val="none" w:sz="0" w:space="0" w:color="auto"/>
          </w:divBdr>
        </w:div>
        <w:div w:id="813135002">
          <w:marLeft w:val="0"/>
          <w:marRight w:val="0"/>
          <w:marTop w:val="360"/>
          <w:marBottom w:val="180"/>
          <w:divBdr>
            <w:top w:val="none" w:sz="0" w:space="0" w:color="auto"/>
            <w:left w:val="none" w:sz="0" w:space="0" w:color="auto"/>
            <w:bottom w:val="none" w:sz="0" w:space="0" w:color="auto"/>
            <w:right w:val="none" w:sz="0" w:space="0" w:color="auto"/>
          </w:divBdr>
        </w:div>
        <w:div w:id="1193030039">
          <w:marLeft w:val="0"/>
          <w:marRight w:val="0"/>
          <w:marTop w:val="360"/>
          <w:marBottom w:val="180"/>
          <w:divBdr>
            <w:top w:val="none" w:sz="0" w:space="0" w:color="auto"/>
            <w:left w:val="none" w:sz="0" w:space="0" w:color="auto"/>
            <w:bottom w:val="none" w:sz="0" w:space="0" w:color="auto"/>
            <w:right w:val="none" w:sz="0" w:space="0" w:color="auto"/>
          </w:divBdr>
        </w:div>
        <w:div w:id="1605184010">
          <w:marLeft w:val="0"/>
          <w:marRight w:val="0"/>
          <w:marTop w:val="360"/>
          <w:marBottom w:val="180"/>
          <w:divBdr>
            <w:top w:val="none" w:sz="0" w:space="0" w:color="auto"/>
            <w:left w:val="none" w:sz="0" w:space="0" w:color="auto"/>
            <w:bottom w:val="none" w:sz="0" w:space="0" w:color="auto"/>
            <w:right w:val="none" w:sz="0" w:space="0" w:color="auto"/>
          </w:divBdr>
        </w:div>
        <w:div w:id="2107530387">
          <w:marLeft w:val="0"/>
          <w:marRight w:val="0"/>
          <w:marTop w:val="360"/>
          <w:marBottom w:val="180"/>
          <w:divBdr>
            <w:top w:val="none" w:sz="0" w:space="0" w:color="auto"/>
            <w:left w:val="none" w:sz="0" w:space="0" w:color="auto"/>
            <w:bottom w:val="none" w:sz="0" w:space="0" w:color="auto"/>
            <w:right w:val="none" w:sz="0" w:space="0" w:color="auto"/>
          </w:divBdr>
        </w:div>
        <w:div w:id="799610637">
          <w:marLeft w:val="0"/>
          <w:marRight w:val="0"/>
          <w:marTop w:val="360"/>
          <w:marBottom w:val="180"/>
          <w:divBdr>
            <w:top w:val="none" w:sz="0" w:space="0" w:color="auto"/>
            <w:left w:val="none" w:sz="0" w:space="0" w:color="auto"/>
            <w:bottom w:val="none" w:sz="0" w:space="0" w:color="auto"/>
            <w:right w:val="none" w:sz="0" w:space="0" w:color="auto"/>
          </w:divBdr>
        </w:div>
        <w:div w:id="1560826824">
          <w:marLeft w:val="0"/>
          <w:marRight w:val="0"/>
          <w:marTop w:val="360"/>
          <w:marBottom w:val="180"/>
          <w:divBdr>
            <w:top w:val="none" w:sz="0" w:space="0" w:color="auto"/>
            <w:left w:val="none" w:sz="0" w:space="0" w:color="auto"/>
            <w:bottom w:val="none" w:sz="0" w:space="0" w:color="auto"/>
            <w:right w:val="none" w:sz="0" w:space="0" w:color="auto"/>
          </w:divBdr>
        </w:div>
      </w:divsChild>
    </w:div>
    <w:div w:id="2002266611">
      <w:bodyDiv w:val="1"/>
      <w:marLeft w:val="0"/>
      <w:marRight w:val="0"/>
      <w:marTop w:val="0"/>
      <w:marBottom w:val="0"/>
      <w:divBdr>
        <w:top w:val="none" w:sz="0" w:space="0" w:color="auto"/>
        <w:left w:val="none" w:sz="0" w:space="0" w:color="auto"/>
        <w:bottom w:val="none" w:sz="0" w:space="0" w:color="auto"/>
        <w:right w:val="none" w:sz="0" w:space="0" w:color="auto"/>
      </w:divBdr>
    </w:div>
    <w:div w:id="2050764870">
      <w:bodyDiv w:val="1"/>
      <w:marLeft w:val="0"/>
      <w:marRight w:val="0"/>
      <w:marTop w:val="0"/>
      <w:marBottom w:val="0"/>
      <w:divBdr>
        <w:top w:val="none" w:sz="0" w:space="0" w:color="auto"/>
        <w:left w:val="none" w:sz="0" w:space="0" w:color="auto"/>
        <w:bottom w:val="none" w:sz="0" w:space="0" w:color="auto"/>
        <w:right w:val="none" w:sz="0" w:space="0" w:color="auto"/>
      </w:divBdr>
    </w:div>
    <w:div w:id="21053003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61</Pages>
  <Words>28539</Words>
  <Characters>156966</Characters>
  <Application>Microsoft Office Word</Application>
  <DocSecurity>0</DocSecurity>
  <Lines>1308</Lines>
  <Paragraphs>370</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185135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MaestraDIY</dc:creator>
  <cp:keywords/>
  <dc:description/>
  <cp:lastModifiedBy>Maestra DIY</cp:lastModifiedBy>
  <cp:revision>243</cp:revision>
  <cp:lastPrinted>2026-07-29T19:10:00Z</cp:lastPrinted>
  <dcterms:created xsi:type="dcterms:W3CDTF">2026-05-30T13:47:00Z</dcterms:created>
  <dcterms:modified xsi:type="dcterms:W3CDTF">2026-07-29T20:21:00Z</dcterms:modified>
  <cp:category/>
</cp:coreProperties>
</file>